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9913" w14:textId="08366778" w:rsidR="009A283F" w:rsidRPr="001724D5" w:rsidRDefault="009A283F" w:rsidP="009A283F">
      <w:pPr>
        <w:spacing w:before="100" w:beforeAutospacing="1" w:after="100" w:afterAutospacing="1" w:line="240" w:lineRule="auto"/>
        <w:outlineLvl w:val="0"/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</w:pPr>
      <w:r w:rsidRPr="001724D5"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 xml:space="preserve">[서식 </w:t>
      </w:r>
      <w:r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>2</w:t>
      </w:r>
      <w:r w:rsidRPr="001724D5"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>]</w:t>
      </w:r>
    </w:p>
    <w:p w14:paraId="51E74B4D" w14:textId="1B84C333" w:rsidR="005D498A" w:rsidRPr="009A283F" w:rsidRDefault="00A268FD" w:rsidP="009A283F">
      <w:pPr>
        <w:spacing w:after="100"/>
        <w:jc w:val="center"/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</w:pP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2026 </w:t>
      </w: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한화솔루션</w:t>
      </w: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 AI </w:t>
      </w: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영상</w:t>
      </w: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 </w:t>
      </w:r>
      <w:r w:rsidRP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공모전</w:t>
      </w:r>
      <w:r w:rsid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br/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개인정보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 xml:space="preserve"> 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수집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·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이용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 xml:space="preserve"> 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및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 xml:space="preserve"> 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제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3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자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 xml:space="preserve"> 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제공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 xml:space="preserve"> </w:t>
      </w:r>
      <w:r w:rsidRPr="009A283F">
        <w:rPr>
          <w:rFonts w:ascii="나눔고딕" w:eastAsia="나눔고딕" w:hAnsi="나눔고딕"/>
          <w:b/>
          <w:kern w:val="2"/>
          <w:sz w:val="21"/>
          <w:lang w:eastAsia="ko-KR"/>
        </w:rPr>
        <w:t>동의서</w:t>
      </w:r>
      <w:r w:rsid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br/>
      </w:r>
      <w:r w:rsidR="009A283F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br/>
      </w:r>
      <w:r>
        <w:rPr>
          <w:lang w:eastAsia="ko-KR"/>
        </w:rPr>
        <w:t>「</w:t>
      </w:r>
      <w:r>
        <w:rPr>
          <w:lang w:eastAsia="ko-KR"/>
        </w:rPr>
        <w:t xml:space="preserve">2026 </w:t>
      </w:r>
      <w:r>
        <w:rPr>
          <w:lang w:eastAsia="ko-KR"/>
        </w:rPr>
        <w:t>한화솔루션</w:t>
      </w:r>
      <w:r>
        <w:rPr>
          <w:lang w:eastAsia="ko-KR"/>
        </w:rPr>
        <w:t xml:space="preserve"> AI </w:t>
      </w:r>
      <w:r>
        <w:rPr>
          <w:lang w:eastAsia="ko-KR"/>
        </w:rPr>
        <w:t>영상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공모전」의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 </w:t>
      </w:r>
      <w:r>
        <w:rPr>
          <w:lang w:eastAsia="ko-KR"/>
        </w:rPr>
        <w:t>신청</w:t>
      </w:r>
      <w:r>
        <w:rPr>
          <w:lang w:eastAsia="ko-KR"/>
        </w:rPr>
        <w:t xml:space="preserve">,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접수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 xml:space="preserve">, </w:t>
      </w:r>
      <w:r>
        <w:rPr>
          <w:lang w:eastAsia="ko-KR"/>
        </w:rPr>
        <w:t>결과</w:t>
      </w:r>
      <w:r>
        <w:rPr>
          <w:lang w:eastAsia="ko-KR"/>
        </w:rPr>
        <w:t xml:space="preserve"> </w:t>
      </w:r>
      <w:r>
        <w:rPr>
          <w:lang w:eastAsia="ko-KR"/>
        </w:rPr>
        <w:t>안내</w:t>
      </w:r>
      <w:r>
        <w:rPr>
          <w:lang w:eastAsia="ko-KR"/>
        </w:rPr>
        <w:t xml:space="preserve">, </w:t>
      </w:r>
      <w:r>
        <w:rPr>
          <w:lang w:eastAsia="ko-KR"/>
        </w:rPr>
        <w:t>시상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사후관리와</w:t>
      </w:r>
      <w:r>
        <w:rPr>
          <w:lang w:eastAsia="ko-KR"/>
        </w:rPr>
        <w:t xml:space="preserve"> </w:t>
      </w:r>
      <w:r>
        <w:rPr>
          <w:lang w:eastAsia="ko-KR"/>
        </w:rPr>
        <w:t>관련하여</w:t>
      </w:r>
      <w:r>
        <w:rPr>
          <w:lang w:eastAsia="ko-KR"/>
        </w:rPr>
        <w:t xml:space="preserve"> </w:t>
      </w:r>
      <w:r w:rsidR="009A283F">
        <w:rPr>
          <w:lang w:eastAsia="ko-KR"/>
        </w:rPr>
        <w:br/>
      </w:r>
      <w:r>
        <w:rPr>
          <w:lang w:eastAsia="ko-KR"/>
        </w:rPr>
        <w:t>「개인정보</w:t>
      </w:r>
      <w:r>
        <w:rPr>
          <w:lang w:eastAsia="ko-KR"/>
        </w:rPr>
        <w:t xml:space="preserve"> </w:t>
      </w:r>
      <w:r>
        <w:rPr>
          <w:lang w:eastAsia="ko-KR"/>
        </w:rPr>
        <w:t>보호법」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법령에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참가자의</w:t>
      </w:r>
      <w:r>
        <w:rPr>
          <w:lang w:eastAsia="ko-KR"/>
        </w:rPr>
        <w:t xml:space="preserve"> </w:t>
      </w:r>
      <w:r>
        <w:rPr>
          <w:lang w:eastAsia="ko-KR"/>
        </w:rPr>
        <w:t>개인정보를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>·</w:t>
      </w:r>
      <w:r>
        <w:rPr>
          <w:lang w:eastAsia="ko-KR"/>
        </w:rPr>
        <w:t>이용하고</w:t>
      </w:r>
      <w:r>
        <w:rPr>
          <w:lang w:eastAsia="ko-KR"/>
        </w:rPr>
        <w:t xml:space="preserve">, </w:t>
      </w:r>
      <w:r>
        <w:rPr>
          <w:lang w:eastAsia="ko-KR"/>
        </w:rPr>
        <w:t>입상자에</w:t>
      </w:r>
      <w:r>
        <w:rPr>
          <w:lang w:eastAsia="ko-KR"/>
        </w:rPr>
        <w:t xml:space="preserve"> </w:t>
      </w:r>
      <w:r>
        <w:rPr>
          <w:lang w:eastAsia="ko-KR"/>
        </w:rPr>
        <w:t>한하여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시상금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 w:rsidR="009A283F">
        <w:rPr>
          <w:lang w:eastAsia="ko-KR"/>
        </w:rPr>
        <w:br/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처리를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처리하고자</w:t>
      </w:r>
      <w:r>
        <w:rPr>
          <w:lang w:eastAsia="ko-KR"/>
        </w:rPr>
        <w:t xml:space="preserve"> </w:t>
      </w:r>
      <w:r>
        <w:rPr>
          <w:lang w:eastAsia="ko-KR"/>
        </w:rPr>
        <w:t>다음과</w:t>
      </w:r>
      <w:r>
        <w:rPr>
          <w:lang w:eastAsia="ko-KR"/>
        </w:rPr>
        <w:t xml:space="preserve"> </w:t>
      </w:r>
      <w:r>
        <w:rPr>
          <w:lang w:eastAsia="ko-KR"/>
        </w:rPr>
        <w:t>같이</w:t>
      </w:r>
      <w:r>
        <w:rPr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요청드립니다</w:t>
      </w:r>
      <w:proofErr w:type="spellEnd"/>
      <w:r>
        <w:rPr>
          <w:lang w:eastAsia="ko-KR"/>
        </w:rPr>
        <w:t>.</w:t>
      </w:r>
    </w:p>
    <w:p w14:paraId="3140A31D" w14:textId="77777777" w:rsidR="005D498A" w:rsidRDefault="00A268FD">
      <w:pPr>
        <w:spacing w:after="60"/>
        <w:ind w:left="17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본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동의서는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개인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참가자의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본인</w:t>
      </w:r>
      <w:r>
        <w:rPr>
          <w:color w:val="2C4F9B"/>
          <w:sz w:val="17"/>
          <w:lang w:eastAsia="ko-KR"/>
        </w:rPr>
        <w:t xml:space="preserve">, </w:t>
      </w:r>
      <w:r>
        <w:rPr>
          <w:color w:val="2C4F9B"/>
          <w:sz w:val="17"/>
          <w:lang w:eastAsia="ko-KR"/>
        </w:rPr>
        <w:t>팀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참가자의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대표자를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포함한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팀원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전원이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각각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작성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제출하여야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합니다</w:t>
      </w:r>
      <w:r>
        <w:rPr>
          <w:color w:val="2C4F9B"/>
          <w:sz w:val="17"/>
          <w:lang w:eastAsia="ko-KR"/>
        </w:rPr>
        <w:t>.</w:t>
      </w:r>
    </w:p>
    <w:p w14:paraId="17BE56B8" w14:textId="4F413F7D" w:rsidR="005D498A" w:rsidRDefault="00A268FD">
      <w:pPr>
        <w:spacing w:after="60"/>
        <w:ind w:left="17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만</w:t>
      </w:r>
      <w:r>
        <w:rPr>
          <w:color w:val="2C4F9B"/>
          <w:sz w:val="17"/>
          <w:lang w:eastAsia="ko-KR"/>
        </w:rPr>
        <w:t xml:space="preserve"> 14</w:t>
      </w:r>
      <w:r>
        <w:rPr>
          <w:color w:val="2C4F9B"/>
          <w:sz w:val="17"/>
          <w:lang w:eastAsia="ko-KR"/>
        </w:rPr>
        <w:t>세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미만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참가자의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법정대리인의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동의가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필요합니다</w:t>
      </w:r>
      <w:r>
        <w:rPr>
          <w:color w:val="2C4F9B"/>
          <w:sz w:val="17"/>
          <w:lang w:eastAsia="ko-KR"/>
        </w:rPr>
        <w:t>.</w:t>
      </w:r>
      <w:r w:rsidR="009A283F">
        <w:rPr>
          <w:color w:val="2C4F9B"/>
          <w:sz w:val="17"/>
          <w:lang w:eastAsia="ko-KR"/>
        </w:rPr>
        <w:br/>
      </w:r>
    </w:p>
    <w:p w14:paraId="7C1199BF" w14:textId="77777777" w:rsidR="005D498A" w:rsidRDefault="00A268FD">
      <w:pPr>
        <w:keepNext/>
        <w:spacing w:before="140" w:after="80"/>
        <w:rPr>
          <w:lang w:eastAsia="ko-KR"/>
        </w:rPr>
      </w:pPr>
      <w:r>
        <w:rPr>
          <w:b/>
          <w:sz w:val="22"/>
          <w:lang w:eastAsia="ko-KR"/>
        </w:rPr>
        <w:t xml:space="preserve">1. </w:t>
      </w:r>
      <w:r>
        <w:rPr>
          <w:b/>
          <w:sz w:val="22"/>
          <w:lang w:eastAsia="ko-KR"/>
        </w:rPr>
        <w:t>개인정보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수집</w:t>
      </w:r>
      <w:r>
        <w:rPr>
          <w:b/>
          <w:sz w:val="22"/>
          <w:lang w:eastAsia="ko-KR"/>
        </w:rPr>
        <w:t>·</w:t>
      </w:r>
      <w:r>
        <w:rPr>
          <w:b/>
          <w:sz w:val="22"/>
          <w:lang w:eastAsia="ko-KR"/>
        </w:rPr>
        <w:t>이용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동의</w:t>
      </w:r>
    </w:p>
    <w:p w14:paraId="4A442A79" w14:textId="152D6E96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수집</w:t>
      </w:r>
      <w:r>
        <w:rPr>
          <w:b/>
          <w:lang w:eastAsia="ko-KR"/>
        </w:rPr>
        <w:t>·</w:t>
      </w:r>
      <w:r>
        <w:rPr>
          <w:b/>
          <w:lang w:eastAsia="ko-KR"/>
        </w:rPr>
        <w:t>이용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목적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 </w:t>
      </w:r>
      <w:r>
        <w:rPr>
          <w:lang w:eastAsia="ko-KR"/>
        </w:rPr>
        <w:t>접수</w:t>
      </w:r>
      <w:r>
        <w:rPr>
          <w:lang w:eastAsia="ko-KR"/>
        </w:rPr>
        <w:t xml:space="preserve">, </w:t>
      </w:r>
      <w:r>
        <w:rPr>
          <w:lang w:eastAsia="ko-KR"/>
        </w:rPr>
        <w:t>참가자</w:t>
      </w:r>
      <w:r>
        <w:rPr>
          <w:lang w:eastAsia="ko-KR"/>
        </w:rPr>
        <w:t xml:space="preserve"> </w:t>
      </w:r>
      <w:r>
        <w:rPr>
          <w:lang w:eastAsia="ko-KR"/>
        </w:rPr>
        <w:t>본인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  <w:r>
        <w:rPr>
          <w:lang w:eastAsia="ko-KR"/>
        </w:rPr>
        <w:t xml:space="preserve">, </w:t>
      </w:r>
      <w:r>
        <w:rPr>
          <w:lang w:eastAsia="ko-KR"/>
        </w:rPr>
        <w:t>출품작</w:t>
      </w:r>
      <w:r>
        <w:rPr>
          <w:lang w:eastAsia="ko-KR"/>
        </w:rPr>
        <w:t xml:space="preserve"> </w:t>
      </w:r>
      <w:r>
        <w:rPr>
          <w:lang w:eastAsia="ko-KR"/>
        </w:rPr>
        <w:t>접수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 xml:space="preserve">, </w:t>
      </w:r>
      <w:r>
        <w:rPr>
          <w:lang w:eastAsia="ko-KR"/>
        </w:rPr>
        <w:t>결과</w:t>
      </w:r>
      <w:r>
        <w:rPr>
          <w:lang w:eastAsia="ko-KR"/>
        </w:rPr>
        <w:t xml:space="preserve"> </w:t>
      </w:r>
      <w:r>
        <w:rPr>
          <w:lang w:eastAsia="ko-KR"/>
        </w:rPr>
        <w:t>안내</w:t>
      </w:r>
      <w:r>
        <w:rPr>
          <w:lang w:eastAsia="ko-KR"/>
        </w:rPr>
        <w:t xml:space="preserve">, </w:t>
      </w:r>
      <w:r w:rsidR="009A283F">
        <w:rPr>
          <w:lang w:eastAsia="ko-KR"/>
        </w:rPr>
        <w:br/>
      </w:r>
      <w:r>
        <w:rPr>
          <w:lang w:eastAsia="ko-KR"/>
        </w:rPr>
        <w:t>참가자</w:t>
      </w:r>
      <w:r>
        <w:rPr>
          <w:lang w:eastAsia="ko-KR"/>
        </w:rPr>
        <w:t xml:space="preserve"> </w:t>
      </w:r>
      <w:r>
        <w:rPr>
          <w:lang w:eastAsia="ko-KR"/>
        </w:rPr>
        <w:t>문의</w:t>
      </w:r>
      <w:r>
        <w:rPr>
          <w:lang w:eastAsia="ko-KR"/>
        </w:rPr>
        <w:t xml:space="preserve"> </w:t>
      </w:r>
      <w:r>
        <w:rPr>
          <w:lang w:eastAsia="ko-KR"/>
        </w:rPr>
        <w:t>대응</w:t>
      </w:r>
      <w:r>
        <w:rPr>
          <w:lang w:eastAsia="ko-KR"/>
        </w:rPr>
        <w:t xml:space="preserve">, </w:t>
      </w:r>
      <w:r>
        <w:rPr>
          <w:lang w:eastAsia="ko-KR"/>
        </w:rPr>
        <w:t>시상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연락</w:t>
      </w:r>
      <w:r>
        <w:rPr>
          <w:lang w:eastAsia="ko-KR"/>
        </w:rPr>
        <w:t xml:space="preserve">,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사후관리</w:t>
      </w:r>
      <w:r>
        <w:rPr>
          <w:lang w:eastAsia="ko-KR"/>
        </w:rPr>
        <w:t xml:space="preserve">, </w:t>
      </w:r>
      <w:r>
        <w:rPr>
          <w:lang w:eastAsia="ko-KR"/>
        </w:rPr>
        <w:t>수상작</w:t>
      </w:r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창작자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권리관계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</w:p>
    <w:p w14:paraId="341E47FD" w14:textId="0AF8319C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필수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수집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항목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성명</w:t>
      </w:r>
      <w:r>
        <w:rPr>
          <w:lang w:eastAsia="ko-KR"/>
        </w:rPr>
        <w:t xml:space="preserve">, </w:t>
      </w:r>
      <w:r>
        <w:rPr>
          <w:lang w:eastAsia="ko-KR"/>
        </w:rPr>
        <w:t>생년월일</w:t>
      </w:r>
      <w:r>
        <w:rPr>
          <w:lang w:eastAsia="ko-KR"/>
        </w:rPr>
        <w:t xml:space="preserve">, </w:t>
      </w:r>
      <w:r>
        <w:rPr>
          <w:lang w:eastAsia="ko-KR"/>
        </w:rPr>
        <w:t>휴대전화번호</w:t>
      </w:r>
      <w:r>
        <w:rPr>
          <w:lang w:eastAsia="ko-KR"/>
        </w:rPr>
        <w:t xml:space="preserve">, </w:t>
      </w:r>
      <w:r>
        <w:rPr>
          <w:lang w:eastAsia="ko-KR"/>
        </w:rPr>
        <w:t>이메일</w:t>
      </w:r>
      <w:r>
        <w:rPr>
          <w:lang w:eastAsia="ko-KR"/>
        </w:rPr>
        <w:t xml:space="preserve"> </w:t>
      </w:r>
      <w:r>
        <w:rPr>
          <w:lang w:eastAsia="ko-KR"/>
        </w:rPr>
        <w:t>주소</w:t>
      </w:r>
      <w:r>
        <w:rPr>
          <w:lang w:eastAsia="ko-KR"/>
        </w:rPr>
        <w:t xml:space="preserve">, </w:t>
      </w:r>
      <w:r>
        <w:rPr>
          <w:lang w:eastAsia="ko-KR"/>
        </w:rPr>
        <w:t>거주</w:t>
      </w:r>
      <w:r>
        <w:rPr>
          <w:lang w:eastAsia="ko-KR"/>
        </w:rPr>
        <w:t xml:space="preserve"> </w:t>
      </w:r>
      <w:r>
        <w:rPr>
          <w:lang w:eastAsia="ko-KR"/>
        </w:rPr>
        <w:t>지역</w:t>
      </w:r>
      <w:r>
        <w:rPr>
          <w:lang w:eastAsia="ko-KR"/>
        </w:rPr>
        <w:t xml:space="preserve">, </w:t>
      </w:r>
      <w:r>
        <w:rPr>
          <w:lang w:eastAsia="ko-KR"/>
        </w:rPr>
        <w:t>개인</w:t>
      </w:r>
      <w:r>
        <w:rPr>
          <w:lang w:eastAsia="ko-KR"/>
        </w:rPr>
        <w:t>/</w:t>
      </w:r>
      <w:r>
        <w:rPr>
          <w:lang w:eastAsia="ko-KR"/>
        </w:rPr>
        <w:t>팀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 </w:t>
      </w:r>
      <w:r>
        <w:rPr>
          <w:lang w:eastAsia="ko-KR"/>
        </w:rPr>
        <w:t>여부</w:t>
      </w:r>
      <w:r>
        <w:rPr>
          <w:lang w:eastAsia="ko-KR"/>
        </w:rPr>
        <w:t xml:space="preserve">, </w:t>
      </w:r>
      <w:r w:rsidR="009A283F">
        <w:rPr>
          <w:lang w:eastAsia="ko-KR"/>
        </w:rPr>
        <w:br/>
      </w:r>
      <w:r>
        <w:rPr>
          <w:lang w:eastAsia="ko-KR"/>
        </w:rPr>
        <w:t>팀</w:t>
      </w:r>
      <w:r>
        <w:rPr>
          <w:lang w:eastAsia="ko-KR"/>
        </w:rPr>
        <w:t xml:space="preserve"> </w:t>
      </w:r>
      <w:r>
        <w:rPr>
          <w:lang w:eastAsia="ko-KR"/>
        </w:rPr>
        <w:t>참가자의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담당</w:t>
      </w:r>
      <w:r>
        <w:rPr>
          <w:lang w:eastAsia="ko-KR"/>
        </w:rPr>
        <w:t xml:space="preserve"> </w:t>
      </w:r>
      <w:r>
        <w:rPr>
          <w:lang w:eastAsia="ko-KR"/>
        </w:rPr>
        <w:t>역할</w:t>
      </w:r>
      <w:r>
        <w:rPr>
          <w:lang w:eastAsia="ko-KR"/>
        </w:rPr>
        <w:t xml:space="preserve">, </w:t>
      </w:r>
      <w:r>
        <w:rPr>
          <w:lang w:eastAsia="ko-KR"/>
        </w:rPr>
        <w:t>출품작명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</w:p>
    <w:p w14:paraId="08BC7B32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선택</w:t>
      </w:r>
      <w:r>
        <w:rPr>
          <w:b/>
          <w:lang w:eastAsia="ko-KR"/>
        </w:rPr>
        <w:t xml:space="preserve"> </w:t>
      </w:r>
      <w:r>
        <w:rPr>
          <w:b/>
          <w:lang w:eastAsia="ko-KR"/>
        </w:rPr>
        <w:t>수집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항목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경력</w:t>
      </w:r>
      <w:r>
        <w:rPr>
          <w:lang w:eastAsia="ko-KR"/>
        </w:rPr>
        <w:t xml:space="preserve">, </w:t>
      </w:r>
      <w:r>
        <w:rPr>
          <w:lang w:eastAsia="ko-KR"/>
        </w:rPr>
        <w:t>포트폴리오</w:t>
      </w:r>
      <w:r>
        <w:rPr>
          <w:lang w:eastAsia="ko-KR"/>
        </w:rPr>
        <w:t xml:space="preserve"> URL, </w:t>
      </w:r>
      <w:r>
        <w:rPr>
          <w:lang w:eastAsia="ko-KR"/>
        </w:rPr>
        <w:t>기타</w:t>
      </w:r>
      <w:r>
        <w:rPr>
          <w:lang w:eastAsia="ko-KR"/>
        </w:rPr>
        <w:t xml:space="preserve"> </w:t>
      </w:r>
      <w:r>
        <w:rPr>
          <w:lang w:eastAsia="ko-KR"/>
        </w:rPr>
        <w:t>참가자가</w:t>
      </w:r>
      <w:r>
        <w:rPr>
          <w:lang w:eastAsia="ko-KR"/>
        </w:rPr>
        <w:t xml:space="preserve"> </w:t>
      </w:r>
      <w:r>
        <w:rPr>
          <w:lang w:eastAsia="ko-KR"/>
        </w:rPr>
        <w:t>자발적으로</w:t>
      </w:r>
      <w:r>
        <w:rPr>
          <w:lang w:eastAsia="ko-KR"/>
        </w:rPr>
        <w:t xml:space="preserve"> </w:t>
      </w:r>
      <w:r>
        <w:rPr>
          <w:lang w:eastAsia="ko-KR"/>
        </w:rPr>
        <w:t>제출한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</w:p>
    <w:p w14:paraId="41CEEF2D" w14:textId="77777777" w:rsidR="005D498A" w:rsidRDefault="00A268FD">
      <w:pPr>
        <w:spacing w:after="60"/>
        <w:ind w:left="17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선택항목을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제출하지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않더라도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공모전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참가에는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불이익이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없습니다</w:t>
      </w:r>
      <w:r>
        <w:rPr>
          <w:color w:val="2C4F9B"/>
          <w:sz w:val="17"/>
          <w:lang w:eastAsia="ko-KR"/>
        </w:rPr>
        <w:t>.</w:t>
      </w:r>
    </w:p>
    <w:p w14:paraId="3ABA6C29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보유</w:t>
      </w:r>
      <w:r>
        <w:rPr>
          <w:b/>
          <w:lang w:eastAsia="ko-KR"/>
        </w:rPr>
        <w:t>·</w:t>
      </w:r>
      <w:r>
        <w:rPr>
          <w:b/>
          <w:lang w:eastAsia="ko-KR"/>
        </w:rPr>
        <w:t>이용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기간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종료일로부터</w:t>
      </w:r>
      <w:r>
        <w:rPr>
          <w:lang w:eastAsia="ko-KR"/>
        </w:rPr>
        <w:t xml:space="preserve"> 3</w:t>
      </w:r>
      <w:r>
        <w:rPr>
          <w:lang w:eastAsia="ko-KR"/>
        </w:rPr>
        <w:t>년간</w:t>
      </w:r>
      <w:r>
        <w:rPr>
          <w:lang w:eastAsia="ko-KR"/>
        </w:rPr>
        <w:t xml:space="preserve"> </w:t>
      </w:r>
      <w:r>
        <w:rPr>
          <w:lang w:eastAsia="ko-KR"/>
        </w:rPr>
        <w:t>보관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파기</w:t>
      </w:r>
    </w:p>
    <w:p w14:paraId="1CD4406E" w14:textId="77777777" w:rsidR="005D498A" w:rsidRDefault="00A268FD">
      <w:pPr>
        <w:spacing w:after="60"/>
        <w:ind w:left="17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분쟁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대응</w:t>
      </w:r>
      <w:r>
        <w:rPr>
          <w:color w:val="2C4F9B"/>
          <w:sz w:val="17"/>
          <w:lang w:eastAsia="ko-KR"/>
        </w:rPr>
        <w:t xml:space="preserve">, </w:t>
      </w:r>
      <w:r>
        <w:rPr>
          <w:color w:val="2C4F9B"/>
          <w:sz w:val="17"/>
          <w:lang w:eastAsia="ko-KR"/>
        </w:rPr>
        <w:t>수상작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활용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권리관계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확인</w:t>
      </w:r>
      <w:r>
        <w:rPr>
          <w:color w:val="2C4F9B"/>
          <w:sz w:val="17"/>
          <w:lang w:eastAsia="ko-KR"/>
        </w:rPr>
        <w:t xml:space="preserve">, </w:t>
      </w:r>
      <w:proofErr w:type="spellStart"/>
      <w:r>
        <w:rPr>
          <w:color w:val="2C4F9B"/>
          <w:sz w:val="17"/>
          <w:lang w:eastAsia="ko-KR"/>
        </w:rPr>
        <w:t>시상금</w:t>
      </w:r>
      <w:proofErr w:type="spellEnd"/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지급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세무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처리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등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관계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법령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또는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정당한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업무상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필요에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따라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별도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보존이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필</w:t>
      </w:r>
      <w:r>
        <w:rPr>
          <w:color w:val="2C4F9B"/>
          <w:sz w:val="17"/>
          <w:lang w:eastAsia="ko-KR"/>
        </w:rPr>
        <w:t>요한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정보는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해당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목적에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필요한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기간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동안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보관할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있습니다</w:t>
      </w:r>
      <w:r>
        <w:rPr>
          <w:color w:val="2C4F9B"/>
          <w:sz w:val="17"/>
          <w:lang w:eastAsia="ko-KR"/>
        </w:rPr>
        <w:t>.</w:t>
      </w:r>
    </w:p>
    <w:p w14:paraId="15B88625" w14:textId="6E93DB3A" w:rsidR="005D498A" w:rsidRDefault="00A268FD">
      <w:pPr>
        <w:spacing w:before="80" w:after="40"/>
        <w:rPr>
          <w:rFonts w:hint="eastAsia"/>
          <w:lang w:eastAsia="ko-KR"/>
        </w:rPr>
      </w:pPr>
      <w:r>
        <w:rPr>
          <w:b/>
          <w:sz w:val="19"/>
          <w:lang w:eastAsia="ko-KR"/>
        </w:rPr>
        <w:t>동의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여부</w:t>
      </w:r>
      <w:r>
        <w:rPr>
          <w:b/>
          <w:sz w:val="19"/>
          <w:lang w:eastAsia="ko-KR"/>
        </w:rPr>
        <w:t xml:space="preserve">   □ </w:t>
      </w:r>
      <w:r>
        <w:rPr>
          <w:b/>
          <w:sz w:val="19"/>
          <w:lang w:eastAsia="ko-KR"/>
        </w:rPr>
        <w:t>동의합니다</w:t>
      </w:r>
      <w:r>
        <w:rPr>
          <w:b/>
          <w:sz w:val="19"/>
          <w:lang w:eastAsia="ko-KR"/>
        </w:rPr>
        <w:t xml:space="preserve">     □ </w:t>
      </w:r>
      <w:r>
        <w:rPr>
          <w:b/>
          <w:sz w:val="19"/>
          <w:lang w:eastAsia="ko-KR"/>
        </w:rPr>
        <w:t>동의하지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않습니다</w:t>
      </w:r>
      <w:r w:rsidR="009A283F">
        <w:rPr>
          <w:b/>
          <w:sz w:val="19"/>
          <w:lang w:eastAsia="ko-KR"/>
        </w:rPr>
        <w:br/>
      </w:r>
    </w:p>
    <w:p w14:paraId="62FEE62C" w14:textId="77777777" w:rsidR="005D498A" w:rsidRDefault="00A268FD">
      <w:pPr>
        <w:keepNext/>
        <w:spacing w:before="140" w:after="80"/>
        <w:rPr>
          <w:lang w:eastAsia="ko-KR"/>
        </w:rPr>
      </w:pPr>
      <w:r>
        <w:rPr>
          <w:b/>
          <w:sz w:val="22"/>
          <w:lang w:eastAsia="ko-KR"/>
        </w:rPr>
        <w:t xml:space="preserve">2. </w:t>
      </w:r>
      <w:r>
        <w:rPr>
          <w:b/>
          <w:sz w:val="22"/>
          <w:lang w:eastAsia="ko-KR"/>
        </w:rPr>
        <w:t>입상자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개인정보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추가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수집</w:t>
      </w:r>
      <w:r>
        <w:rPr>
          <w:b/>
          <w:sz w:val="22"/>
          <w:lang w:eastAsia="ko-KR"/>
        </w:rPr>
        <w:t>·</w:t>
      </w:r>
      <w:r>
        <w:rPr>
          <w:b/>
          <w:sz w:val="22"/>
          <w:lang w:eastAsia="ko-KR"/>
        </w:rPr>
        <w:t>이용</w:t>
      </w:r>
    </w:p>
    <w:p w14:paraId="67D110AE" w14:textId="77777777" w:rsidR="005D498A" w:rsidRDefault="00A268FD">
      <w:pPr>
        <w:spacing w:after="60"/>
        <w:rPr>
          <w:lang w:eastAsia="ko-KR"/>
        </w:rPr>
      </w:pPr>
      <w:r>
        <w:rPr>
          <w:lang w:eastAsia="ko-KR"/>
        </w:rPr>
        <w:t>입상자로</w:t>
      </w:r>
      <w:r>
        <w:rPr>
          <w:lang w:eastAsia="ko-KR"/>
        </w:rPr>
        <w:t xml:space="preserve"> </w:t>
      </w:r>
      <w:r>
        <w:rPr>
          <w:lang w:eastAsia="ko-KR"/>
        </w:rPr>
        <w:t>선정된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처리를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별도로</w:t>
      </w:r>
      <w:r>
        <w:rPr>
          <w:lang w:eastAsia="ko-KR"/>
        </w:rPr>
        <w:t xml:space="preserve"> </w:t>
      </w:r>
      <w:r>
        <w:rPr>
          <w:lang w:eastAsia="ko-KR"/>
        </w:rPr>
        <w:t>요청할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5A79D639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수집</w:t>
      </w:r>
      <w:r>
        <w:rPr>
          <w:b/>
          <w:lang w:eastAsia="ko-KR"/>
        </w:rPr>
        <w:t>·</w:t>
      </w:r>
      <w:r>
        <w:rPr>
          <w:b/>
          <w:lang w:eastAsia="ko-KR"/>
        </w:rPr>
        <w:t>이용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목적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, </w:t>
      </w:r>
      <w:r>
        <w:rPr>
          <w:lang w:eastAsia="ko-KR"/>
        </w:rPr>
        <w:t>기타소득</w:t>
      </w:r>
      <w:r>
        <w:rPr>
          <w:lang w:eastAsia="ko-KR"/>
        </w:rPr>
        <w:t xml:space="preserve"> </w:t>
      </w:r>
      <w:r>
        <w:rPr>
          <w:lang w:eastAsia="ko-KR"/>
        </w:rPr>
        <w:t>원천징수</w:t>
      </w:r>
      <w:r>
        <w:rPr>
          <w:lang w:eastAsia="ko-KR"/>
        </w:rPr>
        <w:t xml:space="preserve">, </w:t>
      </w:r>
      <w:r>
        <w:rPr>
          <w:lang w:eastAsia="ko-KR"/>
        </w:rPr>
        <w:t>지급명세서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</w:t>
      </w:r>
      <w:r>
        <w:rPr>
          <w:lang w:eastAsia="ko-KR"/>
        </w:rPr>
        <w:t xml:space="preserve">, </w:t>
      </w:r>
      <w:r>
        <w:rPr>
          <w:lang w:eastAsia="ko-KR"/>
        </w:rPr>
        <w:t>수상자</w:t>
      </w:r>
      <w:r>
        <w:rPr>
          <w:lang w:eastAsia="ko-KR"/>
        </w:rPr>
        <w:t xml:space="preserve"> </w:t>
      </w:r>
      <w:r>
        <w:rPr>
          <w:lang w:eastAsia="ko-KR"/>
        </w:rPr>
        <w:t>본인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</w:p>
    <w:p w14:paraId="0F1C41F2" w14:textId="394E2AB2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수집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항목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성명</w:t>
      </w:r>
      <w:r>
        <w:rPr>
          <w:lang w:eastAsia="ko-KR"/>
        </w:rPr>
        <w:t xml:space="preserve">, </w:t>
      </w:r>
      <w:r>
        <w:rPr>
          <w:lang w:eastAsia="ko-KR"/>
        </w:rPr>
        <w:t>연락처</w:t>
      </w:r>
      <w:r>
        <w:rPr>
          <w:lang w:eastAsia="ko-KR"/>
        </w:rPr>
        <w:t xml:space="preserve">, </w:t>
      </w:r>
      <w:r>
        <w:rPr>
          <w:lang w:eastAsia="ko-KR"/>
        </w:rPr>
        <w:t>계좌번호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은행명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예금주</w:t>
      </w:r>
      <w:r>
        <w:rPr>
          <w:lang w:eastAsia="ko-KR"/>
        </w:rPr>
        <w:t xml:space="preserve">, </w:t>
      </w:r>
      <w:r>
        <w:rPr>
          <w:lang w:eastAsia="ko-KR"/>
        </w:rPr>
        <w:t>신분</w:t>
      </w:r>
      <w:r>
        <w:rPr>
          <w:lang w:eastAsia="ko-KR"/>
        </w:rPr>
        <w:t xml:space="preserve"> </w:t>
      </w:r>
      <w:r>
        <w:rPr>
          <w:lang w:eastAsia="ko-KR"/>
        </w:rPr>
        <w:t>확인을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</w:t>
      </w:r>
      <w:r>
        <w:rPr>
          <w:lang w:eastAsia="ko-KR"/>
        </w:rPr>
        <w:t>보</w:t>
      </w:r>
      <w:r>
        <w:rPr>
          <w:lang w:eastAsia="ko-KR"/>
        </w:rPr>
        <w:t xml:space="preserve">, </w:t>
      </w:r>
      <w:r w:rsidR="009A283F">
        <w:rPr>
          <w:lang w:eastAsia="ko-KR"/>
        </w:rPr>
        <w:br/>
      </w:r>
      <w:r>
        <w:rPr>
          <w:lang w:eastAsia="ko-KR"/>
        </w:rPr>
        <w:t>기타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시상금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처리에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</w:p>
    <w:p w14:paraId="4A1A9058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보유</w:t>
      </w:r>
      <w:r>
        <w:rPr>
          <w:b/>
          <w:lang w:eastAsia="ko-KR"/>
        </w:rPr>
        <w:t>·</w:t>
      </w:r>
      <w:r>
        <w:rPr>
          <w:b/>
          <w:lang w:eastAsia="ko-KR"/>
        </w:rPr>
        <w:t>이용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기간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법령에서</w:t>
      </w:r>
      <w:r>
        <w:rPr>
          <w:lang w:eastAsia="ko-KR"/>
        </w:rPr>
        <w:t xml:space="preserve"> </w:t>
      </w:r>
      <w:r>
        <w:rPr>
          <w:lang w:eastAsia="ko-KR"/>
        </w:rPr>
        <w:t>정한</w:t>
      </w:r>
      <w:r>
        <w:rPr>
          <w:lang w:eastAsia="ko-KR"/>
        </w:rPr>
        <w:t xml:space="preserve"> </w:t>
      </w:r>
      <w:r>
        <w:rPr>
          <w:lang w:eastAsia="ko-KR"/>
        </w:rPr>
        <w:t>보존기간</w:t>
      </w:r>
      <w:r>
        <w:rPr>
          <w:lang w:eastAsia="ko-KR"/>
        </w:rPr>
        <w:t xml:space="preserve"> </w:t>
      </w:r>
      <w:r>
        <w:rPr>
          <w:lang w:eastAsia="ko-KR"/>
        </w:rPr>
        <w:t>동안</w:t>
      </w:r>
      <w:r>
        <w:rPr>
          <w:lang w:eastAsia="ko-KR"/>
        </w:rPr>
        <w:t xml:space="preserve"> </w:t>
      </w:r>
      <w:r>
        <w:rPr>
          <w:lang w:eastAsia="ko-KR"/>
        </w:rPr>
        <w:t>보관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파기</w:t>
      </w:r>
    </w:p>
    <w:p w14:paraId="782058FB" w14:textId="06C8B46D" w:rsidR="005D498A" w:rsidRDefault="00A268FD">
      <w:pPr>
        <w:spacing w:before="60" w:after="40"/>
        <w:rPr>
          <w:rFonts w:hint="eastAsia"/>
          <w:lang w:eastAsia="ko-KR"/>
        </w:rPr>
      </w:pPr>
      <w:r>
        <w:rPr>
          <w:b/>
          <w:sz w:val="19"/>
          <w:lang w:eastAsia="ko-KR"/>
        </w:rPr>
        <w:t>동의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여부</w:t>
      </w:r>
      <w:r>
        <w:rPr>
          <w:b/>
          <w:sz w:val="19"/>
          <w:lang w:eastAsia="ko-KR"/>
        </w:rPr>
        <w:t xml:space="preserve">   □ </w:t>
      </w:r>
      <w:r>
        <w:rPr>
          <w:b/>
          <w:sz w:val="19"/>
          <w:lang w:eastAsia="ko-KR"/>
        </w:rPr>
        <w:t>동의합니다</w:t>
      </w:r>
      <w:r>
        <w:rPr>
          <w:b/>
          <w:sz w:val="19"/>
          <w:lang w:eastAsia="ko-KR"/>
        </w:rPr>
        <w:t xml:space="preserve">     □ </w:t>
      </w:r>
      <w:r>
        <w:rPr>
          <w:b/>
          <w:sz w:val="19"/>
          <w:lang w:eastAsia="ko-KR"/>
        </w:rPr>
        <w:t>동의하지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않습니다</w:t>
      </w:r>
      <w:r w:rsidR="009A283F">
        <w:rPr>
          <w:b/>
          <w:sz w:val="19"/>
          <w:lang w:eastAsia="ko-KR"/>
        </w:rPr>
        <w:br/>
      </w:r>
    </w:p>
    <w:p w14:paraId="0C028D4C" w14:textId="77777777" w:rsidR="005D498A" w:rsidRDefault="00A268FD">
      <w:pPr>
        <w:keepNext/>
        <w:spacing w:before="140" w:after="80"/>
        <w:rPr>
          <w:lang w:eastAsia="ko-KR"/>
        </w:rPr>
      </w:pPr>
      <w:r>
        <w:rPr>
          <w:b/>
          <w:sz w:val="22"/>
          <w:lang w:eastAsia="ko-KR"/>
        </w:rPr>
        <w:t xml:space="preserve">3. </w:t>
      </w:r>
      <w:r>
        <w:rPr>
          <w:b/>
          <w:sz w:val="22"/>
          <w:lang w:eastAsia="ko-KR"/>
        </w:rPr>
        <w:t>개인정보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제</w:t>
      </w:r>
      <w:r>
        <w:rPr>
          <w:b/>
          <w:sz w:val="22"/>
          <w:lang w:eastAsia="ko-KR"/>
        </w:rPr>
        <w:t>3</w:t>
      </w:r>
      <w:r>
        <w:rPr>
          <w:b/>
          <w:sz w:val="22"/>
          <w:lang w:eastAsia="ko-KR"/>
        </w:rPr>
        <w:t>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제공에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관한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사항</w:t>
      </w:r>
    </w:p>
    <w:p w14:paraId="58F356AD" w14:textId="77777777" w:rsidR="005D498A" w:rsidRDefault="00A268FD">
      <w:pPr>
        <w:spacing w:after="60"/>
        <w:rPr>
          <w:lang w:eastAsia="ko-KR"/>
        </w:rPr>
      </w:pPr>
      <w:r>
        <w:rPr>
          <w:lang w:eastAsia="ko-KR"/>
        </w:rPr>
        <w:t>입상자에</w:t>
      </w:r>
      <w:r>
        <w:rPr>
          <w:lang w:eastAsia="ko-KR"/>
        </w:rPr>
        <w:t xml:space="preserve"> </w:t>
      </w:r>
      <w:r>
        <w:rPr>
          <w:lang w:eastAsia="ko-KR"/>
        </w:rPr>
        <w:t>한하여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신고</w:t>
      </w:r>
      <w:r>
        <w:rPr>
          <w:lang w:eastAsia="ko-KR"/>
        </w:rPr>
        <w:t>·</w:t>
      </w:r>
      <w:r>
        <w:rPr>
          <w:lang w:eastAsia="ko-KR"/>
        </w:rPr>
        <w:t>처리를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개인정보가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행정기관</w:t>
      </w:r>
      <w:r>
        <w:rPr>
          <w:lang w:eastAsia="ko-KR"/>
        </w:rPr>
        <w:t xml:space="preserve"> </w:t>
      </w:r>
      <w:r>
        <w:rPr>
          <w:lang w:eastAsia="ko-KR"/>
        </w:rPr>
        <w:t>등에</w:t>
      </w:r>
      <w:r>
        <w:rPr>
          <w:lang w:eastAsia="ko-KR"/>
        </w:rPr>
        <w:t xml:space="preserve"> </w:t>
      </w:r>
      <w:r>
        <w:rPr>
          <w:lang w:eastAsia="ko-KR"/>
        </w:rPr>
        <w:t>제공될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0A512249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lastRenderedPageBreak/>
        <w:t xml:space="preserve">• </w:t>
      </w:r>
      <w:r>
        <w:rPr>
          <w:b/>
          <w:lang w:eastAsia="ko-KR"/>
        </w:rPr>
        <w:t>제공받는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자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국세청</w:t>
      </w:r>
      <w:r>
        <w:rPr>
          <w:lang w:eastAsia="ko-KR"/>
        </w:rPr>
        <w:t xml:space="preserve">, </w:t>
      </w:r>
      <w:r>
        <w:rPr>
          <w:lang w:eastAsia="ko-KR"/>
        </w:rPr>
        <w:t>관할</w:t>
      </w:r>
      <w:r>
        <w:rPr>
          <w:lang w:eastAsia="ko-KR"/>
        </w:rPr>
        <w:t xml:space="preserve"> </w:t>
      </w:r>
      <w:r>
        <w:rPr>
          <w:lang w:eastAsia="ko-KR"/>
        </w:rPr>
        <w:t>세무서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행정기관</w:t>
      </w:r>
    </w:p>
    <w:p w14:paraId="659D1286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제공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목적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기타소득</w:t>
      </w:r>
      <w:r>
        <w:rPr>
          <w:lang w:eastAsia="ko-KR"/>
        </w:rPr>
        <w:t xml:space="preserve"> </w:t>
      </w:r>
      <w:r>
        <w:rPr>
          <w:lang w:eastAsia="ko-KR"/>
        </w:rPr>
        <w:t>원천징수</w:t>
      </w:r>
      <w:r>
        <w:rPr>
          <w:lang w:eastAsia="ko-KR"/>
        </w:rPr>
        <w:t xml:space="preserve"> </w:t>
      </w:r>
      <w:r>
        <w:rPr>
          <w:lang w:eastAsia="ko-KR"/>
        </w:rPr>
        <w:t>신고</w:t>
      </w:r>
      <w:r>
        <w:rPr>
          <w:lang w:eastAsia="ko-KR"/>
        </w:rPr>
        <w:t xml:space="preserve">, </w:t>
      </w:r>
      <w:r>
        <w:rPr>
          <w:lang w:eastAsia="ko-KR"/>
        </w:rPr>
        <w:t>지급명세서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기타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</w:t>
      </w:r>
    </w:p>
    <w:p w14:paraId="55DC8DDF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제공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항목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성명</w:t>
      </w:r>
      <w:r>
        <w:rPr>
          <w:lang w:eastAsia="ko-KR"/>
        </w:rPr>
        <w:t xml:space="preserve">, </w:t>
      </w:r>
      <w:r>
        <w:rPr>
          <w:lang w:eastAsia="ko-KR"/>
        </w:rPr>
        <w:t>기타소득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내역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처리에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</w:p>
    <w:p w14:paraId="093B9322" w14:textId="77777777" w:rsidR="005D498A" w:rsidRDefault="00A268FD">
      <w:pPr>
        <w:spacing w:after="50"/>
        <w:ind w:left="227" w:hanging="170"/>
        <w:rPr>
          <w:lang w:eastAsia="ko-KR"/>
        </w:rPr>
      </w:pPr>
      <w:r>
        <w:rPr>
          <w:b/>
          <w:lang w:eastAsia="ko-KR"/>
        </w:rPr>
        <w:t xml:space="preserve">• </w:t>
      </w:r>
      <w:r>
        <w:rPr>
          <w:b/>
          <w:lang w:eastAsia="ko-KR"/>
        </w:rPr>
        <w:t>보유</w:t>
      </w:r>
      <w:r>
        <w:rPr>
          <w:b/>
          <w:lang w:eastAsia="ko-KR"/>
        </w:rPr>
        <w:t>·</w:t>
      </w:r>
      <w:r>
        <w:rPr>
          <w:b/>
          <w:lang w:eastAsia="ko-KR"/>
        </w:rPr>
        <w:t>이용</w:t>
      </w:r>
      <w:r>
        <w:rPr>
          <w:b/>
          <w:lang w:eastAsia="ko-KR"/>
        </w:rPr>
        <w:t xml:space="preserve"> </w:t>
      </w:r>
      <w:proofErr w:type="gramStart"/>
      <w:r>
        <w:rPr>
          <w:b/>
          <w:lang w:eastAsia="ko-KR"/>
        </w:rPr>
        <w:t>기간</w:t>
      </w:r>
      <w:r>
        <w:rPr>
          <w:b/>
          <w:lang w:eastAsia="ko-KR"/>
        </w:rPr>
        <w:t xml:space="preserve"> :</w:t>
      </w:r>
      <w:proofErr w:type="gramEnd"/>
      <w:r>
        <w:rPr>
          <w:b/>
          <w:lang w:eastAsia="ko-KR"/>
        </w:rPr>
        <w:t xml:space="preserve"> </w:t>
      </w:r>
      <w:r>
        <w:rPr>
          <w:lang w:eastAsia="ko-KR"/>
        </w:rPr>
        <w:t>제공받는</w:t>
      </w:r>
      <w:r>
        <w:rPr>
          <w:lang w:eastAsia="ko-KR"/>
        </w:rPr>
        <w:t xml:space="preserve"> </w:t>
      </w:r>
      <w:r>
        <w:rPr>
          <w:lang w:eastAsia="ko-KR"/>
        </w:rPr>
        <w:t>기관이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법령에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정한</w:t>
      </w:r>
      <w:r>
        <w:rPr>
          <w:lang w:eastAsia="ko-KR"/>
        </w:rPr>
        <w:t xml:space="preserve"> </w:t>
      </w:r>
      <w:r>
        <w:rPr>
          <w:lang w:eastAsia="ko-KR"/>
        </w:rPr>
        <w:t>기간</w:t>
      </w:r>
    </w:p>
    <w:p w14:paraId="4D884123" w14:textId="5CBE7131" w:rsidR="005D498A" w:rsidRDefault="00A268FD">
      <w:pPr>
        <w:spacing w:before="60" w:after="40"/>
        <w:rPr>
          <w:rFonts w:hint="eastAsia"/>
          <w:lang w:eastAsia="ko-KR"/>
        </w:rPr>
      </w:pPr>
      <w:r>
        <w:rPr>
          <w:b/>
          <w:sz w:val="19"/>
          <w:lang w:eastAsia="ko-KR"/>
        </w:rPr>
        <w:t>동의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여부</w:t>
      </w:r>
      <w:r>
        <w:rPr>
          <w:b/>
          <w:sz w:val="19"/>
          <w:lang w:eastAsia="ko-KR"/>
        </w:rPr>
        <w:t xml:space="preserve">   □ </w:t>
      </w:r>
      <w:r>
        <w:rPr>
          <w:b/>
          <w:sz w:val="19"/>
          <w:lang w:eastAsia="ko-KR"/>
        </w:rPr>
        <w:t>동의합니다</w:t>
      </w:r>
      <w:r>
        <w:rPr>
          <w:b/>
          <w:sz w:val="19"/>
          <w:lang w:eastAsia="ko-KR"/>
        </w:rPr>
        <w:t xml:space="preserve">     □ </w:t>
      </w:r>
      <w:r>
        <w:rPr>
          <w:b/>
          <w:sz w:val="19"/>
          <w:lang w:eastAsia="ko-KR"/>
        </w:rPr>
        <w:t>동의하지</w:t>
      </w:r>
      <w:r>
        <w:rPr>
          <w:b/>
          <w:sz w:val="19"/>
          <w:lang w:eastAsia="ko-KR"/>
        </w:rPr>
        <w:t xml:space="preserve"> </w:t>
      </w:r>
      <w:r>
        <w:rPr>
          <w:b/>
          <w:sz w:val="19"/>
          <w:lang w:eastAsia="ko-KR"/>
        </w:rPr>
        <w:t>않습니다</w:t>
      </w:r>
      <w:r w:rsidR="009A283F">
        <w:rPr>
          <w:b/>
          <w:sz w:val="19"/>
          <w:lang w:eastAsia="ko-KR"/>
        </w:rPr>
        <w:br/>
      </w:r>
    </w:p>
    <w:p w14:paraId="7F37C7FC" w14:textId="77777777" w:rsidR="005D498A" w:rsidRDefault="00A268FD">
      <w:pPr>
        <w:keepNext/>
        <w:spacing w:before="140" w:after="80"/>
        <w:rPr>
          <w:lang w:eastAsia="ko-KR"/>
        </w:rPr>
      </w:pPr>
      <w:r>
        <w:rPr>
          <w:b/>
          <w:sz w:val="22"/>
          <w:lang w:eastAsia="ko-KR"/>
        </w:rPr>
        <w:t xml:space="preserve">4. </w:t>
      </w:r>
      <w:r>
        <w:rPr>
          <w:b/>
          <w:sz w:val="22"/>
          <w:lang w:eastAsia="ko-KR"/>
        </w:rPr>
        <w:t>주민등록번호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등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고유식별정보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처리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안내</w:t>
      </w:r>
    </w:p>
    <w:p w14:paraId="19FFFA72" w14:textId="77777777" w:rsidR="005D498A" w:rsidRDefault="00A268FD">
      <w:pPr>
        <w:spacing w:after="80"/>
        <w:rPr>
          <w:lang w:eastAsia="ko-KR"/>
        </w:rPr>
      </w:pPr>
      <w:r>
        <w:rPr>
          <w:lang w:eastAsia="ko-KR"/>
        </w:rPr>
        <w:t>입상자에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</w:t>
      </w:r>
      <w:r>
        <w:rPr>
          <w:lang w:eastAsia="ko-KR"/>
        </w:rPr>
        <w:t xml:space="preserve"> </w:t>
      </w:r>
      <w:r>
        <w:rPr>
          <w:lang w:eastAsia="ko-KR"/>
        </w:rPr>
        <w:t>과정에서</w:t>
      </w:r>
      <w:r>
        <w:rPr>
          <w:lang w:eastAsia="ko-KR"/>
        </w:rPr>
        <w:t xml:space="preserve"> </w:t>
      </w:r>
      <w:r>
        <w:rPr>
          <w:lang w:eastAsia="ko-KR"/>
        </w:rPr>
        <w:t>주민등록번호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법령상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정보의</w:t>
      </w:r>
      <w:r>
        <w:rPr>
          <w:lang w:eastAsia="ko-KR"/>
        </w:rPr>
        <w:t xml:space="preserve"> </w:t>
      </w:r>
      <w:r>
        <w:rPr>
          <w:lang w:eastAsia="ko-KR"/>
        </w:rPr>
        <w:t>제출이</w:t>
      </w:r>
      <w:r>
        <w:rPr>
          <w:lang w:eastAsia="ko-KR"/>
        </w:rPr>
        <w:t xml:space="preserve"> </w:t>
      </w:r>
      <w:r>
        <w:rPr>
          <w:lang w:eastAsia="ko-KR"/>
        </w:rPr>
        <w:t>요구될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해당</w:t>
      </w:r>
      <w:r>
        <w:rPr>
          <w:lang w:eastAsia="ko-KR"/>
        </w:rPr>
        <w:t xml:space="preserve"> </w:t>
      </w:r>
      <w:r>
        <w:rPr>
          <w:lang w:eastAsia="ko-KR"/>
        </w:rPr>
        <w:t>정보는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법령에서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요구하거나</w:t>
      </w:r>
      <w:r>
        <w:rPr>
          <w:lang w:eastAsia="ko-KR"/>
        </w:rPr>
        <w:t xml:space="preserve"> </w:t>
      </w:r>
      <w:r>
        <w:rPr>
          <w:lang w:eastAsia="ko-KR"/>
        </w:rPr>
        <w:t>허용하는</w:t>
      </w:r>
      <w:r>
        <w:rPr>
          <w:lang w:eastAsia="ko-KR"/>
        </w:rPr>
        <w:t xml:space="preserve"> </w:t>
      </w:r>
      <w:r>
        <w:rPr>
          <w:lang w:eastAsia="ko-KR"/>
        </w:rPr>
        <w:t>범위</w:t>
      </w:r>
      <w:r>
        <w:rPr>
          <w:lang w:eastAsia="ko-KR"/>
        </w:rPr>
        <w:t xml:space="preserve"> </w:t>
      </w:r>
      <w:r>
        <w:rPr>
          <w:lang w:eastAsia="ko-KR"/>
        </w:rPr>
        <w:t>내에서만</w:t>
      </w:r>
      <w:r>
        <w:rPr>
          <w:lang w:eastAsia="ko-KR"/>
        </w:rPr>
        <w:t xml:space="preserve"> </w:t>
      </w:r>
      <w:r>
        <w:rPr>
          <w:lang w:eastAsia="ko-KR"/>
        </w:rPr>
        <w:t>별도로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>·</w:t>
      </w:r>
      <w:r>
        <w:rPr>
          <w:lang w:eastAsia="ko-KR"/>
        </w:rPr>
        <w:t>처리하며</w:t>
      </w:r>
      <w:r>
        <w:rPr>
          <w:lang w:eastAsia="ko-KR"/>
        </w:rPr>
        <w:t xml:space="preserve">,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 </w:t>
      </w:r>
      <w:r>
        <w:rPr>
          <w:lang w:eastAsia="ko-KR"/>
        </w:rPr>
        <w:t>신청</w:t>
      </w:r>
      <w:r>
        <w:rPr>
          <w:lang w:eastAsia="ko-KR"/>
        </w:rPr>
        <w:t xml:space="preserve"> </w:t>
      </w:r>
      <w:r>
        <w:rPr>
          <w:lang w:eastAsia="ko-KR"/>
        </w:rPr>
        <w:t>단계에서는</w:t>
      </w:r>
      <w:r>
        <w:rPr>
          <w:lang w:eastAsia="ko-KR"/>
        </w:rPr>
        <w:t xml:space="preserve"> </w:t>
      </w:r>
      <w:r>
        <w:rPr>
          <w:lang w:eastAsia="ko-KR"/>
        </w:rPr>
        <w:t>수집하지</w:t>
      </w:r>
      <w:r>
        <w:rPr>
          <w:lang w:eastAsia="ko-KR"/>
        </w:rPr>
        <w:t xml:space="preserve"> </w:t>
      </w:r>
      <w:r>
        <w:rPr>
          <w:lang w:eastAsia="ko-KR"/>
        </w:rPr>
        <w:t>않습니다</w:t>
      </w:r>
      <w:r>
        <w:rPr>
          <w:lang w:eastAsia="ko-KR"/>
        </w:rPr>
        <w:t>.</w:t>
      </w:r>
    </w:p>
    <w:p w14:paraId="0C37B079" w14:textId="11095C77" w:rsidR="005D498A" w:rsidRDefault="00A268FD">
      <w:pPr>
        <w:spacing w:after="60"/>
        <w:ind w:left="17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고유식별정보는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수상자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확정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후</w:t>
      </w:r>
      <w:r>
        <w:rPr>
          <w:color w:val="2C4F9B"/>
          <w:sz w:val="17"/>
          <w:lang w:eastAsia="ko-KR"/>
        </w:rPr>
        <w:t xml:space="preserve"> </w:t>
      </w:r>
      <w:proofErr w:type="spellStart"/>
      <w:r>
        <w:rPr>
          <w:color w:val="2C4F9B"/>
          <w:sz w:val="17"/>
          <w:lang w:eastAsia="ko-KR"/>
        </w:rPr>
        <w:t>시상금</w:t>
      </w:r>
      <w:proofErr w:type="spellEnd"/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지급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세무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처리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단계에서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필요한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별도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안내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제출을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요청합니다</w:t>
      </w:r>
      <w:r>
        <w:rPr>
          <w:color w:val="2C4F9B"/>
          <w:sz w:val="17"/>
          <w:lang w:eastAsia="ko-KR"/>
        </w:rPr>
        <w:t>.</w:t>
      </w:r>
      <w:r w:rsidR="009A283F">
        <w:rPr>
          <w:color w:val="2C4F9B"/>
          <w:sz w:val="17"/>
          <w:lang w:eastAsia="ko-KR"/>
        </w:rPr>
        <w:br/>
      </w:r>
    </w:p>
    <w:p w14:paraId="4F79C941" w14:textId="77777777" w:rsidR="005D498A" w:rsidRDefault="00A268FD">
      <w:pPr>
        <w:keepNext/>
        <w:spacing w:before="140" w:after="80"/>
        <w:rPr>
          <w:lang w:eastAsia="ko-KR"/>
        </w:rPr>
      </w:pPr>
      <w:r>
        <w:rPr>
          <w:b/>
          <w:sz w:val="22"/>
          <w:lang w:eastAsia="ko-KR"/>
        </w:rPr>
        <w:t xml:space="preserve">5. </w:t>
      </w:r>
      <w:r>
        <w:rPr>
          <w:b/>
          <w:sz w:val="22"/>
          <w:lang w:eastAsia="ko-KR"/>
        </w:rPr>
        <w:t>동의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거부권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및</w:t>
      </w:r>
      <w:r>
        <w:rPr>
          <w:b/>
          <w:sz w:val="22"/>
          <w:lang w:eastAsia="ko-KR"/>
        </w:rPr>
        <w:t xml:space="preserve"> </w:t>
      </w:r>
      <w:r>
        <w:rPr>
          <w:b/>
          <w:sz w:val="22"/>
          <w:lang w:eastAsia="ko-KR"/>
        </w:rPr>
        <w:t>유의사항</w:t>
      </w:r>
    </w:p>
    <w:p w14:paraId="0E2A9E67" w14:textId="77777777" w:rsidR="005D498A" w:rsidRDefault="00A268FD">
      <w:pPr>
        <w:spacing w:after="60"/>
        <w:rPr>
          <w:lang w:eastAsia="ko-KR"/>
        </w:rPr>
      </w:pPr>
      <w:r>
        <w:rPr>
          <w:lang w:eastAsia="ko-KR"/>
        </w:rPr>
        <w:t>참가자는</w:t>
      </w:r>
      <w:r>
        <w:rPr>
          <w:lang w:eastAsia="ko-KR"/>
        </w:rPr>
        <w:t xml:space="preserve"> </w:t>
      </w:r>
      <w:r>
        <w:rPr>
          <w:lang w:eastAsia="ko-KR"/>
        </w:rPr>
        <w:t>위</w:t>
      </w:r>
      <w:r>
        <w:rPr>
          <w:lang w:eastAsia="ko-KR"/>
        </w:rPr>
        <w:t xml:space="preserve"> </w:t>
      </w:r>
      <w:r>
        <w:rPr>
          <w:lang w:eastAsia="ko-KR"/>
        </w:rPr>
        <w:t>각</w:t>
      </w:r>
      <w:r>
        <w:rPr>
          <w:lang w:eastAsia="ko-KR"/>
        </w:rPr>
        <w:t xml:space="preserve"> </w:t>
      </w:r>
      <w:r>
        <w:rPr>
          <w:lang w:eastAsia="ko-KR"/>
        </w:rPr>
        <w:t>항목에</w:t>
      </w:r>
      <w:r>
        <w:rPr>
          <w:lang w:eastAsia="ko-KR"/>
        </w:rPr>
        <w:t xml:space="preserve"> </w:t>
      </w:r>
      <w:r>
        <w:rPr>
          <w:lang w:eastAsia="ko-KR"/>
        </w:rPr>
        <w:t>대해</w:t>
      </w:r>
      <w:r>
        <w:rPr>
          <w:lang w:eastAsia="ko-KR"/>
        </w:rPr>
        <w:t xml:space="preserve"> </w:t>
      </w:r>
      <w:r>
        <w:rPr>
          <w:lang w:eastAsia="ko-KR"/>
        </w:rPr>
        <w:t>동의를</w:t>
      </w:r>
      <w:r>
        <w:rPr>
          <w:lang w:eastAsia="ko-KR"/>
        </w:rPr>
        <w:t xml:space="preserve"> </w:t>
      </w:r>
      <w:r>
        <w:rPr>
          <w:lang w:eastAsia="ko-KR"/>
        </w:rPr>
        <w:t>거부할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다만</w:t>
      </w:r>
      <w:r>
        <w:rPr>
          <w:lang w:eastAsia="ko-KR"/>
        </w:rPr>
        <w:t xml:space="preserve">, </w:t>
      </w:r>
      <w:r>
        <w:rPr>
          <w:lang w:eastAsia="ko-KR"/>
        </w:rPr>
        <w:t>필수</w:t>
      </w:r>
      <w:r>
        <w:rPr>
          <w:lang w:eastAsia="ko-KR"/>
        </w:rPr>
        <w:t xml:space="preserve">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>·</w:t>
      </w:r>
      <w:r>
        <w:rPr>
          <w:lang w:eastAsia="ko-KR"/>
        </w:rPr>
        <w:t>이용에</w:t>
      </w:r>
      <w:r>
        <w:rPr>
          <w:lang w:eastAsia="ko-KR"/>
        </w:rPr>
        <w:t xml:space="preserve"> </w:t>
      </w:r>
      <w:r>
        <w:rPr>
          <w:lang w:eastAsia="ko-KR"/>
        </w:rPr>
        <w:t>동의하지</w:t>
      </w:r>
      <w:r>
        <w:rPr>
          <w:lang w:eastAsia="ko-KR"/>
        </w:rPr>
        <w:t xml:space="preserve"> </w:t>
      </w:r>
      <w:r>
        <w:rPr>
          <w:lang w:eastAsia="ko-KR"/>
        </w:rPr>
        <w:t>않을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참가</w:t>
      </w:r>
      <w:r>
        <w:rPr>
          <w:lang w:eastAsia="ko-KR"/>
        </w:rPr>
        <w:t xml:space="preserve"> </w:t>
      </w:r>
      <w:r>
        <w:rPr>
          <w:lang w:eastAsia="ko-KR"/>
        </w:rPr>
        <w:t>접수</w:t>
      </w:r>
      <w:r>
        <w:rPr>
          <w:lang w:eastAsia="ko-KR"/>
        </w:rPr>
        <w:t xml:space="preserve">, </w:t>
      </w:r>
      <w:r>
        <w:rPr>
          <w:lang w:eastAsia="ko-KR"/>
        </w:rPr>
        <w:t>본인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  <w:r>
        <w:rPr>
          <w:lang w:eastAsia="ko-KR"/>
        </w:rPr>
        <w:t xml:space="preserve">,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결과</w:t>
      </w:r>
      <w:r>
        <w:rPr>
          <w:lang w:eastAsia="ko-KR"/>
        </w:rPr>
        <w:t xml:space="preserve"> </w:t>
      </w:r>
      <w:r>
        <w:rPr>
          <w:lang w:eastAsia="ko-KR"/>
        </w:rPr>
        <w:t>안내가</w:t>
      </w:r>
      <w:r>
        <w:rPr>
          <w:lang w:eastAsia="ko-KR"/>
        </w:rPr>
        <w:t xml:space="preserve"> </w:t>
      </w:r>
      <w:r>
        <w:rPr>
          <w:lang w:eastAsia="ko-KR"/>
        </w:rPr>
        <w:t>제한될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lang w:eastAsia="ko-KR"/>
        </w:rPr>
        <w:t>입상자가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시상금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세무</w:t>
      </w:r>
      <w:r>
        <w:rPr>
          <w:lang w:eastAsia="ko-KR"/>
        </w:rPr>
        <w:t xml:space="preserve"> </w:t>
      </w:r>
      <w:r>
        <w:rPr>
          <w:lang w:eastAsia="ko-KR"/>
        </w:rPr>
        <w:t>처리에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  <w:r>
        <w:rPr>
          <w:lang w:eastAsia="ko-KR"/>
        </w:rPr>
        <w:t xml:space="preserve"> </w:t>
      </w:r>
      <w:r>
        <w:rPr>
          <w:lang w:eastAsia="ko-KR"/>
        </w:rPr>
        <w:t>제공을</w:t>
      </w:r>
      <w:r>
        <w:rPr>
          <w:lang w:eastAsia="ko-KR"/>
        </w:rPr>
        <w:t xml:space="preserve"> </w:t>
      </w:r>
      <w:r>
        <w:rPr>
          <w:lang w:eastAsia="ko-KR"/>
        </w:rPr>
        <w:t>거부할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지급이</w:t>
      </w:r>
      <w:r>
        <w:rPr>
          <w:lang w:eastAsia="ko-KR"/>
        </w:rPr>
        <w:t xml:space="preserve"> </w:t>
      </w:r>
      <w:r>
        <w:rPr>
          <w:lang w:eastAsia="ko-KR"/>
        </w:rPr>
        <w:t>제한될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140B9C74" w14:textId="77777777" w:rsidR="005D498A" w:rsidRDefault="00A268FD">
      <w:pPr>
        <w:spacing w:before="160" w:after="120"/>
        <w:jc w:val="center"/>
        <w:rPr>
          <w:lang w:eastAsia="ko-KR"/>
        </w:rPr>
      </w:pPr>
      <w:r>
        <w:rPr>
          <w:b/>
          <w:sz w:val="21"/>
          <w:lang w:eastAsia="ko-KR"/>
        </w:rPr>
        <w:t>본인은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위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개인정보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처리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내용을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충분히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확인하였으며</w:t>
      </w:r>
      <w:r>
        <w:rPr>
          <w:b/>
          <w:sz w:val="21"/>
          <w:lang w:eastAsia="ko-KR"/>
        </w:rPr>
        <w:t xml:space="preserve">, </w:t>
      </w:r>
      <w:r>
        <w:rPr>
          <w:b/>
          <w:sz w:val="21"/>
          <w:lang w:eastAsia="ko-KR"/>
        </w:rPr>
        <w:t>이에</w:t>
      </w:r>
      <w:r>
        <w:rPr>
          <w:b/>
          <w:sz w:val="21"/>
          <w:lang w:eastAsia="ko-KR"/>
        </w:rPr>
        <w:t xml:space="preserve"> </w:t>
      </w:r>
      <w:r>
        <w:rPr>
          <w:b/>
          <w:sz w:val="21"/>
          <w:lang w:eastAsia="ko-KR"/>
        </w:rPr>
        <w:t>동의합니다</w:t>
      </w:r>
      <w:r>
        <w:rPr>
          <w:b/>
          <w:sz w:val="21"/>
          <w:lang w:eastAsia="ko-KR"/>
        </w:rPr>
        <w:t>.</w:t>
      </w:r>
    </w:p>
    <w:p w14:paraId="1C7DC91D" w14:textId="77777777" w:rsidR="005D498A" w:rsidRDefault="00A268FD">
      <w:pPr>
        <w:spacing w:after="120"/>
        <w:jc w:val="center"/>
      </w:pPr>
      <w:r>
        <w:rPr>
          <w:b/>
          <w:sz w:val="20"/>
        </w:rPr>
        <w:t>2026</w:t>
      </w:r>
      <w:r>
        <w:rPr>
          <w:b/>
          <w:sz w:val="20"/>
        </w:rPr>
        <w:t>년</w:t>
      </w:r>
      <w:r>
        <w:rPr>
          <w:b/>
          <w:sz w:val="20"/>
        </w:rPr>
        <w:t xml:space="preserve">      </w:t>
      </w:r>
      <w:r>
        <w:rPr>
          <w:b/>
          <w:sz w:val="20"/>
        </w:rPr>
        <w:t>월</w:t>
      </w:r>
      <w:r>
        <w:rPr>
          <w:b/>
          <w:sz w:val="20"/>
        </w:rPr>
        <w:t xml:space="preserve">      </w:t>
      </w:r>
      <w:r>
        <w:rPr>
          <w:b/>
          <w:sz w:val="20"/>
        </w:rPr>
        <w:t>일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2061"/>
        <w:gridCol w:w="2061"/>
        <w:gridCol w:w="2061"/>
        <w:gridCol w:w="2060"/>
      </w:tblGrid>
      <w:tr w:rsidR="005D498A" w14:paraId="349F3FFE" w14:textId="77777777">
        <w:trPr>
          <w:jc w:val="center"/>
        </w:trPr>
        <w:tc>
          <w:tcPr>
            <w:tcW w:w="206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90F24" w14:textId="77777777" w:rsidR="005D498A" w:rsidRDefault="00A268FD">
            <w:pPr>
              <w:jc w:val="center"/>
            </w:pPr>
            <w:r>
              <w:rPr>
                <w:b/>
              </w:rPr>
              <w:t>성명</w:t>
            </w:r>
          </w:p>
        </w:tc>
        <w:tc>
          <w:tcPr>
            <w:tcW w:w="206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694FF" w14:textId="77777777" w:rsidR="005D498A" w:rsidRDefault="00A268FD">
            <w:pPr>
              <w:jc w:val="center"/>
            </w:pPr>
            <w:r>
              <w:rPr>
                <w:b/>
              </w:rPr>
              <w:t>관계</w:t>
            </w:r>
          </w:p>
        </w:tc>
        <w:tc>
          <w:tcPr>
            <w:tcW w:w="206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EEC7F6" w14:textId="77777777" w:rsidR="005D498A" w:rsidRDefault="00A268FD">
            <w:pPr>
              <w:jc w:val="center"/>
            </w:pPr>
            <w:r>
              <w:rPr>
                <w:b/>
              </w:rPr>
              <w:t>개인정보</w:t>
            </w:r>
            <w:r>
              <w:rPr>
                <w:b/>
              </w:rPr>
              <w:br/>
            </w:r>
            <w:r>
              <w:rPr>
                <w:b/>
              </w:rPr>
              <w:t>수집</w:t>
            </w:r>
            <w:r>
              <w:rPr>
                <w:b/>
              </w:rPr>
              <w:t>·</w:t>
            </w:r>
            <w:r>
              <w:rPr>
                <w:b/>
              </w:rPr>
              <w:t>이용</w:t>
            </w:r>
          </w:p>
        </w:tc>
        <w:tc>
          <w:tcPr>
            <w:tcW w:w="206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A1396" w14:textId="77777777" w:rsidR="005D498A" w:rsidRDefault="00A268FD">
            <w:pPr>
              <w:jc w:val="center"/>
            </w:pPr>
            <w:r>
              <w:rPr>
                <w:b/>
              </w:rPr>
              <w:t>개인정보</w:t>
            </w:r>
            <w:r>
              <w:rPr>
                <w:b/>
              </w:rPr>
              <w:br/>
            </w:r>
            <w:r>
              <w:rPr>
                <w:b/>
              </w:rPr>
              <w:t>제</w:t>
            </w:r>
            <w:r>
              <w:rPr>
                <w:b/>
              </w:rPr>
              <w:t>3</w:t>
            </w:r>
            <w:r>
              <w:rPr>
                <w:b/>
              </w:rPr>
              <w:t>자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제공</w:t>
            </w:r>
          </w:p>
        </w:tc>
        <w:tc>
          <w:tcPr>
            <w:tcW w:w="2062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5F00" w14:textId="77777777" w:rsidR="005D498A" w:rsidRDefault="00A268FD">
            <w:pPr>
              <w:jc w:val="center"/>
            </w:pPr>
            <w:r>
              <w:rPr>
                <w:b/>
              </w:rPr>
              <w:t>서명</w:t>
            </w:r>
          </w:p>
        </w:tc>
      </w:tr>
      <w:tr w:rsidR="005D498A" w14:paraId="2E964335" w14:textId="77777777">
        <w:trPr>
          <w:jc w:val="center"/>
        </w:trPr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66C791" w14:textId="77777777" w:rsidR="005D498A" w:rsidRDefault="005D498A">
            <w:pPr>
              <w:jc w:val="center"/>
            </w:pPr>
          </w:p>
        </w:tc>
        <w:tc>
          <w:tcPr>
            <w:tcW w:w="2062" w:type="dxa"/>
            <w:shd w:val="clear" w:color="auto" w:fill="F2F2F2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02ECC6" w14:textId="77777777" w:rsidR="005D498A" w:rsidRDefault="00A268FD">
            <w:pPr>
              <w:jc w:val="center"/>
            </w:pPr>
            <w:r>
              <w:t>본인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4265BD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45B63C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6D0CF0" w14:textId="77777777" w:rsidR="005D498A" w:rsidRDefault="005D498A">
            <w:pPr>
              <w:jc w:val="center"/>
            </w:pPr>
          </w:p>
        </w:tc>
      </w:tr>
      <w:tr w:rsidR="005D498A" w14:paraId="4E1A8E8E" w14:textId="77777777">
        <w:trPr>
          <w:jc w:val="center"/>
        </w:trPr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9D1102" w14:textId="77777777" w:rsidR="005D498A" w:rsidRDefault="005D498A">
            <w:pPr>
              <w:jc w:val="center"/>
            </w:pPr>
          </w:p>
        </w:tc>
        <w:tc>
          <w:tcPr>
            <w:tcW w:w="2062" w:type="dxa"/>
            <w:shd w:val="clear" w:color="auto" w:fill="F2F2F2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A261E1" w14:textId="77777777" w:rsidR="005D498A" w:rsidRDefault="00A268FD">
            <w:pPr>
              <w:jc w:val="center"/>
            </w:pPr>
            <w:r>
              <w:t>법정대리인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91BAA6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B237D7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14FC29" w14:textId="77777777" w:rsidR="005D498A" w:rsidRDefault="005D498A">
            <w:pPr>
              <w:jc w:val="center"/>
            </w:pPr>
          </w:p>
        </w:tc>
      </w:tr>
      <w:tr w:rsidR="005D498A" w14:paraId="45F19C7B" w14:textId="77777777">
        <w:trPr>
          <w:jc w:val="center"/>
        </w:trPr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DBB95F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635EE8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3CCB9C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5C1E00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F7C948" w14:textId="77777777" w:rsidR="005D498A" w:rsidRDefault="005D498A">
            <w:pPr>
              <w:jc w:val="center"/>
            </w:pPr>
          </w:p>
        </w:tc>
      </w:tr>
      <w:tr w:rsidR="005D498A" w14:paraId="0FAD5F5B" w14:textId="77777777">
        <w:trPr>
          <w:jc w:val="center"/>
        </w:trPr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0D05E7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A86C59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516EB9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116143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CD07B3" w14:textId="77777777" w:rsidR="005D498A" w:rsidRDefault="005D498A">
            <w:pPr>
              <w:jc w:val="center"/>
            </w:pPr>
          </w:p>
        </w:tc>
      </w:tr>
      <w:tr w:rsidR="005D498A" w14:paraId="4FFBF423" w14:textId="77777777">
        <w:trPr>
          <w:jc w:val="center"/>
        </w:trPr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2FED52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B00C4D" w14:textId="77777777" w:rsidR="005D498A" w:rsidRDefault="005D498A">
            <w:pPr>
              <w:jc w:val="center"/>
            </w:pP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D4B194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AD38CF" w14:textId="77777777" w:rsidR="005D498A" w:rsidRDefault="00A268FD">
            <w:pPr>
              <w:jc w:val="center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동의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미동의</w:t>
            </w:r>
          </w:p>
        </w:tc>
        <w:tc>
          <w:tcPr>
            <w:tcW w:w="2062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691FF7" w14:textId="77777777" w:rsidR="005D498A" w:rsidRDefault="005D498A">
            <w:pPr>
              <w:jc w:val="center"/>
            </w:pPr>
          </w:p>
        </w:tc>
      </w:tr>
    </w:tbl>
    <w:p w14:paraId="0FD1BF68" w14:textId="77777777" w:rsidR="005D498A" w:rsidRDefault="00A268FD">
      <w:pPr>
        <w:spacing w:before="100" w:after="2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만</w:t>
      </w:r>
      <w:r>
        <w:rPr>
          <w:color w:val="2C4F9B"/>
          <w:sz w:val="17"/>
          <w:lang w:eastAsia="ko-KR"/>
        </w:rPr>
        <w:t xml:space="preserve"> 14</w:t>
      </w:r>
      <w:r>
        <w:rPr>
          <w:color w:val="2C4F9B"/>
          <w:sz w:val="17"/>
          <w:lang w:eastAsia="ko-KR"/>
        </w:rPr>
        <w:t>세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미만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참가자의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, </w:t>
      </w:r>
      <w:r>
        <w:rPr>
          <w:color w:val="2C4F9B"/>
          <w:sz w:val="17"/>
          <w:lang w:eastAsia="ko-KR"/>
        </w:rPr>
        <w:t>법정대리인이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작성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서명합니다</w:t>
      </w:r>
      <w:r>
        <w:rPr>
          <w:color w:val="2C4F9B"/>
          <w:sz w:val="17"/>
          <w:lang w:eastAsia="ko-KR"/>
        </w:rPr>
        <w:t>.</w:t>
      </w:r>
    </w:p>
    <w:p w14:paraId="7CA8A057" w14:textId="77777777" w:rsidR="005D498A" w:rsidRDefault="00A268FD">
      <w:pPr>
        <w:spacing w:after="0"/>
        <w:rPr>
          <w:lang w:eastAsia="ko-KR"/>
        </w:rPr>
      </w:pPr>
      <w:r>
        <w:rPr>
          <w:color w:val="2C4F9B"/>
          <w:sz w:val="17"/>
          <w:lang w:eastAsia="ko-KR"/>
        </w:rPr>
        <w:t xml:space="preserve">※ </w:t>
      </w:r>
      <w:r>
        <w:rPr>
          <w:color w:val="2C4F9B"/>
          <w:sz w:val="17"/>
          <w:lang w:eastAsia="ko-KR"/>
        </w:rPr>
        <w:t>팀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참가의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경우</w:t>
      </w:r>
      <w:r>
        <w:rPr>
          <w:color w:val="2C4F9B"/>
          <w:sz w:val="17"/>
          <w:lang w:eastAsia="ko-KR"/>
        </w:rPr>
        <w:t xml:space="preserve">, </w:t>
      </w:r>
      <w:r>
        <w:rPr>
          <w:color w:val="2C4F9B"/>
          <w:sz w:val="17"/>
          <w:lang w:eastAsia="ko-KR"/>
        </w:rPr>
        <w:t>팀원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전원이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개별적으로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작성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및</w:t>
      </w:r>
      <w:r>
        <w:rPr>
          <w:color w:val="2C4F9B"/>
          <w:sz w:val="17"/>
          <w:lang w:eastAsia="ko-KR"/>
        </w:rPr>
        <w:t xml:space="preserve"> </w:t>
      </w:r>
      <w:r>
        <w:rPr>
          <w:color w:val="2C4F9B"/>
          <w:sz w:val="17"/>
          <w:lang w:eastAsia="ko-KR"/>
        </w:rPr>
        <w:t>서명합니다</w:t>
      </w:r>
      <w:r>
        <w:rPr>
          <w:color w:val="2C4F9B"/>
          <w:sz w:val="17"/>
          <w:lang w:eastAsia="ko-KR"/>
        </w:rPr>
        <w:t>.</w:t>
      </w:r>
    </w:p>
    <w:sectPr w:rsidR="005D498A" w:rsidSect="00034616">
      <w:footerReference w:type="default" r:id="rId8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ADA7D" w14:textId="77777777" w:rsidR="00A268FD" w:rsidRDefault="00A268FD">
      <w:pPr>
        <w:spacing w:after="0" w:line="240" w:lineRule="auto"/>
      </w:pPr>
      <w:r>
        <w:separator/>
      </w:r>
    </w:p>
  </w:endnote>
  <w:endnote w:type="continuationSeparator" w:id="0">
    <w:p w14:paraId="0A2BD400" w14:textId="77777777" w:rsidR="00A268FD" w:rsidRDefault="00A2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C87B" w14:textId="77777777" w:rsidR="005D498A" w:rsidRDefault="00A268FD">
    <w:pPr>
      <w:pStyle w:val="a6"/>
      <w:jc w:val="center"/>
      <w:rPr>
        <w:lang w:eastAsia="ko-KR"/>
      </w:rPr>
    </w:pPr>
    <w:r>
      <w:rPr>
        <w:color w:val="787878"/>
        <w:sz w:val="16"/>
        <w:lang w:eastAsia="ko-KR"/>
      </w:rPr>
      <w:t xml:space="preserve">2026 </w:t>
    </w:r>
    <w:r>
      <w:rPr>
        <w:color w:val="787878"/>
        <w:sz w:val="16"/>
        <w:lang w:eastAsia="ko-KR"/>
      </w:rPr>
      <w:t>한화솔루션</w:t>
    </w:r>
    <w:r>
      <w:rPr>
        <w:color w:val="787878"/>
        <w:sz w:val="16"/>
        <w:lang w:eastAsia="ko-KR"/>
      </w:rPr>
      <w:t xml:space="preserve"> AI </w:t>
    </w:r>
    <w:r>
      <w:rPr>
        <w:color w:val="787878"/>
        <w:sz w:val="16"/>
        <w:lang w:eastAsia="ko-KR"/>
      </w:rPr>
      <w:t>영상</w:t>
    </w:r>
    <w:r>
      <w:rPr>
        <w:color w:val="787878"/>
        <w:sz w:val="16"/>
        <w:lang w:eastAsia="ko-KR"/>
      </w:rPr>
      <w:t xml:space="preserve"> </w:t>
    </w:r>
    <w:r>
      <w:rPr>
        <w:color w:val="787878"/>
        <w:sz w:val="16"/>
        <w:lang w:eastAsia="ko-KR"/>
      </w:rPr>
      <w:t>공모전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87BD8" w14:textId="77777777" w:rsidR="00A268FD" w:rsidRDefault="00A268FD">
      <w:pPr>
        <w:spacing w:after="0" w:line="240" w:lineRule="auto"/>
      </w:pPr>
      <w:r>
        <w:separator/>
      </w:r>
    </w:p>
  </w:footnote>
  <w:footnote w:type="continuationSeparator" w:id="0">
    <w:p w14:paraId="754188DB" w14:textId="77777777" w:rsidR="00A268FD" w:rsidRDefault="00A26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498A"/>
    <w:rsid w:val="009A283F"/>
    <w:rsid w:val="00A268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5E7B3"/>
  <w14:defaultImageDpi w14:val="300"/>
  <w15:docId w15:val="{66D491E8-6CF7-4F74-BB5C-99615086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우성 조</cp:lastModifiedBy>
  <cp:revision>2</cp:revision>
  <dcterms:created xsi:type="dcterms:W3CDTF">2026-08-12T02:53:00Z</dcterms:created>
  <dcterms:modified xsi:type="dcterms:W3CDTF">2026-08-12T02:53:00Z</dcterms:modified>
  <cp:category/>
</cp:coreProperties>
</file>