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AF108" w14:textId="1BDE96CE" w:rsidR="006F3D6E" w:rsidRPr="001724D5" w:rsidRDefault="006F3D6E" w:rsidP="006F3D6E">
      <w:pPr>
        <w:spacing w:before="100" w:beforeAutospacing="1" w:after="100" w:afterAutospacing="1" w:line="240" w:lineRule="auto"/>
        <w:outlineLvl w:val="0"/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</w:pPr>
      <w:r w:rsidRPr="001724D5"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  <w:t xml:space="preserve">[서식 </w:t>
      </w:r>
      <w:r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  <w:t>3</w:t>
      </w:r>
      <w:r w:rsidRPr="001724D5">
        <w:rPr>
          <w:rFonts w:ascii="나눔고딕" w:eastAsia="나눔고딕" w:hAnsi="나눔고딕" w:cs="굴림"/>
          <w:b/>
          <w:bCs/>
          <w:color w:val="4F81BD" w:themeColor="accent1"/>
          <w:sz w:val="22"/>
          <w:lang w:eastAsia="ko-KR"/>
        </w:rPr>
        <w:t>]</w:t>
      </w:r>
    </w:p>
    <w:p w14:paraId="5B40BBD0" w14:textId="4236F9E1" w:rsidR="002D50AC" w:rsidRPr="006F3D6E" w:rsidRDefault="000F7C23" w:rsidP="006F3D6E">
      <w:pPr>
        <w:spacing w:after="40"/>
        <w:jc w:val="center"/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</w:pPr>
      <w:r w:rsidRP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 xml:space="preserve">2026 </w:t>
      </w:r>
      <w:r w:rsidRP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>한화솔루션</w:t>
      </w:r>
      <w:r w:rsidRP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 xml:space="preserve"> AI </w:t>
      </w:r>
      <w:r w:rsidRP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>영상</w:t>
      </w:r>
      <w:r w:rsidRP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 xml:space="preserve"> </w:t>
      </w:r>
      <w:r w:rsidRP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t>공모전</w:t>
      </w:r>
      <w:r w:rsidR="006F3D6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  <w:lang w:eastAsia="ko-KR"/>
        </w:rPr>
        <w:br/>
      </w:r>
      <w:r w:rsidRPr="006F3D6E">
        <w:rPr>
          <w:rFonts w:ascii="나눔고딕" w:eastAsia="나눔고딕" w:hAnsi="나눔고딕"/>
          <w:b/>
          <w:kern w:val="2"/>
          <w:sz w:val="24"/>
          <w:szCs w:val="28"/>
          <w:lang w:eastAsia="ko-KR"/>
        </w:rPr>
        <w:t>참가</w:t>
      </w:r>
      <w:r w:rsidRPr="006F3D6E">
        <w:rPr>
          <w:rFonts w:ascii="나눔고딕" w:eastAsia="나눔고딕" w:hAnsi="나눔고딕"/>
          <w:b/>
          <w:kern w:val="2"/>
          <w:sz w:val="24"/>
          <w:szCs w:val="28"/>
          <w:lang w:eastAsia="ko-KR"/>
        </w:rPr>
        <w:t xml:space="preserve"> </w:t>
      </w:r>
      <w:r w:rsidRPr="006F3D6E">
        <w:rPr>
          <w:rFonts w:ascii="나눔고딕" w:eastAsia="나눔고딕" w:hAnsi="나눔고딕"/>
          <w:b/>
          <w:kern w:val="2"/>
          <w:sz w:val="24"/>
          <w:szCs w:val="28"/>
          <w:lang w:eastAsia="ko-KR"/>
        </w:rPr>
        <w:t>서약서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0076"/>
      </w:tblGrid>
      <w:tr w:rsidR="002D50AC" w14:paraId="7AA82355" w14:textId="77777777">
        <w:trPr>
          <w:jc w:val="center"/>
        </w:trPr>
        <w:tc>
          <w:tcPr>
            <w:tcW w:w="10086" w:type="dxa"/>
            <w:shd w:val="clear" w:color="auto" w:fill="F7F7F7"/>
            <w:vAlign w:val="center"/>
          </w:tcPr>
          <w:p w14:paraId="5D7207F5" w14:textId="77777777" w:rsidR="002D50AC" w:rsidRDefault="000F7C23">
            <w:pPr>
              <w:spacing w:before="100" w:after="100"/>
              <w:rPr>
                <w:lang w:eastAsia="ko-KR"/>
              </w:rPr>
            </w:pPr>
            <w:r>
              <w:rPr>
                <w:lang w:eastAsia="ko-KR"/>
              </w:rPr>
              <w:t>본인은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「</w:t>
            </w:r>
            <w:r>
              <w:rPr>
                <w:lang w:eastAsia="ko-KR"/>
              </w:rPr>
              <w:t xml:space="preserve">2026 </w:t>
            </w:r>
            <w:r>
              <w:rPr>
                <w:lang w:eastAsia="ko-KR"/>
              </w:rPr>
              <w:t>한화솔루션</w:t>
            </w:r>
            <w:r>
              <w:rPr>
                <w:lang w:eastAsia="ko-KR"/>
              </w:rPr>
              <w:t xml:space="preserve"> AI </w:t>
            </w:r>
            <w:r>
              <w:rPr>
                <w:lang w:eastAsia="ko-KR"/>
              </w:rPr>
              <w:t>영상</w:t>
            </w:r>
            <w:r>
              <w:rPr>
                <w:lang w:eastAsia="ko-KR"/>
              </w:rPr>
              <w:t xml:space="preserve"> </w:t>
            </w:r>
            <w:proofErr w:type="spellStart"/>
            <w:r>
              <w:rPr>
                <w:lang w:eastAsia="ko-KR"/>
              </w:rPr>
              <w:t>공모전」의</w:t>
            </w:r>
            <w:proofErr w:type="spellEnd"/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공모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내용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참가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방법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및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기타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유의사항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등을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충분히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숙지하였으며</w:t>
            </w:r>
            <w:r>
              <w:rPr>
                <w:lang w:eastAsia="ko-KR"/>
              </w:rPr>
              <w:t xml:space="preserve">, </w:t>
            </w:r>
            <w:r>
              <w:rPr>
                <w:lang w:eastAsia="ko-KR"/>
              </w:rPr>
              <w:t>이에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따라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아래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사항을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성실히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이행하고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모든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법적</w:t>
            </w:r>
            <w:r>
              <w:rPr>
                <w:lang w:eastAsia="ko-KR"/>
              </w:rPr>
              <w:t>·</w:t>
            </w:r>
            <w:r>
              <w:rPr>
                <w:lang w:eastAsia="ko-KR"/>
              </w:rPr>
              <w:t>도덕적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책임을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다할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것을</w:t>
            </w:r>
            <w:r>
              <w:rPr>
                <w:lang w:eastAsia="ko-KR"/>
              </w:rPr>
              <w:t xml:space="preserve"> </w:t>
            </w:r>
            <w:r>
              <w:rPr>
                <w:lang w:eastAsia="ko-KR"/>
              </w:rPr>
              <w:t>서약합니다</w:t>
            </w:r>
            <w:r>
              <w:rPr>
                <w:lang w:eastAsia="ko-KR"/>
              </w:rPr>
              <w:t>.</w:t>
            </w:r>
          </w:p>
        </w:tc>
      </w:tr>
    </w:tbl>
    <w:p w14:paraId="1F607236" w14:textId="77777777" w:rsidR="002D50AC" w:rsidRPr="006F3D6E" w:rsidRDefault="000F7C23">
      <w:pPr>
        <w:keepNext/>
        <w:spacing w:before="240" w:after="80"/>
        <w:rPr>
          <w:sz w:val="16"/>
          <w:szCs w:val="18"/>
          <w:lang w:eastAsia="ko-KR"/>
        </w:rPr>
      </w:pPr>
      <w:r w:rsidRPr="006F3D6E">
        <w:rPr>
          <w:b/>
          <w:sz w:val="20"/>
          <w:szCs w:val="18"/>
          <w:lang w:eastAsia="ko-KR"/>
        </w:rPr>
        <w:t xml:space="preserve">1. </w:t>
      </w:r>
      <w:r w:rsidRPr="006F3D6E">
        <w:rPr>
          <w:b/>
          <w:sz w:val="20"/>
          <w:szCs w:val="18"/>
          <w:lang w:eastAsia="ko-KR"/>
        </w:rPr>
        <w:t>출품작의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적법성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및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권리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확인</w:t>
      </w:r>
    </w:p>
    <w:p w14:paraId="520A3EAF" w14:textId="521CFE69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본인은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출품작이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생성형</w:t>
      </w:r>
      <w:r w:rsidRPr="006F3D6E">
        <w:rPr>
          <w:sz w:val="16"/>
          <w:szCs w:val="18"/>
          <w:lang w:eastAsia="ko-KR"/>
        </w:rPr>
        <w:t xml:space="preserve"> AI </w:t>
      </w:r>
      <w:r w:rsidRPr="006F3D6E">
        <w:rPr>
          <w:sz w:val="16"/>
          <w:szCs w:val="18"/>
          <w:lang w:eastAsia="ko-KR"/>
        </w:rPr>
        <w:t>기술을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활용하여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본인이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직접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기획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제작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편집한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창작물이며</w:t>
      </w:r>
      <w:r w:rsidRPr="006F3D6E">
        <w:rPr>
          <w:sz w:val="16"/>
          <w:szCs w:val="18"/>
          <w:lang w:eastAsia="ko-KR"/>
        </w:rPr>
        <w:t xml:space="preserve">,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타인의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저작물이나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수상작을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표절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도용하지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않았음을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6E139AD6" w14:textId="3D58DB89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공모전에서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이력이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없는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미발표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창작물이며</w:t>
      </w:r>
      <w:r w:rsidRPr="006F3D6E">
        <w:rPr>
          <w:sz w:val="16"/>
          <w:szCs w:val="18"/>
          <w:lang w:eastAsia="ko-KR"/>
        </w:rPr>
        <w:t xml:space="preserve">,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작품에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대한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저작재산권이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</w:t>
      </w:r>
      <w:r w:rsidRPr="006F3D6E">
        <w:rPr>
          <w:sz w:val="16"/>
          <w:szCs w:val="18"/>
          <w:lang w:eastAsia="ko-KR"/>
        </w:rPr>
        <w:t>3</w:t>
      </w:r>
      <w:r w:rsidRPr="006F3D6E">
        <w:rPr>
          <w:sz w:val="16"/>
          <w:szCs w:val="18"/>
          <w:lang w:eastAsia="ko-KR"/>
        </w:rPr>
        <w:t>자에게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양도되거나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독점적으로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허락된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사실이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없음을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0127E6BA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작품에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포함된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음악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영상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이미지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폰트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캐릭터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로고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상표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인물의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초상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음성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모든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요소는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</w:t>
      </w:r>
      <w:r w:rsidRPr="006F3D6E">
        <w:rPr>
          <w:sz w:val="16"/>
          <w:szCs w:val="18"/>
          <w:lang w:eastAsia="ko-KR"/>
        </w:rPr>
        <w:t>3</w:t>
      </w:r>
      <w:r w:rsidRPr="006F3D6E">
        <w:rPr>
          <w:sz w:val="16"/>
          <w:szCs w:val="18"/>
          <w:lang w:eastAsia="ko-KR"/>
        </w:rPr>
        <w:t>자의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저작권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초상권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상표권</w:t>
      </w:r>
      <w:r w:rsidRPr="006F3D6E">
        <w:rPr>
          <w:sz w:val="16"/>
          <w:szCs w:val="18"/>
          <w:lang w:eastAsia="ko-KR"/>
        </w:rPr>
        <w:t xml:space="preserve">, </w:t>
      </w:r>
      <w:proofErr w:type="spellStart"/>
      <w:r w:rsidRPr="006F3D6E">
        <w:rPr>
          <w:sz w:val="16"/>
          <w:szCs w:val="18"/>
          <w:lang w:eastAsia="ko-KR"/>
        </w:rPr>
        <w:t>명예권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정당한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권리를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침해하지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않으며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필요한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사전에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적법한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허락을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확보하였습니다</w:t>
      </w:r>
      <w:r w:rsidRPr="006F3D6E">
        <w:rPr>
          <w:sz w:val="16"/>
          <w:szCs w:val="18"/>
          <w:lang w:eastAsia="ko-KR"/>
        </w:rPr>
        <w:t>.</w:t>
      </w:r>
    </w:p>
    <w:p w14:paraId="72CB1F18" w14:textId="14EAE4FF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</w:t>
      </w:r>
      <w:r w:rsidRPr="006F3D6E">
        <w:rPr>
          <w:sz w:val="16"/>
          <w:szCs w:val="18"/>
          <w:lang w:eastAsia="ko-KR"/>
        </w:rPr>
        <w:t>인은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제작에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사용한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생성형</w:t>
      </w:r>
      <w:r w:rsidRPr="006F3D6E">
        <w:rPr>
          <w:sz w:val="16"/>
          <w:szCs w:val="18"/>
          <w:lang w:eastAsia="ko-KR"/>
        </w:rPr>
        <w:t xml:space="preserve"> AI </w:t>
      </w:r>
      <w:r w:rsidRPr="006F3D6E">
        <w:rPr>
          <w:sz w:val="16"/>
          <w:szCs w:val="18"/>
          <w:lang w:eastAsia="ko-KR"/>
        </w:rPr>
        <w:t>서비스의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이용약관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결과물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조건을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확인하고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준수하였으며</w:t>
      </w:r>
      <w:r w:rsidRPr="006F3D6E">
        <w:rPr>
          <w:sz w:val="16"/>
          <w:szCs w:val="18"/>
          <w:lang w:eastAsia="ko-KR"/>
        </w:rPr>
        <w:t xml:space="preserve">,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상업적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출품이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제한되는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결과물을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사용하지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않았음을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7574DE64" w14:textId="125FD664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타인의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명예를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훼손하거나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당사자의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동의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없이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특정</w:t>
      </w:r>
      <w:r w:rsidRPr="006F3D6E">
        <w:rPr>
          <w:sz w:val="16"/>
          <w:szCs w:val="18"/>
          <w:lang w:eastAsia="ko-KR"/>
        </w:rPr>
        <w:t xml:space="preserve"> </w:t>
      </w:r>
      <w:proofErr w:type="spellStart"/>
      <w:r w:rsidRPr="006F3D6E">
        <w:rPr>
          <w:sz w:val="16"/>
          <w:szCs w:val="18"/>
          <w:lang w:eastAsia="ko-KR"/>
        </w:rPr>
        <w:t>개인을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식별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가능하게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합성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변형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재현한</w:t>
      </w:r>
      <w:r w:rsidRPr="006F3D6E">
        <w:rPr>
          <w:sz w:val="16"/>
          <w:szCs w:val="18"/>
          <w:lang w:eastAsia="ko-KR"/>
        </w:rPr>
        <w:t xml:space="preserve"> </w:t>
      </w:r>
      <w:r w:rsidR="006F3D6E" w:rsidRPr="006F3D6E">
        <w:rPr>
          <w:sz w:val="16"/>
          <w:szCs w:val="18"/>
          <w:lang w:eastAsia="ko-KR"/>
        </w:rPr>
        <w:br/>
      </w:r>
      <w:proofErr w:type="spellStart"/>
      <w:r w:rsidRPr="006F3D6E">
        <w:rPr>
          <w:sz w:val="16"/>
          <w:szCs w:val="18"/>
          <w:lang w:eastAsia="ko-KR"/>
        </w:rPr>
        <w:t>딥페이크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유사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콘텐츠를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포함하지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않습니다</w:t>
      </w:r>
      <w:r w:rsidRPr="006F3D6E">
        <w:rPr>
          <w:sz w:val="16"/>
          <w:szCs w:val="18"/>
          <w:lang w:eastAsia="ko-KR"/>
        </w:rPr>
        <w:t>.</w:t>
      </w:r>
    </w:p>
    <w:p w14:paraId="1F84A5AE" w14:textId="6C1D3F3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출품작과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관련하여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참가자의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귀책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사유로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저작권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초상권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상표권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명예훼손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법적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분쟁이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발생하는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책임은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</w:t>
      </w:r>
      <w:r w:rsidRPr="006F3D6E">
        <w:rPr>
          <w:sz w:val="16"/>
          <w:szCs w:val="18"/>
          <w:lang w:eastAsia="ko-KR"/>
        </w:rPr>
        <w:t>자에게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있으며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이로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인해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한화솔루션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운영사무국에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손해가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발생한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관계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법령에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책임을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부담할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3ED4C7B9" w14:textId="77777777" w:rsidR="002D50AC" w:rsidRPr="006F3D6E" w:rsidRDefault="000F7C23">
      <w:pPr>
        <w:keepNext/>
        <w:spacing w:before="240" w:after="80"/>
        <w:rPr>
          <w:sz w:val="16"/>
          <w:szCs w:val="18"/>
          <w:lang w:eastAsia="ko-KR"/>
        </w:rPr>
      </w:pPr>
      <w:r w:rsidRPr="006F3D6E">
        <w:rPr>
          <w:b/>
          <w:sz w:val="20"/>
          <w:szCs w:val="18"/>
          <w:lang w:eastAsia="ko-KR"/>
        </w:rPr>
        <w:t xml:space="preserve">2. </w:t>
      </w:r>
      <w:r w:rsidRPr="006F3D6E">
        <w:rPr>
          <w:b/>
          <w:sz w:val="20"/>
          <w:szCs w:val="18"/>
          <w:lang w:eastAsia="ko-KR"/>
        </w:rPr>
        <w:t>심사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및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수상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관련</w:t>
      </w:r>
    </w:p>
    <w:p w14:paraId="03FED0F0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본인은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심사위원회의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평가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기준에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심사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결과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선정에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대하여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원칙적으로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이의를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제기하지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않습니다</w:t>
      </w:r>
      <w:r w:rsidRPr="006F3D6E">
        <w:rPr>
          <w:sz w:val="16"/>
          <w:szCs w:val="18"/>
          <w:lang w:eastAsia="ko-KR"/>
        </w:rPr>
        <w:t xml:space="preserve">. </w:t>
      </w:r>
      <w:r w:rsidRPr="006F3D6E">
        <w:rPr>
          <w:sz w:val="16"/>
          <w:szCs w:val="18"/>
          <w:lang w:eastAsia="ko-KR"/>
        </w:rPr>
        <w:t>다만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작품의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동일성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여부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부정행위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판정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객관적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결격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사유에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관하여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주최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측의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요청이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지정된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성실히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소명하겠습니다</w:t>
      </w:r>
      <w:r w:rsidRPr="006F3D6E">
        <w:rPr>
          <w:sz w:val="16"/>
          <w:szCs w:val="18"/>
          <w:lang w:eastAsia="ko-KR"/>
        </w:rPr>
        <w:t>.</w:t>
      </w:r>
    </w:p>
    <w:p w14:paraId="61A23AA9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수상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이후라도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표절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도</w:t>
      </w:r>
      <w:r w:rsidRPr="006F3D6E">
        <w:rPr>
          <w:sz w:val="16"/>
          <w:szCs w:val="18"/>
          <w:lang w:eastAsia="ko-KR"/>
        </w:rPr>
        <w:t>용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제</w:t>
      </w:r>
      <w:r w:rsidRPr="006F3D6E">
        <w:rPr>
          <w:sz w:val="16"/>
          <w:szCs w:val="18"/>
          <w:lang w:eastAsia="ko-KR"/>
        </w:rPr>
        <w:t>3</w:t>
      </w:r>
      <w:r w:rsidRPr="006F3D6E">
        <w:rPr>
          <w:sz w:val="16"/>
          <w:szCs w:val="18"/>
          <w:lang w:eastAsia="ko-KR"/>
        </w:rPr>
        <w:t>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권리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침해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허위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자료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동의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없는</w:t>
      </w:r>
      <w:r w:rsidRPr="006F3D6E">
        <w:rPr>
          <w:sz w:val="16"/>
          <w:szCs w:val="18"/>
          <w:lang w:eastAsia="ko-KR"/>
        </w:rPr>
        <w:t xml:space="preserve"> </w:t>
      </w:r>
      <w:proofErr w:type="spellStart"/>
      <w:r w:rsidRPr="006F3D6E">
        <w:rPr>
          <w:sz w:val="16"/>
          <w:szCs w:val="18"/>
          <w:lang w:eastAsia="ko-KR"/>
        </w:rPr>
        <w:t>딥페이크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규정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위반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사실이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취소될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있으며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이미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지급된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상금은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반환하고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향후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한화솔루션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주최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제한될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인지합니다</w:t>
      </w:r>
      <w:r w:rsidRPr="006F3D6E">
        <w:rPr>
          <w:sz w:val="16"/>
          <w:szCs w:val="18"/>
          <w:lang w:eastAsia="ko-KR"/>
        </w:rPr>
        <w:t>.</w:t>
      </w:r>
    </w:p>
    <w:p w14:paraId="27B15D6E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식별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가능한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실제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인물이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등장하거나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실제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인물의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초상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음성이</w:t>
      </w:r>
      <w:r w:rsidRPr="006F3D6E">
        <w:rPr>
          <w:sz w:val="16"/>
          <w:szCs w:val="18"/>
          <w:lang w:eastAsia="ko-KR"/>
        </w:rPr>
        <w:t xml:space="preserve"> AI </w:t>
      </w:r>
      <w:r w:rsidRPr="006F3D6E">
        <w:rPr>
          <w:sz w:val="16"/>
          <w:szCs w:val="18"/>
          <w:lang w:eastAsia="ko-KR"/>
        </w:rPr>
        <w:t>영상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과정에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활용되는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본인은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해당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인물의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적법한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동의를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확보하고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필요한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초상권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동의서를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제출하여야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하며</w:t>
      </w:r>
      <w:r w:rsidRPr="006F3D6E">
        <w:rPr>
          <w:sz w:val="16"/>
          <w:szCs w:val="18"/>
          <w:lang w:eastAsia="ko-KR"/>
        </w:rPr>
        <w:t xml:space="preserve">, </w:t>
      </w:r>
      <w:proofErr w:type="spellStart"/>
      <w:r w:rsidRPr="006F3D6E">
        <w:rPr>
          <w:sz w:val="16"/>
          <w:szCs w:val="18"/>
          <w:lang w:eastAsia="ko-KR"/>
        </w:rPr>
        <w:t>미제출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심사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취소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조치가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인지합니다</w:t>
      </w:r>
      <w:r w:rsidRPr="006F3D6E">
        <w:rPr>
          <w:sz w:val="16"/>
          <w:szCs w:val="18"/>
          <w:lang w:eastAsia="ko-KR"/>
        </w:rPr>
        <w:t>.</w:t>
      </w:r>
    </w:p>
    <w:p w14:paraId="5A5A1E59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본인은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검증을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위해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한화솔루션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운영사무국이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요청하는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사용한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생성형</w:t>
      </w:r>
      <w:r w:rsidRPr="006F3D6E">
        <w:rPr>
          <w:sz w:val="16"/>
          <w:szCs w:val="18"/>
          <w:lang w:eastAsia="ko-KR"/>
        </w:rPr>
        <w:t xml:space="preserve"> AI Tool, </w:t>
      </w:r>
      <w:r w:rsidRPr="006F3D6E">
        <w:rPr>
          <w:sz w:val="16"/>
          <w:szCs w:val="18"/>
          <w:lang w:eastAsia="ko-KR"/>
        </w:rPr>
        <w:t>주요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프롬프트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생성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과정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증빙자료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원본파일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정해진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제출하겠습니다</w:t>
      </w:r>
      <w:r w:rsidRPr="006F3D6E">
        <w:rPr>
          <w:sz w:val="16"/>
          <w:szCs w:val="18"/>
          <w:lang w:eastAsia="ko-KR"/>
        </w:rPr>
        <w:t>.</w:t>
      </w:r>
    </w:p>
    <w:p w14:paraId="4E4B30EB" w14:textId="390F1BDE" w:rsidR="002D50AC" w:rsidRPr="006F3D6E" w:rsidRDefault="002D50AC">
      <w:pPr>
        <w:rPr>
          <w:sz w:val="16"/>
          <w:szCs w:val="18"/>
          <w:lang w:eastAsia="ko-KR"/>
        </w:rPr>
      </w:pPr>
    </w:p>
    <w:p w14:paraId="35A0997D" w14:textId="77777777" w:rsidR="002D50AC" w:rsidRPr="006F3D6E" w:rsidRDefault="000F7C23">
      <w:pPr>
        <w:keepNext/>
        <w:spacing w:before="240" w:after="80"/>
        <w:rPr>
          <w:sz w:val="16"/>
          <w:szCs w:val="18"/>
          <w:lang w:eastAsia="ko-KR"/>
        </w:rPr>
      </w:pPr>
      <w:r w:rsidRPr="006F3D6E">
        <w:rPr>
          <w:b/>
          <w:sz w:val="20"/>
          <w:szCs w:val="18"/>
          <w:lang w:eastAsia="ko-KR"/>
        </w:rPr>
        <w:t xml:space="preserve">3. </w:t>
      </w:r>
      <w:r w:rsidRPr="006F3D6E">
        <w:rPr>
          <w:b/>
          <w:sz w:val="20"/>
          <w:szCs w:val="18"/>
          <w:lang w:eastAsia="ko-KR"/>
        </w:rPr>
        <w:t>저작권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및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작품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활용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동의</w:t>
      </w:r>
    </w:p>
    <w:p w14:paraId="6D2D1C63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출품작의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저작권은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원칙적으로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해당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공동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창작자에게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귀속됩니다</w:t>
      </w:r>
      <w:r w:rsidRPr="006F3D6E">
        <w:rPr>
          <w:sz w:val="16"/>
          <w:szCs w:val="18"/>
          <w:lang w:eastAsia="ko-KR"/>
        </w:rPr>
        <w:t>.</w:t>
      </w:r>
    </w:p>
    <w:p w14:paraId="76A6E2D8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lastRenderedPageBreak/>
        <w:t xml:space="preserve">• </w:t>
      </w:r>
      <w:r w:rsidRPr="006F3D6E">
        <w:rPr>
          <w:sz w:val="16"/>
          <w:szCs w:val="18"/>
          <w:lang w:eastAsia="ko-KR"/>
        </w:rPr>
        <w:t>수상작의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한화솔루션에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홍보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기업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브랜드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홍보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보도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채용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콘텐츠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사내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행사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기록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아카이브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구축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목적으로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전부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일부를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비독점적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부여함에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동의합니다</w:t>
      </w:r>
      <w:r w:rsidRPr="006F3D6E">
        <w:rPr>
          <w:sz w:val="16"/>
          <w:szCs w:val="18"/>
          <w:lang w:eastAsia="ko-KR"/>
        </w:rPr>
        <w:t>.</w:t>
      </w:r>
    </w:p>
    <w:p w14:paraId="7B59736C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한화솔루션은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목적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범위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내에서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수상작을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공식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홈페이지</w:t>
      </w:r>
      <w:r w:rsidRPr="006F3D6E">
        <w:rPr>
          <w:sz w:val="16"/>
          <w:szCs w:val="18"/>
          <w:lang w:eastAsia="ko-KR"/>
        </w:rPr>
        <w:t xml:space="preserve">, YouTube, Instagram, LinkedIn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SNS, </w:t>
      </w:r>
      <w:r w:rsidRPr="006F3D6E">
        <w:rPr>
          <w:sz w:val="16"/>
          <w:szCs w:val="18"/>
          <w:lang w:eastAsia="ko-KR"/>
        </w:rPr>
        <w:t>채용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페이지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온라인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광고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사내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행사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온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오프라인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홍보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채널에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게시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상영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전시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배포할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있습니다</w:t>
      </w:r>
      <w:r w:rsidRPr="006F3D6E">
        <w:rPr>
          <w:sz w:val="16"/>
          <w:szCs w:val="18"/>
          <w:lang w:eastAsia="ko-KR"/>
        </w:rPr>
        <w:t>.</w:t>
      </w:r>
    </w:p>
    <w:p w14:paraId="31ADF949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수상작은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매체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특성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홍보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목적에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영상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길이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조정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화면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비율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해상도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변환</w:t>
      </w:r>
      <w:r w:rsidRPr="006F3D6E">
        <w:rPr>
          <w:sz w:val="16"/>
          <w:szCs w:val="18"/>
          <w:lang w:eastAsia="ko-KR"/>
        </w:rPr>
        <w:t>,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자막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로고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삽입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썸네일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제작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일부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장면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발췌</w:t>
      </w:r>
      <w:r w:rsidRPr="006F3D6E">
        <w:rPr>
          <w:sz w:val="16"/>
          <w:szCs w:val="18"/>
          <w:lang w:eastAsia="ko-KR"/>
        </w:rPr>
        <w:t xml:space="preserve">, </w:t>
      </w:r>
      <w:proofErr w:type="spellStart"/>
      <w:r w:rsidRPr="006F3D6E">
        <w:rPr>
          <w:sz w:val="16"/>
          <w:szCs w:val="18"/>
          <w:lang w:eastAsia="ko-KR"/>
        </w:rPr>
        <w:t>숏폼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재편집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합리적인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범위에서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편집</w:t>
      </w:r>
      <w:r w:rsidRPr="006F3D6E">
        <w:rPr>
          <w:sz w:val="16"/>
          <w:szCs w:val="18"/>
          <w:lang w:eastAsia="ko-KR"/>
        </w:rPr>
        <w:t>·</w:t>
      </w:r>
      <w:proofErr w:type="spellStart"/>
      <w:r w:rsidRPr="006F3D6E">
        <w:rPr>
          <w:sz w:val="16"/>
          <w:szCs w:val="18"/>
          <w:lang w:eastAsia="ko-KR"/>
        </w:rPr>
        <w:t>재가공될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있습니다</w:t>
      </w:r>
      <w:r w:rsidRPr="006F3D6E">
        <w:rPr>
          <w:sz w:val="16"/>
          <w:szCs w:val="18"/>
          <w:lang w:eastAsia="ko-KR"/>
        </w:rPr>
        <w:t>.</w:t>
      </w:r>
    </w:p>
    <w:p w14:paraId="7A413384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한화솔루션은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활용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편집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과정에서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본질적인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창작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의도를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현저히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훼손하거나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참가자의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명예를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해치는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방식으로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작품을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이용하지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않습니다</w:t>
      </w:r>
      <w:r w:rsidRPr="006F3D6E">
        <w:rPr>
          <w:sz w:val="16"/>
          <w:szCs w:val="18"/>
          <w:lang w:eastAsia="ko-KR"/>
        </w:rPr>
        <w:t>.</w:t>
      </w:r>
    </w:p>
    <w:p w14:paraId="32625287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한화솔루션은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합리적인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범위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내에서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참가자명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proofErr w:type="spellStart"/>
      <w:r w:rsidRPr="006F3D6E">
        <w:rPr>
          <w:sz w:val="16"/>
          <w:szCs w:val="18"/>
          <w:lang w:eastAsia="ko-KR"/>
        </w:rPr>
        <w:t>팀명</w:t>
      </w:r>
      <w:proofErr w:type="spellEnd"/>
      <w:r w:rsidRPr="006F3D6E">
        <w:rPr>
          <w:sz w:val="16"/>
          <w:szCs w:val="18"/>
          <w:lang w:eastAsia="ko-KR"/>
        </w:rPr>
        <w:t xml:space="preserve">, </w:t>
      </w:r>
      <w:proofErr w:type="spellStart"/>
      <w:r w:rsidRPr="006F3D6E">
        <w:rPr>
          <w:sz w:val="16"/>
          <w:szCs w:val="18"/>
          <w:lang w:eastAsia="ko-KR"/>
        </w:rPr>
        <w:t>작품명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창작자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정보를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표시할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있으며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매체의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형식이나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기술적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표시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방식이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조정될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0104DD63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수상작의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구체적인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활용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범위와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기간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별도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「제출물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활용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저작권</w:t>
      </w:r>
      <w:r w:rsidRPr="006F3D6E">
        <w:rPr>
          <w:sz w:val="16"/>
          <w:szCs w:val="18"/>
          <w:lang w:eastAsia="ko-KR"/>
        </w:rPr>
        <w:t xml:space="preserve"> </w:t>
      </w:r>
      <w:proofErr w:type="spellStart"/>
      <w:r w:rsidRPr="006F3D6E">
        <w:rPr>
          <w:sz w:val="16"/>
          <w:szCs w:val="18"/>
          <w:lang w:eastAsia="ko-KR"/>
        </w:rPr>
        <w:t>동의서」와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공고문에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따름을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32ADD85C" w14:textId="77777777" w:rsidR="002D50AC" w:rsidRPr="006F3D6E" w:rsidRDefault="000F7C23">
      <w:pPr>
        <w:keepNext/>
        <w:spacing w:before="240" w:after="80"/>
        <w:rPr>
          <w:sz w:val="16"/>
          <w:szCs w:val="18"/>
          <w:lang w:eastAsia="ko-KR"/>
        </w:rPr>
      </w:pPr>
      <w:r w:rsidRPr="006F3D6E">
        <w:rPr>
          <w:b/>
          <w:sz w:val="20"/>
          <w:szCs w:val="18"/>
          <w:lang w:eastAsia="ko-KR"/>
        </w:rPr>
        <w:t xml:space="preserve">4. </w:t>
      </w:r>
      <w:r w:rsidRPr="006F3D6E">
        <w:rPr>
          <w:b/>
          <w:sz w:val="20"/>
          <w:szCs w:val="18"/>
          <w:lang w:eastAsia="ko-KR"/>
        </w:rPr>
        <w:t>팀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참가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및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개인정보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활용</w:t>
      </w:r>
      <w:r w:rsidRPr="006F3D6E">
        <w:rPr>
          <w:b/>
          <w:sz w:val="20"/>
          <w:szCs w:val="18"/>
          <w:lang w:eastAsia="ko-KR"/>
        </w:rPr>
        <w:t xml:space="preserve"> </w:t>
      </w:r>
      <w:r w:rsidRPr="006F3D6E">
        <w:rPr>
          <w:b/>
          <w:sz w:val="20"/>
          <w:szCs w:val="18"/>
          <w:lang w:eastAsia="ko-KR"/>
        </w:rPr>
        <w:t>동의</w:t>
      </w:r>
    </w:p>
    <w:p w14:paraId="52522082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팀으로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대표자는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서약서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팀원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전원의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동의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권리관계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완료하여야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하며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한화솔루션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운영사무국이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요청하는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경우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팀원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명단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동의서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또는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위임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자료를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제출하여야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합니다</w:t>
      </w:r>
      <w:r w:rsidRPr="006F3D6E">
        <w:rPr>
          <w:sz w:val="16"/>
          <w:szCs w:val="18"/>
          <w:lang w:eastAsia="ko-KR"/>
        </w:rPr>
        <w:t>.</w:t>
      </w:r>
    </w:p>
    <w:p w14:paraId="33B5ED76" w14:textId="13ACDA02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팀원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상금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배분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저작권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귀속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역할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분담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사항은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한화솔루션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운영사무국의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관여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대상이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아니며</w:t>
      </w:r>
      <w:r w:rsidRPr="006F3D6E">
        <w:rPr>
          <w:sz w:val="16"/>
          <w:szCs w:val="18"/>
          <w:lang w:eastAsia="ko-KR"/>
        </w:rPr>
        <w:t xml:space="preserve">,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내부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분쟁은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참가팀이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해결하여야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함을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65639BEF" w14:textId="77777777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r w:rsidRPr="006F3D6E">
        <w:rPr>
          <w:sz w:val="16"/>
          <w:szCs w:val="18"/>
          <w:lang w:eastAsia="ko-KR"/>
        </w:rPr>
        <w:t>본인은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공모전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접수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운영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작품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심사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결과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안내</w:t>
      </w:r>
      <w:r w:rsidRPr="006F3D6E">
        <w:rPr>
          <w:sz w:val="16"/>
          <w:szCs w:val="18"/>
          <w:lang w:eastAsia="ko-KR"/>
        </w:rPr>
        <w:t xml:space="preserve">, </w:t>
      </w:r>
      <w:r w:rsidRPr="006F3D6E">
        <w:rPr>
          <w:sz w:val="16"/>
          <w:szCs w:val="18"/>
          <w:lang w:eastAsia="ko-KR"/>
        </w:rPr>
        <w:t>시상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사후관리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등을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위해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필요한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개인정보가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별도로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제출하는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「개인정보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수집</w:t>
      </w:r>
      <w:r w:rsidRPr="006F3D6E">
        <w:rPr>
          <w:sz w:val="16"/>
          <w:szCs w:val="18"/>
          <w:lang w:eastAsia="ko-KR"/>
        </w:rPr>
        <w:t>·</w:t>
      </w:r>
      <w:r w:rsidRPr="006F3D6E">
        <w:rPr>
          <w:sz w:val="16"/>
          <w:szCs w:val="18"/>
          <w:lang w:eastAsia="ko-KR"/>
        </w:rPr>
        <w:t>이용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</w:t>
      </w:r>
      <w:r w:rsidRPr="006F3D6E">
        <w:rPr>
          <w:sz w:val="16"/>
          <w:szCs w:val="18"/>
          <w:lang w:eastAsia="ko-KR"/>
        </w:rPr>
        <w:t>3</w:t>
      </w:r>
      <w:r w:rsidRPr="006F3D6E">
        <w:rPr>
          <w:sz w:val="16"/>
          <w:szCs w:val="18"/>
          <w:lang w:eastAsia="ko-KR"/>
        </w:rPr>
        <w:t>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제공</w:t>
      </w:r>
      <w:r w:rsidRPr="006F3D6E">
        <w:rPr>
          <w:sz w:val="16"/>
          <w:szCs w:val="18"/>
          <w:lang w:eastAsia="ko-KR"/>
        </w:rPr>
        <w:t xml:space="preserve"> </w:t>
      </w:r>
      <w:proofErr w:type="spellStart"/>
      <w:r w:rsidRPr="006F3D6E">
        <w:rPr>
          <w:sz w:val="16"/>
          <w:szCs w:val="18"/>
          <w:lang w:eastAsia="ko-KR"/>
        </w:rPr>
        <w:t>동의서」에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처리됨을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39621862" w14:textId="693447B4" w:rsidR="002D50AC" w:rsidRPr="006F3D6E" w:rsidRDefault="000F7C23">
      <w:pPr>
        <w:spacing w:after="80" w:line="300" w:lineRule="auto"/>
        <w:ind w:left="255" w:hanging="198"/>
        <w:rPr>
          <w:sz w:val="16"/>
          <w:szCs w:val="18"/>
          <w:lang w:eastAsia="ko-KR"/>
        </w:rPr>
      </w:pPr>
      <w:r w:rsidRPr="006F3D6E">
        <w:rPr>
          <w:b/>
          <w:sz w:val="16"/>
          <w:szCs w:val="18"/>
          <w:lang w:eastAsia="ko-KR"/>
        </w:rPr>
        <w:t xml:space="preserve">• </w:t>
      </w:r>
      <w:proofErr w:type="spellStart"/>
      <w:r w:rsidRPr="006F3D6E">
        <w:rPr>
          <w:sz w:val="16"/>
          <w:szCs w:val="18"/>
          <w:lang w:eastAsia="ko-KR"/>
        </w:rPr>
        <w:t>시상금</w:t>
      </w:r>
      <w:proofErr w:type="spellEnd"/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지급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세무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처리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과정에서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필요한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정보는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관계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법령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및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별도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안내에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따라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수상자에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한하여</w:t>
      </w:r>
      <w:r w:rsidRPr="006F3D6E">
        <w:rPr>
          <w:sz w:val="16"/>
          <w:szCs w:val="18"/>
          <w:lang w:eastAsia="ko-KR"/>
        </w:rPr>
        <w:t xml:space="preserve"> </w:t>
      </w:r>
      <w:r w:rsidR="006F3D6E" w:rsidRPr="006F3D6E">
        <w:rPr>
          <w:sz w:val="16"/>
          <w:szCs w:val="18"/>
          <w:lang w:eastAsia="ko-KR"/>
        </w:rPr>
        <w:br/>
      </w:r>
      <w:r w:rsidRPr="006F3D6E">
        <w:rPr>
          <w:sz w:val="16"/>
          <w:szCs w:val="18"/>
          <w:lang w:eastAsia="ko-KR"/>
        </w:rPr>
        <w:t>추가로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제출할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수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있음을</w:t>
      </w:r>
      <w:r w:rsidRPr="006F3D6E">
        <w:rPr>
          <w:sz w:val="16"/>
          <w:szCs w:val="18"/>
          <w:lang w:eastAsia="ko-KR"/>
        </w:rPr>
        <w:t xml:space="preserve"> </w:t>
      </w:r>
      <w:r w:rsidRPr="006F3D6E">
        <w:rPr>
          <w:sz w:val="16"/>
          <w:szCs w:val="18"/>
          <w:lang w:eastAsia="ko-KR"/>
        </w:rPr>
        <w:t>확인합니다</w:t>
      </w:r>
      <w:r w:rsidRPr="006F3D6E">
        <w:rPr>
          <w:sz w:val="16"/>
          <w:szCs w:val="18"/>
          <w:lang w:eastAsia="ko-KR"/>
        </w:rPr>
        <w:t>.</w:t>
      </w:r>
    </w:p>
    <w:p w14:paraId="034E4B69" w14:textId="77777777" w:rsidR="002D50AC" w:rsidRPr="006F3D6E" w:rsidRDefault="000F7C23">
      <w:pPr>
        <w:spacing w:before="360" w:after="280"/>
        <w:jc w:val="center"/>
        <w:rPr>
          <w:sz w:val="16"/>
          <w:szCs w:val="18"/>
          <w:lang w:eastAsia="ko-KR"/>
        </w:rPr>
      </w:pPr>
      <w:r w:rsidRPr="006F3D6E">
        <w:rPr>
          <w:b/>
          <w:sz w:val="18"/>
          <w:szCs w:val="18"/>
          <w:lang w:eastAsia="ko-KR"/>
        </w:rPr>
        <w:t>본인은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위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서</w:t>
      </w:r>
      <w:r w:rsidRPr="006F3D6E">
        <w:rPr>
          <w:b/>
          <w:sz w:val="18"/>
          <w:szCs w:val="18"/>
          <w:lang w:eastAsia="ko-KR"/>
        </w:rPr>
        <w:t>약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내용을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충분히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숙지하였으며</w:t>
      </w:r>
      <w:r w:rsidRPr="006F3D6E">
        <w:rPr>
          <w:b/>
          <w:sz w:val="18"/>
          <w:szCs w:val="18"/>
          <w:lang w:eastAsia="ko-KR"/>
        </w:rPr>
        <w:t xml:space="preserve">, </w:t>
      </w:r>
      <w:r w:rsidRPr="006F3D6E">
        <w:rPr>
          <w:b/>
          <w:sz w:val="18"/>
          <w:szCs w:val="18"/>
          <w:lang w:eastAsia="ko-KR"/>
        </w:rPr>
        <w:t>이를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성실히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준수할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것을</w:t>
      </w:r>
      <w:r w:rsidRPr="006F3D6E">
        <w:rPr>
          <w:b/>
          <w:sz w:val="18"/>
          <w:szCs w:val="18"/>
          <w:lang w:eastAsia="ko-KR"/>
        </w:rPr>
        <w:t xml:space="preserve"> </w:t>
      </w:r>
      <w:r w:rsidRPr="006F3D6E">
        <w:rPr>
          <w:b/>
          <w:sz w:val="18"/>
          <w:szCs w:val="18"/>
          <w:lang w:eastAsia="ko-KR"/>
        </w:rPr>
        <w:t>서약합니다</w:t>
      </w:r>
      <w:r w:rsidRPr="006F3D6E">
        <w:rPr>
          <w:b/>
          <w:sz w:val="18"/>
          <w:szCs w:val="18"/>
          <w:lang w:eastAsia="ko-KR"/>
        </w:rPr>
        <w:t>.</w:t>
      </w:r>
    </w:p>
    <w:p w14:paraId="6DAFAC85" w14:textId="77777777" w:rsidR="002D50AC" w:rsidRDefault="000F7C23">
      <w:pPr>
        <w:spacing w:after="280"/>
        <w:jc w:val="center"/>
      </w:pPr>
      <w:r>
        <w:rPr>
          <w:b/>
          <w:sz w:val="20"/>
        </w:rPr>
        <w:t>2026</w:t>
      </w:r>
      <w:r>
        <w:rPr>
          <w:b/>
          <w:sz w:val="20"/>
        </w:rPr>
        <w:t>년</w:t>
      </w:r>
      <w:r>
        <w:rPr>
          <w:b/>
          <w:sz w:val="20"/>
        </w:rPr>
        <w:t xml:space="preserve">      </w:t>
      </w:r>
      <w:r>
        <w:rPr>
          <w:b/>
          <w:sz w:val="20"/>
        </w:rPr>
        <w:t>월</w:t>
      </w:r>
      <w:r>
        <w:rPr>
          <w:b/>
          <w:sz w:val="20"/>
        </w:rPr>
        <w:t xml:space="preserve">      </w:t>
      </w:r>
      <w:r>
        <w:rPr>
          <w:b/>
          <w:sz w:val="20"/>
        </w:rPr>
        <w:t>일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2D50AC" w14:paraId="43316F32" w14:textId="77777777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077A5F10" w14:textId="77777777" w:rsidR="002D50AC" w:rsidRDefault="000F7C23">
            <w:pPr>
              <w:jc w:val="center"/>
            </w:pPr>
            <w:r>
              <w:rPr>
                <w:b/>
              </w:rPr>
              <w:t>참가자</w:t>
            </w:r>
            <w:r>
              <w:rPr>
                <w:b/>
              </w:rPr>
              <w:t xml:space="preserve"> / </w:t>
            </w:r>
            <w:r>
              <w:rPr>
                <w:b/>
              </w:rPr>
              <w:t>팀명</w:t>
            </w:r>
          </w:p>
        </w:tc>
        <w:tc>
          <w:tcPr>
            <w:tcW w:w="5043" w:type="dxa"/>
            <w:vAlign w:val="center"/>
          </w:tcPr>
          <w:p w14:paraId="7C9D8CDA" w14:textId="77777777" w:rsidR="002D50AC" w:rsidRDefault="002D50AC"/>
        </w:tc>
      </w:tr>
      <w:tr w:rsidR="002D50AC" w14:paraId="0FB55F1A" w14:textId="77777777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5A83AF7F" w14:textId="77777777" w:rsidR="002D50AC" w:rsidRDefault="000F7C23">
            <w:pPr>
              <w:jc w:val="center"/>
            </w:pPr>
            <w:r>
              <w:rPr>
                <w:b/>
              </w:rPr>
              <w:t>신청자</w:t>
            </w:r>
            <w:r>
              <w:rPr>
                <w:b/>
              </w:rPr>
              <w:t>(</w:t>
            </w:r>
            <w:r>
              <w:rPr>
                <w:b/>
              </w:rPr>
              <w:t>대표자</w:t>
            </w:r>
            <w:r>
              <w:rPr>
                <w:b/>
              </w:rPr>
              <w:t xml:space="preserve">) </w:t>
            </w:r>
            <w:r>
              <w:rPr>
                <w:b/>
              </w:rPr>
              <w:t>성명</w:t>
            </w:r>
          </w:p>
        </w:tc>
        <w:tc>
          <w:tcPr>
            <w:tcW w:w="5043" w:type="dxa"/>
            <w:vAlign w:val="center"/>
          </w:tcPr>
          <w:p w14:paraId="08F08F47" w14:textId="77777777" w:rsidR="002D50AC" w:rsidRDefault="002D50AC"/>
        </w:tc>
      </w:tr>
      <w:tr w:rsidR="002D50AC" w14:paraId="4E7BAF51" w14:textId="77777777">
        <w:trPr>
          <w:jc w:val="center"/>
        </w:trPr>
        <w:tc>
          <w:tcPr>
            <w:tcW w:w="5043" w:type="dxa"/>
            <w:shd w:val="clear" w:color="auto" w:fill="F2F2F2"/>
            <w:vAlign w:val="center"/>
          </w:tcPr>
          <w:p w14:paraId="3C0E26C9" w14:textId="77777777" w:rsidR="002D50AC" w:rsidRDefault="000F7C23">
            <w:pPr>
              <w:jc w:val="center"/>
            </w:pPr>
            <w:r>
              <w:rPr>
                <w:b/>
              </w:rPr>
              <w:t>서명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또는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인</w:t>
            </w:r>
          </w:p>
        </w:tc>
        <w:tc>
          <w:tcPr>
            <w:tcW w:w="5043" w:type="dxa"/>
            <w:vAlign w:val="center"/>
          </w:tcPr>
          <w:p w14:paraId="05F2CBA8" w14:textId="77777777" w:rsidR="002D50AC" w:rsidRDefault="000F7C23">
            <w:r>
              <w:t xml:space="preserve">                                     (</w:t>
            </w:r>
            <w:r>
              <w:t>서명</w:t>
            </w:r>
            <w:r>
              <w:t>/</w:t>
            </w:r>
            <w:r>
              <w:t>인</w:t>
            </w:r>
            <w:r>
              <w:t>)</w:t>
            </w:r>
          </w:p>
        </w:tc>
      </w:tr>
    </w:tbl>
    <w:p w14:paraId="7A01949C" w14:textId="77777777" w:rsidR="002D50AC" w:rsidRDefault="000F7C23">
      <w:pPr>
        <w:spacing w:before="200"/>
        <w:jc w:val="center"/>
        <w:rPr>
          <w:lang w:eastAsia="ko-KR"/>
        </w:rPr>
      </w:pPr>
      <w:r>
        <w:rPr>
          <w:b/>
          <w:sz w:val="17"/>
          <w:lang w:eastAsia="ko-KR"/>
        </w:rPr>
        <w:t xml:space="preserve">2026 </w:t>
      </w:r>
      <w:r>
        <w:rPr>
          <w:b/>
          <w:sz w:val="17"/>
          <w:lang w:eastAsia="ko-KR"/>
        </w:rPr>
        <w:t>한화솔루션</w:t>
      </w:r>
      <w:r>
        <w:rPr>
          <w:b/>
          <w:sz w:val="17"/>
          <w:lang w:eastAsia="ko-KR"/>
        </w:rPr>
        <w:t xml:space="preserve"> AI </w:t>
      </w:r>
      <w:r>
        <w:rPr>
          <w:b/>
          <w:sz w:val="17"/>
          <w:lang w:eastAsia="ko-KR"/>
        </w:rPr>
        <w:t>영상</w:t>
      </w:r>
      <w:r>
        <w:rPr>
          <w:b/>
          <w:sz w:val="17"/>
          <w:lang w:eastAsia="ko-KR"/>
        </w:rPr>
        <w:t xml:space="preserve"> </w:t>
      </w:r>
      <w:r>
        <w:rPr>
          <w:b/>
          <w:sz w:val="17"/>
          <w:lang w:eastAsia="ko-KR"/>
        </w:rPr>
        <w:t>공모전</w:t>
      </w:r>
      <w:r>
        <w:rPr>
          <w:b/>
          <w:sz w:val="17"/>
          <w:lang w:eastAsia="ko-KR"/>
        </w:rPr>
        <w:t xml:space="preserve"> </w:t>
      </w:r>
      <w:r>
        <w:rPr>
          <w:b/>
          <w:sz w:val="17"/>
          <w:lang w:eastAsia="ko-KR"/>
        </w:rPr>
        <w:t>운영사무국</w:t>
      </w:r>
    </w:p>
    <w:sectPr w:rsidR="002D50AC" w:rsidSect="00034616">
      <w:footerReference w:type="default" r:id="rId8"/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2AFA4" w14:textId="77777777" w:rsidR="000F7C23" w:rsidRDefault="000F7C23">
      <w:pPr>
        <w:spacing w:after="0" w:line="240" w:lineRule="auto"/>
      </w:pPr>
      <w:r>
        <w:separator/>
      </w:r>
    </w:p>
  </w:endnote>
  <w:endnote w:type="continuationSeparator" w:id="0">
    <w:p w14:paraId="6AFA147B" w14:textId="77777777" w:rsidR="000F7C23" w:rsidRDefault="000F7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27974" w14:textId="77777777" w:rsidR="002D50AC" w:rsidRDefault="000F7C23">
    <w:pPr>
      <w:pStyle w:val="a6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6F3D6E">
      <w:rPr>
        <w:sz w:val="16"/>
      </w:rPr>
      <w:fldChar w:fldCharType="separate"/>
    </w:r>
    <w:r w:rsidR="006F3D6E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A9AED" w14:textId="77777777" w:rsidR="000F7C23" w:rsidRDefault="000F7C23">
      <w:pPr>
        <w:spacing w:after="0" w:line="240" w:lineRule="auto"/>
      </w:pPr>
      <w:r>
        <w:separator/>
      </w:r>
    </w:p>
  </w:footnote>
  <w:footnote w:type="continuationSeparator" w:id="0">
    <w:p w14:paraId="54A23650" w14:textId="77777777" w:rsidR="000F7C23" w:rsidRDefault="000F7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7C23"/>
    <w:rsid w:val="0015074B"/>
    <w:rsid w:val="0029639D"/>
    <w:rsid w:val="002D50AC"/>
    <w:rsid w:val="00326F90"/>
    <w:rsid w:val="006F3D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F4FDF5"/>
  <w14:defaultImageDpi w14:val="300"/>
  <w15:docId w15:val="{66D491E8-6CF7-4F74-BB5C-99615086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우성 조</cp:lastModifiedBy>
  <cp:revision>2</cp:revision>
  <dcterms:created xsi:type="dcterms:W3CDTF">2026-08-12T02:59:00Z</dcterms:created>
  <dcterms:modified xsi:type="dcterms:W3CDTF">2026-08-12T02:59:00Z</dcterms:modified>
  <cp:category/>
</cp:coreProperties>
</file>