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keepNext w:val="off"/>
        <w:jc w:val="center"/>
        <w:pBdr>
          <w:bottom w:val="single" w:sz="18" w:space="0" w:color="1D67BD"/>
        </w:pBdr>
        <w:spacing w:after="0" w:before="0" w:line="20" w:lineRule="exact"/>
      </w:pPr>
    </w:p>
    <w:p>
      <w:pPr>
        <w:keepNext w:val="off"/>
        <w:jc w:val="center"/>
        <w:spacing w:after="0" w:before="140" w:line="240" w:lineRule="auto"/>
      </w:pPr>
      <w:r>
        <w:rPr>
          <w:rFonts w:ascii="NanumSquare Bold" w:eastAsia="NanumSquare Bold" w:hAnsi="NanumSquare Bold"/>
          <w:b/>
          <w:color w:val="000000"/>
          <w:sz w:val="30"/>
        </w:rPr>
        <w:t>APEC 세계문화홍보관 홍보대사 모집</w:t>
      </w:r>
    </w:p>
    <w:p>
      <w:pPr>
        <w:keepNext w:val="off"/>
        <w:jc w:val="center"/>
        <w:spacing w:after="120" w:before="0" w:line="240" w:lineRule="auto"/>
      </w:pPr>
      <w:r>
        <w:rPr>
          <w:rFonts w:ascii="NanumGothic" w:eastAsia="NanumGothic" w:hAnsi="NanumGothic"/>
          <w:b/>
          <w:color w:val="000000"/>
          <w:sz w:val="22"/>
        </w:rPr>
        <w:t>(APEC World Culture Pavilion: Ambassador Recruitment)</w:t>
      </w:r>
    </w:p>
    <w:p>
      <w:pPr>
        <w:keepNext w:val="off"/>
        <w:jc w:val="center"/>
        <w:pBdr>
          <w:bottom w:val="single" w:sz="18" w:space="0" w:color="1D67BD"/>
        </w:pBdr>
        <w:spacing w:after="140" w:before="0" w:line="20" w:lineRule="exact"/>
      </w:pP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2622"/>
        <w:gridCol w:w="2622"/>
        <w:gridCol w:w="2622"/>
        <w:gridCol w:w="2622"/>
      </w:tblGrid>
      <w:tr>
        <w:trPr>
          <w:trHeight w:val="725" w:hRule="atLeast"/>
        </w:trPr>
        <w:tc>
          <w:tcPr>
            <w:tcW w:w="1899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34" w:type="dxa"/>
              <w:bottom w:w="28" w:type="dxa"/>
            </w:tcMar>
            <w:vAlign w:val="center"/>
          </w:tcPr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2"/>
                <w:szCs w:val="30"/>
              </w:rPr>
              <w:t>이      름</w:t>
            </w:r>
          </w:p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0"/>
                <w:szCs w:val="30"/>
              </w:rPr>
              <w:t>( N a m e )</w:t>
            </w:r>
          </w:p>
        </w:tc>
        <w:tc>
          <w:tcPr>
            <w:tcW w:w="3061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rPr>
                <w:sz w:val="24"/>
                <w:szCs w:val="30"/>
              </w:rPr>
            </w:pPr>
          </w:p>
        </w:tc>
        <w:tc>
          <w:tcPr>
            <w:tcW w:w="1899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34" w:type="dxa"/>
              <w:bottom w:w="28" w:type="dxa"/>
            </w:tcMar>
            <w:vAlign w:val="center"/>
          </w:tcPr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2"/>
                <w:szCs w:val="30"/>
              </w:rPr>
              <w:t>성      별</w:t>
            </w:r>
          </w:p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0"/>
                <w:szCs w:val="30"/>
              </w:rPr>
              <w:t>( G e n d e r )</w:t>
            </w:r>
          </w:p>
        </w:tc>
        <w:tc>
          <w:tcPr>
            <w:tcW w:w="3628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rPr>
                <w:sz w:val="24"/>
                <w:szCs w:val="30"/>
              </w:rPr>
            </w:pPr>
          </w:p>
        </w:tc>
      </w:tr>
      <w:tr>
        <w:trPr>
          <w:trHeight w:val="725" w:hRule="atLeast"/>
        </w:trPr>
        <w:tc>
          <w:tcPr>
            <w:tcW w:w="1899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34" w:type="dxa"/>
              <w:bottom w:w="28" w:type="dxa"/>
            </w:tcMar>
            <w:vAlign w:val="center"/>
          </w:tcPr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2"/>
                <w:szCs w:val="30"/>
              </w:rPr>
              <w:t>국      가</w:t>
            </w:r>
          </w:p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0"/>
                <w:szCs w:val="30"/>
              </w:rPr>
              <w:t>( C o u n t r y )</w:t>
            </w:r>
          </w:p>
        </w:tc>
        <w:tc>
          <w:tcPr>
            <w:tcW w:w="3061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rPr>
                <w:sz w:val="24"/>
                <w:szCs w:val="30"/>
              </w:rPr>
            </w:pPr>
          </w:p>
        </w:tc>
        <w:tc>
          <w:tcPr>
            <w:tcW w:w="1899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34" w:type="dxa"/>
              <w:bottom w:w="28" w:type="dxa"/>
            </w:tcMar>
            <w:vAlign w:val="center"/>
          </w:tcPr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2"/>
                <w:szCs w:val="30"/>
              </w:rPr>
              <w:t>전  화  번  호</w:t>
            </w:r>
          </w:p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0"/>
                <w:szCs w:val="30"/>
              </w:rPr>
              <w:t>( Phone number )</w:t>
            </w:r>
          </w:p>
        </w:tc>
        <w:tc>
          <w:tcPr>
            <w:tcW w:w="3628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rPr>
                <w:sz w:val="24"/>
                <w:szCs w:val="30"/>
              </w:rPr>
            </w:pPr>
          </w:p>
        </w:tc>
      </w:tr>
      <w:tr>
        <w:trPr>
          <w:trHeight w:val="725" w:hRule="atLeast"/>
        </w:trPr>
        <w:tc>
          <w:tcPr>
            <w:tcW w:w="1899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34" w:type="dxa"/>
              <w:bottom w:w="28" w:type="dxa"/>
            </w:tcMar>
            <w:vAlign w:val="center"/>
          </w:tcPr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2"/>
                <w:szCs w:val="30"/>
              </w:rPr>
              <w:t>메  시  지  I D</w:t>
            </w:r>
          </w:p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0"/>
                <w:szCs w:val="30"/>
              </w:rPr>
              <w:t>(Messenger ID)</w:t>
            </w:r>
          </w:p>
        </w:tc>
        <w:tc>
          <w:tcPr>
            <w:tcW w:w="8588" w:type="dxa"/>
            <w:gridSpan w:val="3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jc w:val="center"/>
              <w:spacing w:after="0" w:before="0" w:line="240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555555"/>
                <w:sz w:val="22"/>
                <w:szCs w:val="30"/>
              </w:rPr>
              <w:t>KAKAO TALK ID :  ______________________________</w:t>
            </w:r>
          </w:p>
        </w:tc>
      </w:tr>
      <w:tr>
        <w:trPr>
          <w:trHeight w:val="725" w:hRule="atLeast"/>
        </w:trPr>
        <w:tc>
          <w:tcPr>
            <w:tcW w:w="1899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34" w:type="dxa"/>
              <w:bottom w:w="28" w:type="dxa"/>
            </w:tcMar>
            <w:vAlign w:val="center"/>
          </w:tcPr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2"/>
                <w:szCs w:val="30"/>
              </w:rPr>
              <w:t>이  메  일</w:t>
            </w:r>
          </w:p>
          <w:p>
            <w:pPr>
              <w:jc w:val="center"/>
              <w:spacing w:after="0" w:before="0" w:line="221" w:lineRule="auto"/>
              <w:rPr>
                <w:sz w:val="24"/>
                <w:szCs w:val="30"/>
              </w:rPr>
            </w:pPr>
            <w:r>
              <w:rPr>
                <w:rFonts w:ascii="NanumGothic" w:eastAsia="NanumGothic" w:hAnsi="NanumGothic"/>
                <w:b w:val="0"/>
                <w:color w:val="000000"/>
                <w:sz w:val="20"/>
                <w:szCs w:val="30"/>
              </w:rPr>
              <w:t>( E - m a i l )</w:t>
            </w:r>
          </w:p>
        </w:tc>
        <w:tc>
          <w:tcPr>
            <w:tcW w:w="8588" w:type="dxa"/>
            <w:gridSpan w:val="3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45" w:type="dxa"/>
              <w:bottom w:w="45" w:type="dxa"/>
            </w:tcMar>
            <w:vAlign w:val="center"/>
          </w:tcPr>
          <w:p>
            <w:pPr>
              <w:rPr>
                <w:sz w:val="24"/>
                <w:szCs w:val="30"/>
              </w:rPr>
            </w:pPr>
          </w:p>
        </w:tc>
      </w:tr>
    </w:tbl>
    <w:p>
      <w:pPr>
        <w:keepNext w:val="off"/>
        <w:jc w:val="center"/>
        <w:spacing w:after="0" w:before="90" w:line="20" w:lineRule="exact"/>
      </w:pP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88"/>
      </w:tblGrid>
      <w:tr>
        <w:trPr>
          <w:trHeight w:val="328" w:hRule="atLeast"/>
        </w:trPr>
        <w:tc>
          <w:tcPr>
            <w:tcW w:w="10489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shd w:val="clear" w:color="auto" w:fill="F4F0DA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spacing w:after="0" w:before="0" w:line="216" w:lineRule="auto"/>
            </w:pPr>
            <w:r>
              <w:rPr>
                <w:rFonts w:ascii="NanumGothic" w:eastAsia="NanumGothic" w:hAnsi="NanumGothic"/>
                <w:b w:val="0"/>
                <w:color w:val="444444"/>
                <w:sz w:val="30"/>
                <w:szCs w:val="30"/>
              </w:rPr>
              <w:t>홍보관 조성방안(Pavilion Plan)</w:t>
            </w:r>
          </w:p>
        </w:tc>
      </w:tr>
      <w:tr>
        <w:trPr>
          <w:trHeight w:val="8051" w:hRule="atLeast"/>
        </w:trPr>
        <w:tc>
          <w:tcPr>
            <w:tcW w:w="10489" w:type="dxa"/>
            <w:tcBorders>
              <w:top w:val="single" w:sz="5" w:space="0" w:color="555555"/>
              <w:left w:val="single" w:sz="5" w:space="0" w:color="555555"/>
              <w:bottom w:val="single" w:sz="5" w:space="0" w:color="555555"/>
              <w:right w:val="single" w:sz="5" w:space="0" w:color="555555"/>
            </w:tcBorders>
            <w:tcMar>
              <w:top w:w="85" w:type="dxa"/>
              <w:bottom w:w="85" w:type="dxa"/>
            </w:tcMar>
          </w:tcPr>
          <w:p/>
        </w:tc>
      </w:tr>
    </w:tbl>
    <w:p/>
    <w:sectPr>
      <w:pgSz w:w="11906" w:h="16838"/>
      <w:pgMar w:top="465" w:right="709" w:bottom="567" w:left="70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NanumSquare Bold">
    <w:notTrueType w:val="false"/>
  </w:font>
  <w:font w:name="NanumGothic">
    <w:panose1 w:val="020D0604000000000000"/>
    <w:notTrueType w:val="false"/>
    <w:sig w:usb0="7FFFFFFF" w:usb1="29D7FCFB" w:usb2="00000010" w:usb3="00000001" w:csb0="00080001" w:csb1="00000001"/>
  </w:font>
  <w:font w:name="Courier">
    <w:charset w:val="00"/>
    <w:notTrueType w:val="false"/>
  </w:font>
  <w:font w:name="Symbol">
    <w:panose1 w:val="05050102010706020507"/>
    <w:family w:val="Symbol"/>
    <w:charset w:val="00"/>
    <w:notTrueType w:val="false"/>
    <w:sig w:usb0="00000001" w:usb1="00000001" w:usb2="00000001" w:usb3="00000001" w:csb0="7FFFFFF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ListBullet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ListBullet2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ListBullet3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ListNumber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ListNumber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ListNumber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HAnsi" w:hAnsiTheme="minorHAnsi" w:cstheme="minorEastAsia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57"/>
    <w:lsdException w:name="toc 2" w:uiPriority="57"/>
    <w:lsdException w:name="toc 3" w:uiPriority="57"/>
    <w:lsdException w:name="toc 4" w:uiPriority="57"/>
    <w:lsdException w:name="toc 5" w:uiPriority="57"/>
    <w:lsdException w:name="toc 6" w:uiPriority="57"/>
    <w:lsdException w:name="toc 7" w:uiPriority="57"/>
    <w:lsdException w:name="toc 8" w:uiPriority="57"/>
    <w:lsdException w:name="toc 9" w:uiPriority="57"/>
    <w:lsdException w:name="caption" w:uiPriority="53" w:qFormat="1"/>
    <w:lsdException w:name="Title" w:semiHidden="0" w:uiPriority="16" w:unhideWhenUsed="0" w:qFormat="1"/>
    <w:lsdException w:name="Default Paragraph Font" w:uiPriority="1"/>
    <w:lsdException w:name="Subtitle" w:semiHidden="0" w:uiPriority="17" w:unhideWhenUsed="0" w:qFormat="1"/>
    <w:lsdException w:name="Strong" w:semiHidden="0" w:uiPriority="34" w:unhideWhenUsed="0" w:qFormat="1"/>
    <w:lsdException w:name="Emphasis" w:semiHidden="0" w:uiPriority="32" w:unhideWhenUsed="0" w:qFormat="1"/>
    <w:lsdException w:name="Table Grid" w:semiHidden="0" w:uiPriority="8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96" w:unhideWhenUsed="0"/>
    <w:lsdException w:name="Light List" w:semiHidden="0" w:uiPriority="97" w:unhideWhenUsed="0"/>
    <w:lsdException w:name="Light Grid" w:semiHidden="0" w:uiPriority="98" w:unhideWhenUsed="0"/>
    <w:lsdException w:name="Medium Shading 1" w:semiHidden="0" w:uiPriority="99" w:unhideWhenUsed="0"/>
    <w:lsdException w:name="Medium Shading 2" w:semiHidden="0" w:uiPriority="100" w:unhideWhenUsed="0"/>
    <w:lsdException w:name="Medium List 1" w:semiHidden="0" w:uiPriority="101" w:unhideWhenUsed="0"/>
    <w:lsdException w:name="Medium List 2" w:semiHidden="0" w:uiPriority="102" w:unhideWhenUsed="0"/>
    <w:lsdException w:name="Medium Grid 1" w:semiHidden="0" w:uiPriority="103" w:unhideWhenUsed="0"/>
    <w:lsdException w:name="Medium Grid 2" w:semiHidden="0" w:uiPriority="104" w:unhideWhenUsed="0"/>
    <w:lsdException w:name="Medium Grid 3" w:semiHidden="0" w:uiPriority="105" w:unhideWhenUsed="0"/>
    <w:lsdException w:name="Dark List" w:semiHidden="0" w:uiPriority="112" w:unhideWhenUsed="0"/>
    <w:lsdException w:name="Colorful Shading" w:semiHidden="0" w:uiPriority="113" w:unhideWhenUsed="0"/>
    <w:lsdException w:name="Colorful List" w:semiHidden="0" w:uiPriority="114" w:unhideWhenUsed="0"/>
    <w:lsdException w:name="Colorful Grid" w:semiHidden="0" w:uiPriority="115" w:unhideWhenUsed="0"/>
    <w:lsdException w:name="Light Shading Accent 1" w:semiHidden="0" w:uiPriority="96" w:unhideWhenUsed="0"/>
    <w:lsdException w:name="Light List Accent 1" w:semiHidden="0" w:uiPriority="97" w:unhideWhenUsed="0"/>
    <w:lsdException w:name="Light Grid Accent 1" w:semiHidden="0" w:uiPriority="98" w:unhideWhenUsed="0"/>
    <w:lsdException w:name="Medium Shading 1 Accent 1" w:semiHidden="0" w:uiPriority="99" w:unhideWhenUsed="0"/>
    <w:lsdException w:name="Medium Shading 2 Accent 1" w:semiHidden="0" w:uiPriority="100" w:unhideWhenUsed="0"/>
    <w:lsdException w:name="Medium List 1 Accent 1" w:semiHidden="0" w:uiPriority="101" w:unhideWhenUsed="0"/>
    <w:lsdException w:name="Revision" w:unhideWhenUsed="0"/>
    <w:lsdException w:name="List Paragraph" w:semiHidden="0" w:uiPriority="52" w:unhideWhenUsed="0" w:qFormat="1"/>
    <w:lsdException w:name="Quote" w:semiHidden="0" w:uiPriority="41" w:unhideWhenUsed="0" w:qFormat="1"/>
    <w:lsdException w:name="Intense Quote" w:semiHidden="0" w:uiPriority="48" w:unhideWhenUsed="0" w:qFormat="1"/>
    <w:lsdException w:name="Medium List 2 Accent 1" w:semiHidden="0" w:uiPriority="102" w:unhideWhenUsed="0"/>
    <w:lsdException w:name="Medium Grid 1 Accent 1" w:semiHidden="0" w:uiPriority="103" w:unhideWhenUsed="0"/>
    <w:lsdException w:name="Medium Grid 2 Accent 1" w:semiHidden="0" w:uiPriority="104" w:unhideWhenUsed="0"/>
    <w:lsdException w:name="Medium Grid 3 Accent 1" w:semiHidden="0" w:uiPriority="105" w:unhideWhenUsed="0"/>
    <w:lsdException w:name="Dark List Accent 1" w:semiHidden="0" w:uiPriority="112" w:unhideWhenUsed="0"/>
    <w:lsdException w:name="Colorful Shading Accent 1" w:semiHidden="0" w:uiPriority="113" w:unhideWhenUsed="0"/>
    <w:lsdException w:name="Colorful List Accent 1" w:semiHidden="0" w:uiPriority="114" w:unhideWhenUsed="0"/>
    <w:lsdException w:name="Colorful Grid Accent 1" w:semiHidden="0" w:uiPriority="115" w:unhideWhenUsed="0"/>
    <w:lsdException w:name="Light Shading Accent 2" w:semiHidden="0" w:uiPriority="96" w:unhideWhenUsed="0"/>
    <w:lsdException w:name="Light List Accent 2" w:semiHidden="0" w:uiPriority="97" w:unhideWhenUsed="0"/>
    <w:lsdException w:name="Light Grid Accent 2" w:semiHidden="0" w:uiPriority="98" w:unhideWhenUsed="0"/>
    <w:lsdException w:name="Medium Shading 1 Accent 2" w:semiHidden="0" w:uiPriority="99" w:unhideWhenUsed="0"/>
    <w:lsdException w:name="Medium Shading 2 Accent 2" w:semiHidden="0" w:uiPriority="100" w:unhideWhenUsed="0"/>
    <w:lsdException w:name="Medium List 1 Accent 2" w:semiHidden="0" w:uiPriority="101" w:unhideWhenUsed="0"/>
    <w:lsdException w:name="Medium List 2 Accent 2" w:semiHidden="0" w:uiPriority="102" w:unhideWhenUsed="0"/>
    <w:lsdException w:name="Medium Grid 1 Accent 2" w:semiHidden="0" w:uiPriority="103" w:unhideWhenUsed="0"/>
    <w:lsdException w:name="Medium Grid 2 Accent 2" w:semiHidden="0" w:uiPriority="104" w:unhideWhenUsed="0"/>
    <w:lsdException w:name="Medium Grid 3 Accent 2" w:semiHidden="0" w:uiPriority="105" w:unhideWhenUsed="0"/>
    <w:lsdException w:name="Dark List Accent 2" w:semiHidden="0" w:uiPriority="112" w:unhideWhenUsed="0"/>
    <w:lsdException w:name="Colorful Shading Accent 2" w:semiHidden="0" w:uiPriority="113" w:unhideWhenUsed="0"/>
    <w:lsdException w:name="Colorful List Accent 2" w:semiHidden="0" w:uiPriority="114" w:unhideWhenUsed="0"/>
    <w:lsdException w:name="Colorful Grid Accent 2" w:semiHidden="0" w:uiPriority="115" w:unhideWhenUsed="0"/>
    <w:lsdException w:name="Light Shading Accent 3" w:semiHidden="0" w:uiPriority="96" w:unhideWhenUsed="0"/>
    <w:lsdException w:name="Light List Accent 3" w:semiHidden="0" w:uiPriority="97" w:unhideWhenUsed="0"/>
    <w:lsdException w:name="Light Grid Accent 3" w:semiHidden="0" w:uiPriority="98" w:unhideWhenUsed="0"/>
    <w:lsdException w:name="Medium Shading 1 Accent 3" w:semiHidden="0" w:uiPriority="99" w:unhideWhenUsed="0"/>
    <w:lsdException w:name="Medium Shading 2 Accent 3" w:semiHidden="0" w:uiPriority="100" w:unhideWhenUsed="0"/>
    <w:lsdException w:name="Medium List 1 Accent 3" w:semiHidden="0" w:uiPriority="101" w:unhideWhenUsed="0"/>
    <w:lsdException w:name="Medium List 2 Accent 3" w:semiHidden="0" w:uiPriority="102" w:unhideWhenUsed="0"/>
    <w:lsdException w:name="Medium Grid 1 Accent 3" w:semiHidden="0" w:uiPriority="103" w:unhideWhenUsed="0"/>
    <w:lsdException w:name="Medium Grid 2 Accent 3" w:semiHidden="0" w:uiPriority="104" w:unhideWhenUsed="0"/>
    <w:lsdException w:name="Medium Grid 3 Accent 3" w:semiHidden="0" w:uiPriority="105" w:unhideWhenUsed="0"/>
    <w:lsdException w:name="Dark List Accent 3" w:semiHidden="0" w:uiPriority="112" w:unhideWhenUsed="0"/>
    <w:lsdException w:name="Colorful Shading Accent 3" w:semiHidden="0" w:uiPriority="113" w:unhideWhenUsed="0"/>
    <w:lsdException w:name="Colorful List Accent 3" w:semiHidden="0" w:uiPriority="114" w:unhideWhenUsed="0"/>
    <w:lsdException w:name="Colorful Grid Accent 3" w:semiHidden="0" w:uiPriority="115" w:unhideWhenUsed="0"/>
    <w:lsdException w:name="Light Shading Accent 4" w:semiHidden="0" w:uiPriority="96" w:unhideWhenUsed="0"/>
    <w:lsdException w:name="Light List Accent 4" w:semiHidden="0" w:uiPriority="97" w:unhideWhenUsed="0"/>
    <w:lsdException w:name="Light Grid Accent 4" w:semiHidden="0" w:uiPriority="98" w:unhideWhenUsed="0"/>
    <w:lsdException w:name="Medium Shading 1 Accent 4" w:semiHidden="0" w:uiPriority="99" w:unhideWhenUsed="0"/>
    <w:lsdException w:name="Medium Shading 2 Accent 4" w:semiHidden="0" w:uiPriority="100" w:unhideWhenUsed="0"/>
    <w:lsdException w:name="Medium List 1 Accent 4" w:semiHidden="0" w:uiPriority="101" w:unhideWhenUsed="0"/>
    <w:lsdException w:name="Medium List 2 Accent 4" w:semiHidden="0" w:uiPriority="102" w:unhideWhenUsed="0"/>
    <w:lsdException w:name="Medium Grid 1 Accent 4" w:semiHidden="0" w:uiPriority="103" w:unhideWhenUsed="0"/>
    <w:lsdException w:name="Medium Grid 2 Accent 4" w:semiHidden="0" w:uiPriority="104" w:unhideWhenUsed="0"/>
    <w:lsdException w:name="Medium Grid 3 Accent 4" w:semiHidden="0" w:uiPriority="105" w:unhideWhenUsed="0"/>
    <w:lsdException w:name="Dark List Accent 4" w:semiHidden="0" w:uiPriority="112" w:unhideWhenUsed="0"/>
    <w:lsdException w:name="Colorful Shading Accent 4" w:semiHidden="0" w:uiPriority="113" w:unhideWhenUsed="0"/>
    <w:lsdException w:name="Colorful List Accent 4" w:semiHidden="0" w:uiPriority="114" w:unhideWhenUsed="0"/>
    <w:lsdException w:name="Colorful Grid Accent 4" w:semiHidden="0" w:uiPriority="115" w:unhideWhenUsed="0"/>
    <w:lsdException w:name="Light Shading Accent 5" w:semiHidden="0" w:uiPriority="96" w:unhideWhenUsed="0"/>
    <w:lsdException w:name="Light List Accent 5" w:semiHidden="0" w:uiPriority="97" w:unhideWhenUsed="0"/>
    <w:lsdException w:name="Light Grid Accent 5" w:semiHidden="0" w:uiPriority="98" w:unhideWhenUsed="0"/>
    <w:lsdException w:name="Medium Shading 1 Accent 5" w:semiHidden="0" w:uiPriority="99" w:unhideWhenUsed="0"/>
    <w:lsdException w:name="Medium Shading 2 Accent 5" w:semiHidden="0" w:uiPriority="100" w:unhideWhenUsed="0"/>
    <w:lsdException w:name="Medium List 1 Accent 5" w:semiHidden="0" w:uiPriority="101" w:unhideWhenUsed="0"/>
    <w:lsdException w:name="Medium List 2 Accent 5" w:semiHidden="0" w:uiPriority="102" w:unhideWhenUsed="0"/>
    <w:lsdException w:name="Medium Grid 1 Accent 5" w:semiHidden="0" w:uiPriority="103" w:unhideWhenUsed="0"/>
    <w:lsdException w:name="Medium Grid 2 Accent 5" w:semiHidden="0" w:uiPriority="104" w:unhideWhenUsed="0"/>
    <w:lsdException w:name="Medium Grid 3 Accent 5" w:semiHidden="0" w:uiPriority="105" w:unhideWhenUsed="0"/>
    <w:lsdException w:name="Dark List Accent 5" w:semiHidden="0" w:uiPriority="112" w:unhideWhenUsed="0"/>
    <w:lsdException w:name="Colorful Shading Accent 5" w:semiHidden="0" w:uiPriority="113" w:unhideWhenUsed="0"/>
    <w:lsdException w:name="Colorful List Accent 5" w:semiHidden="0" w:uiPriority="114" w:unhideWhenUsed="0"/>
    <w:lsdException w:name="Colorful Grid Accent 5" w:semiHidden="0" w:uiPriority="115" w:unhideWhenUsed="0"/>
    <w:lsdException w:name="Light Shading Accent 6" w:semiHidden="0" w:uiPriority="96" w:unhideWhenUsed="0"/>
    <w:lsdException w:name="Light List Accent 6" w:semiHidden="0" w:uiPriority="97" w:unhideWhenUsed="0"/>
    <w:lsdException w:name="Light Grid Accent 6" w:semiHidden="0" w:uiPriority="98" w:unhideWhenUsed="0"/>
    <w:lsdException w:name="Medium Shading 1 Accent 6" w:semiHidden="0" w:uiPriority="99" w:unhideWhenUsed="0"/>
    <w:lsdException w:name="Medium Shading 2 Accent 6" w:semiHidden="0" w:uiPriority="100" w:unhideWhenUsed="0"/>
    <w:lsdException w:name="Medium List 1 Accent 6" w:semiHidden="0" w:uiPriority="101" w:unhideWhenUsed="0"/>
    <w:lsdException w:name="Medium List 2 Accent 6" w:semiHidden="0" w:uiPriority="102" w:unhideWhenUsed="0"/>
    <w:lsdException w:name="Medium Grid 1 Accent 6" w:semiHidden="0" w:uiPriority="103" w:unhideWhenUsed="0"/>
    <w:lsdException w:name="Medium Grid 2 Accent 6" w:semiHidden="0" w:uiPriority="104" w:unhideWhenUsed="0"/>
    <w:lsdException w:name="Medium Grid 3 Accent 6" w:semiHidden="0" w:uiPriority="105" w:unhideWhenUsed="0"/>
    <w:lsdException w:name="Dark List Accent 6" w:semiHidden="0" w:uiPriority="112" w:unhideWhenUsed="0"/>
    <w:lsdException w:name="Colorful Shading Accent 6" w:semiHidden="0" w:uiPriority="113" w:unhideWhenUsed="0"/>
    <w:lsdException w:name="Colorful List Accent 6" w:semiHidden="0" w:uiPriority="114" w:unhideWhenUsed="0"/>
    <w:lsdException w:name="Colorful Grid Accent 6" w:semiHidden="0" w:uiPriority="115" w:unhideWhenUsed="0"/>
    <w:lsdException w:name="Subtle Emphasis" w:semiHidden="0" w:uiPriority="25" w:unhideWhenUsed="0" w:qFormat="1"/>
    <w:lsdException w:name="Intense Emphasis" w:semiHidden="0" w:uiPriority="33" w:unhideWhenUsed="0" w:qFormat="1"/>
    <w:lsdException w:name="Subtle Reference" w:semiHidden="0" w:uiPriority="49" w:unhideWhenUsed="0" w:qFormat="1"/>
    <w:lsdException w:name="Intense Reference" w:semiHidden="0" w:uiPriority="50" w:unhideWhenUsed="0" w:qFormat="1"/>
    <w:lsdException w:name="Book Title" w:semiHidden="0" w:uiPriority="51" w:unhideWhenUsed="0" w:qFormat="1"/>
    <w:lsdException w:name="Bibliography" w:uiPriority="55"/>
    <w:lsdException w:name="TOC Heading" w:uiPriority="57" w:qFormat="1"/>
  </w:latentStyles>
  <w:style w:type="paragraph" w:default="1" w:styleId="Normal">
    <w:name w:val="Normal"/>
    <w:qFormat/>
    <w:pPr>
      <w:spacing w:after="0" w:line="240" w:lineRule="auto"/>
    </w:pPr>
    <w:rPr>
      <w:rFonts w:ascii="NanumGothic" w:eastAsia="NanumGothic" w:hAnsi="NanumGothic"/>
      <w:sz w:val="16"/>
    </w:rPr>
  </w:style>
  <w:style w:type="paragraph" w:customStyle="1" w:styleId="Header">
    <w:name w:val="header"/>
    <w:uiPriority w:val="99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customStyle="1" w:styleId="Footer">
    <w:name w:val="footer"/>
    <w:uiPriority w:val="99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styleId="Heading1">
    <w:name w:val="heading 1"/>
    <w:uiPriority w:val="9"/>
    <w:basedOn w:val="Normal"/>
    <w:next w:val="Normal"/>
    <w:link w:val="Heading1Char"/>
    <w:qFormat/>
    <w:pPr>
      <w:keepNext/>
      <w:keepLines/>
      <w:outlineLvl w:val="0"/>
      <w:spacing w:after="0" w:before="480"/>
    </w:pPr>
    <w:rPr>
      <w:rFonts w:asciiTheme="majorHAnsi" w:eastAsiaTheme="majorHAnsi" w:hAnsiTheme="majorHAnsi" w:cstheme="majorEastAsia"/>
      <w:b/>
      <w:bCs/>
      <w:color w:val="376092"/>
      <w:sz w:val="28"/>
      <w:szCs w:val="28"/>
    </w:rPr>
  </w:style>
  <w:style w:type="paragraph" w:styleId="Heading2">
    <w:name w:val="heading 2"/>
    <w:uiPriority w:val="9"/>
    <w:basedOn w:val="Normal"/>
    <w:next w:val="Normal"/>
    <w:link w:val="Heading2Char"/>
    <w:qFormat/>
    <w:unhideWhenUsed/>
    <w:pPr>
      <w:keepNext/>
      <w:keepLines/>
      <w:outlineLvl w:val="1"/>
      <w:spacing w:after="0" w:before="200"/>
    </w:pPr>
    <w:rPr>
      <w:rFonts w:asciiTheme="majorHAnsi" w:eastAsiaTheme="majorHAnsi" w:hAnsiTheme="majorHAnsi" w:cstheme="majorEastAsia"/>
      <w:b/>
      <w:bCs/>
      <w:color w:val="4F81BD"/>
      <w:sz w:val="26"/>
      <w:szCs w:val="26"/>
    </w:rPr>
  </w:style>
  <w:style w:type="paragraph" w:styleId="Heading3">
    <w:name w:val="heading 3"/>
    <w:uiPriority w:val="9"/>
    <w:basedOn w:val="Normal"/>
    <w:next w:val="Normal"/>
    <w:link w:val="Heading3Char"/>
    <w:qFormat/>
    <w:unhideWhenUsed/>
    <w:pPr>
      <w:keepNext/>
      <w:keepLines/>
      <w:outlineLvl w:val="2"/>
      <w:spacing w:after="0" w:before="200"/>
    </w:pPr>
    <w:rPr>
      <w:rFonts w:asciiTheme="majorHAnsi" w:eastAsiaTheme="majorHAnsi" w:hAnsiTheme="majorHAnsi" w:cstheme="majorEastAsia"/>
      <w:b/>
      <w:bCs/>
      <w:color w:val="4F81BD"/>
    </w:rPr>
  </w:style>
  <w:style w:type="paragraph" w:styleId="Heading4">
    <w:name w:val="heading 4"/>
    <w:uiPriority w:val="9"/>
    <w:basedOn w:val="Normal"/>
    <w:next w:val="Normal"/>
    <w:link w:val="Heading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HAnsi" w:hAnsiTheme="majorHAnsi" w:cstheme="majorEastAsia"/>
      <w:b/>
      <w:bCs/>
      <w:i/>
      <w:iCs/>
      <w:color w:val="4F81BD"/>
    </w:rPr>
  </w:style>
  <w:style w:type="paragraph" w:styleId="Heading5">
    <w:name w:val="heading 5"/>
    <w:uiPriority w:val="9"/>
    <w:basedOn w:val="Normal"/>
    <w:next w:val="Normal"/>
    <w:link w:val="Heading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HAnsi" w:hAnsiTheme="majorHAnsi" w:cstheme="majorEastAsia"/>
      <w:color w:val="244061"/>
    </w:rPr>
  </w:style>
  <w:style w:type="paragraph" w:styleId="Heading6">
    <w:name w:val="heading 6"/>
    <w:uiPriority w:val="9"/>
    <w:basedOn w:val="Normal"/>
    <w:next w:val="Normal"/>
    <w:link w:val="Heading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HAnsi" w:hAnsiTheme="majorHAnsi" w:cstheme="majorEastAsia"/>
      <w:i/>
      <w:iCs/>
      <w:color w:val="244061"/>
    </w:rPr>
  </w:style>
  <w:style w:type="paragraph" w:styleId="Heading7">
    <w:name w:val="heading 7"/>
    <w:uiPriority w:val="9"/>
    <w:basedOn w:val="Normal"/>
    <w:next w:val="Normal"/>
    <w:link w:val="Heading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HAnsi" w:hAnsiTheme="majorHAnsi" w:cstheme="majorEastAsia"/>
      <w:i/>
      <w:iCs/>
      <w:color w:val="8C8C8C"/>
    </w:rPr>
  </w:style>
  <w:style w:type="paragraph" w:styleId="Heading8">
    <w:name w:val="heading 8"/>
    <w:uiPriority w:val="9"/>
    <w:basedOn w:val="Normal"/>
    <w:next w:val="Normal"/>
    <w:link w:val="Heading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HAnsi" w:hAnsiTheme="majorHAnsi" w:cstheme="majorEastAsia"/>
      <w:color w:val="4F81BD"/>
      <w:sz w:val="20"/>
      <w:szCs w:val="20"/>
    </w:rPr>
  </w:style>
  <w:style w:type="paragraph" w:styleId="Heading9">
    <w:name w:val="heading 9"/>
    <w:uiPriority w:val="9"/>
    <w:basedOn w:val="Normal"/>
    <w:next w:val="Normal"/>
    <w:link w:val="Heading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HAnsi" w:hAnsiTheme="majorHAnsi" w:cstheme="majorEastAsia"/>
      <w:i/>
      <w:iCs/>
      <w:color w:val="8C8C8C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basedOn w:val="DefaultParagraphFont"/>
    <w:link w:val="Heading1"/>
    <w:rPr>
      <w:rFonts w:asciiTheme="majorHAnsi" w:eastAsiaTheme="majorHAnsi" w:hAnsiTheme="majorHAnsi" w:cstheme="majorEastAsia"/>
      <w:b/>
      <w:bCs/>
      <w:color w:val="376092"/>
      <w:sz w:val="28"/>
      <w:szCs w:val="28"/>
    </w:rPr>
  </w:style>
  <w:style w:type="character" w:customStyle="1" w:styleId="Heading2Char">
    <w:name w:val="Heading 2 Char"/>
    <w:uiPriority w:val="9"/>
    <w:basedOn w:val="DefaultParagraphFont"/>
    <w:link w:val="Heading2"/>
    <w:rPr>
      <w:rFonts w:asciiTheme="majorHAnsi" w:eastAsiaTheme="majorHAnsi" w:hAnsiTheme="majorHAnsi" w:cstheme="majorEastAsia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basedOn w:val="DefaultParagraphFont"/>
    <w:link w:val="Heading3"/>
    <w:rPr>
      <w:rFonts w:asciiTheme="majorHAnsi" w:eastAsiaTheme="majorHAnsi" w:hAnsiTheme="majorHAnsi" w:cstheme="majorEastAsia"/>
      <w:b/>
      <w:bCs/>
      <w:color w:val="4F81BD"/>
    </w:rPr>
  </w:style>
  <w:style w:type="paragraph" w:styleId="Title">
    <w:name w:val="Title"/>
    <w:uiPriority w:val="10"/>
    <w:basedOn w:val="Normal"/>
    <w:next w:val="Normal"/>
    <w:link w:val="TitleChar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HAnsi" w:hAnsiTheme="majorHAnsi" w:cstheme="majorEastAsia"/>
      <w:color w:val="17375E"/>
      <w:sz w:val="52"/>
      <w:szCs w:val="52"/>
      <w:kern w:val="28"/>
      <w:spacing w:val="5"/>
    </w:rPr>
  </w:style>
  <w:style w:type="character" w:customStyle="1" w:styleId="TitleChar">
    <w:name w:val="Title Char"/>
    <w:uiPriority w:val="10"/>
    <w:basedOn w:val="DefaultParagraphFont"/>
    <w:link w:val="Title"/>
    <w:rPr>
      <w:rFonts w:asciiTheme="majorHAnsi" w:eastAsiaTheme="majorHAnsi" w:hAnsiTheme="majorHAnsi" w:cstheme="majorEastAsia"/>
      <w:color w:val="17375E"/>
      <w:sz w:val="52"/>
      <w:szCs w:val="52"/>
      <w:kern w:val="28"/>
      <w:spacing w:val="5"/>
    </w:rPr>
  </w:style>
  <w:style w:type="paragraph" w:styleId="Subtitle">
    <w:name w:val="Subtitle"/>
    <w:uiPriority w:val="11"/>
    <w:basedOn w:val="Normal"/>
    <w:next w:val="Normal"/>
    <w:link w:val="SubtitleChar"/>
    <w:qFormat/>
    <w:pPr>
      <w:numPr>
        <w:ilvl w:val="1"/>
      </w:numPr>
    </w:pPr>
    <w:rPr>
      <w:rFonts w:asciiTheme="majorHAnsi" w:eastAsiaTheme="majorHAnsi" w:hAnsiTheme="majorHAnsi" w:cstheme="majorEastAsia"/>
      <w:i/>
      <w:iCs/>
      <w:color w:val="4F81BD"/>
      <w:sz w:val="24"/>
      <w:szCs w:val="24"/>
      <w:spacing w:val="15"/>
    </w:rPr>
  </w:style>
  <w:style w:type="character" w:customStyle="1" w:styleId="SubtitleChar">
    <w:name w:val="Subtitle Char"/>
    <w:uiPriority w:val="11"/>
    <w:basedOn w:val="DefaultParagraphFont"/>
    <w:link w:val="Subtitle"/>
    <w:rPr>
      <w:rFonts w:asciiTheme="majorHAnsi" w:eastAsiaTheme="majorHAnsi" w:hAnsiTheme="majorHAnsi" w:cstheme="majorEastAsia"/>
      <w:i/>
      <w:iCs/>
      <w:color w:val="4F81BD"/>
      <w:sz w:val="24"/>
      <w:szCs w:val="24"/>
      <w:spacing w:val="15"/>
    </w:rPr>
  </w:style>
  <w:style w:type="paragraph" w:styleId="ListParagraph">
    <w:name w:val="List Paragraph"/>
    <w:uiPriority w:val="34"/>
    <w:basedOn w:val="Normal"/>
    <w:qFormat/>
    <w:pPr>
      <w:ind w:left="720"/>
      <w:contextualSpacing/>
    </w:pPr>
  </w:style>
  <w:style w:type="paragraph" w:customStyle="1" w:styleId="BodyText">
    <w:name w:val="Body Text"/>
    <w:uiPriority w:val="99"/>
    <w:basedOn w:val="Normal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DefaultParagraphFont"/>
    <w:link w:val="BodyText"/>
  </w:style>
  <w:style w:type="paragraph" w:customStyle="1" w:styleId="BodyText2">
    <w:name w:val="Body Text 2"/>
    <w:uiPriority w:val="99"/>
    <w:basedOn w:val="Normal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DefaultParagraphFont"/>
    <w:link w:val="BodyText2"/>
  </w:style>
  <w:style w:type="paragraph" w:customStyle="1" w:styleId="BodyText3">
    <w:name w:val="Body Text 3"/>
    <w:uiPriority w:val="99"/>
    <w:basedOn w:val="Normal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DefaultParagraphFont"/>
    <w:link w:val="BodyText3"/>
    <w:rPr>
      <w:sz w:val="16"/>
      <w:szCs w:val="16"/>
    </w:rPr>
  </w:style>
  <w:style w:type="paragraph" w:customStyle="1" w:styleId="List">
    <w:name w:val="List"/>
    <w:uiPriority w:val="99"/>
    <w:basedOn w:val="Normal"/>
    <w:unhideWhenUsed/>
    <w:pPr>
      <w:ind w:left="360" w:hanging="360"/>
      <w:contextualSpacing/>
    </w:pPr>
  </w:style>
  <w:style w:type="paragraph" w:customStyle="1" w:styleId="List2">
    <w:name w:val="List 2"/>
    <w:uiPriority w:val="99"/>
    <w:basedOn w:val="Normal"/>
    <w:unhideWhenUsed/>
    <w:pPr>
      <w:ind w:left="720" w:hanging="360"/>
      <w:contextualSpacing/>
    </w:pPr>
  </w:style>
  <w:style w:type="paragraph" w:customStyle="1" w:styleId="List3">
    <w:name w:val="List 3"/>
    <w:uiPriority w:val="99"/>
    <w:basedOn w:val="Normal"/>
    <w:unhideWhenUsed/>
    <w:pPr>
      <w:ind w:left="1080" w:hanging="360"/>
      <w:contextualSpacing/>
    </w:pPr>
  </w:style>
  <w:style w:type="paragraph" w:customStyle="1" w:styleId="ListBullet">
    <w:name w:val="List Bullet"/>
    <w:uiPriority w:val="99"/>
    <w:basedOn w:val="Normal"/>
    <w:unhideWhenUsed/>
    <w:pPr>
      <w:contextualSpacing/>
      <w:numPr>
        <w:numId w:val="1"/>
      </w:numPr>
    </w:pPr>
  </w:style>
  <w:style w:type="paragraph" w:customStyle="1" w:styleId="ListBullet2">
    <w:name w:val="List Bullet 2"/>
    <w:uiPriority w:val="99"/>
    <w:basedOn w:val="Normal"/>
    <w:unhideWhenUsed/>
    <w:pPr>
      <w:contextualSpacing/>
      <w:numPr>
        <w:numId w:val="2"/>
      </w:numPr>
    </w:pPr>
  </w:style>
  <w:style w:type="paragraph" w:customStyle="1" w:styleId="ListBullet3">
    <w:name w:val="List Bullet 3"/>
    <w:uiPriority w:val="99"/>
    <w:basedOn w:val="Normal"/>
    <w:unhideWhenUsed/>
    <w:pPr>
      <w:contextualSpacing/>
      <w:numPr>
        <w:numId w:val="3"/>
      </w:numPr>
    </w:pPr>
  </w:style>
  <w:style w:type="paragraph" w:customStyle="1" w:styleId="ListNumber">
    <w:name w:val="List Number"/>
    <w:uiPriority w:val="99"/>
    <w:basedOn w:val="Normal"/>
    <w:unhideWhenUsed/>
    <w:pPr>
      <w:contextualSpacing/>
      <w:numPr>
        <w:numId w:val="4"/>
      </w:numPr>
    </w:pPr>
  </w:style>
  <w:style w:type="paragraph" w:customStyle="1" w:styleId="ListNumber2">
    <w:name w:val="List Number 2"/>
    <w:uiPriority w:val="99"/>
    <w:basedOn w:val="Normal"/>
    <w:unhideWhenUsed/>
    <w:pPr>
      <w:contextualSpacing/>
      <w:numPr>
        <w:numId w:val="5"/>
      </w:numPr>
    </w:pPr>
  </w:style>
  <w:style w:type="paragraph" w:customStyle="1" w:styleId="ListNumber3">
    <w:name w:val="List Number 3"/>
    <w:uiPriority w:val="99"/>
    <w:basedOn w:val="Normal"/>
    <w:unhideWhenUsed/>
    <w:pPr>
      <w:contextualSpacing/>
      <w:numPr>
        <w:numId w:val="6"/>
      </w:numPr>
    </w:pPr>
  </w:style>
  <w:style w:type="paragraph" w:customStyle="1" w:styleId="ListContinue">
    <w:name w:val="List Continue"/>
    <w:uiPriority w:val="99"/>
    <w:basedOn w:val="Normal"/>
    <w:unhideWhenUsed/>
    <w:pPr>
      <w:ind w:left="360"/>
      <w:contextualSpacing/>
      <w:spacing w:after="120"/>
    </w:pPr>
  </w:style>
  <w:style w:type="paragraph" w:customStyle="1" w:styleId="ListContinue2">
    <w:name w:val="List Continue 2"/>
    <w:uiPriority w:val="99"/>
    <w:basedOn w:val="Normal"/>
    <w:unhideWhenUsed/>
    <w:pPr>
      <w:ind w:left="720"/>
      <w:contextualSpacing/>
      <w:spacing w:after="120"/>
    </w:pPr>
  </w:style>
  <w:style w:type="paragraph" w:customStyle="1" w:styleId="ListContinue3">
    <w:name w:val="List Continue 3"/>
    <w:uiPriority w:val="99"/>
    <w:basedOn w:val="Normal"/>
    <w:unhideWhenUsed/>
    <w:pPr>
      <w:ind w:left="1080"/>
      <w:contextualSpacing/>
      <w:spacing w:after="120"/>
    </w:pPr>
  </w:style>
  <w:style w:type="paragraph" w:customStyle="1" w:styleId="MacroText">
    <w:name w:val="macro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DefaultParagraphFont"/>
    <w:link w:val="MacroText"/>
    <w:rPr>
      <w:rFonts w:ascii="Courier" w:hAnsi="Courier"/>
      <w:sz w:val="20"/>
      <w:szCs w:val="20"/>
    </w:rPr>
  </w:style>
  <w:style w:type="paragraph" w:styleId="Quote">
    <w:name w:val="Quote"/>
    <w:uiPriority w:val="29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uiPriority w:val="29"/>
    <w:basedOn w:val="DefaultParagraphFont"/>
    <w:link w:val="Quote"/>
    <w:rPr>
      <w:i/>
      <w:iCs/>
      <w:color w:val="000000"/>
    </w:rPr>
  </w:style>
  <w:style w:type="character" w:customStyle="1" w:styleId="Heading4Char">
    <w:name w:val="Heading 4 Char"/>
    <w:uiPriority w:val="9"/>
    <w:basedOn w:val="DefaultParagraphFont"/>
    <w:link w:val="Heading4"/>
    <w:semiHidden/>
    <w:rPr>
      <w:rFonts w:asciiTheme="majorHAnsi" w:eastAsiaTheme="majorHAnsi" w:hAnsiTheme="majorHAnsi" w:cstheme="majorEastAsia"/>
      <w:b/>
      <w:bCs/>
      <w:i/>
      <w:iCs/>
      <w:color w:val="4F81BD"/>
    </w:rPr>
  </w:style>
  <w:style w:type="character" w:customStyle="1" w:styleId="Heading5Char">
    <w:name w:val="Heading 5 Char"/>
    <w:uiPriority w:val="9"/>
    <w:basedOn w:val="DefaultParagraphFont"/>
    <w:link w:val="Heading5"/>
    <w:semiHidden/>
    <w:rPr>
      <w:rFonts w:asciiTheme="majorHAnsi" w:eastAsiaTheme="majorHAnsi" w:hAnsiTheme="majorHAnsi" w:cstheme="majorEastAsia"/>
      <w:color w:val="244061"/>
    </w:rPr>
  </w:style>
  <w:style w:type="character" w:customStyle="1" w:styleId="Heading6Char">
    <w:name w:val="Heading 6 Char"/>
    <w:uiPriority w:val="9"/>
    <w:basedOn w:val="DefaultParagraphFont"/>
    <w:link w:val="Heading6"/>
    <w:semiHidden/>
    <w:rPr>
      <w:rFonts w:asciiTheme="majorHAnsi" w:eastAsiaTheme="majorHAnsi" w:hAnsiTheme="majorHAnsi" w:cstheme="majorEastAsia"/>
      <w:i/>
      <w:iCs/>
      <w:color w:val="244061"/>
    </w:rPr>
  </w:style>
  <w:style w:type="character" w:customStyle="1" w:styleId="Heading7Char">
    <w:name w:val="Heading 7 Char"/>
    <w:uiPriority w:val="9"/>
    <w:basedOn w:val="DefaultParagraphFont"/>
    <w:link w:val="Heading7"/>
    <w:semiHidden/>
    <w:rPr>
      <w:rFonts w:asciiTheme="majorHAnsi" w:eastAsiaTheme="majorHAnsi" w:hAnsiTheme="majorHAnsi" w:cstheme="majorEastAsia"/>
      <w:i/>
      <w:iCs/>
      <w:color w:val="8C8C8C"/>
    </w:rPr>
  </w:style>
  <w:style w:type="character" w:customStyle="1" w:styleId="Heading8Char">
    <w:name w:val="Heading 8 Char"/>
    <w:uiPriority w:val="9"/>
    <w:basedOn w:val="DefaultParagraphFont"/>
    <w:link w:val="Heading8"/>
    <w:semiHidden/>
    <w:rPr>
      <w:rFonts w:asciiTheme="majorHAnsi" w:eastAsiaTheme="majorHAnsi" w:hAnsiTheme="majorHAnsi" w:cstheme="majorEastAsia"/>
      <w:color w:val="4F81BD"/>
      <w:sz w:val="20"/>
      <w:szCs w:val="20"/>
    </w:rPr>
  </w:style>
  <w:style w:type="character" w:customStyle="1" w:styleId="Heading9Char">
    <w:name w:val="Heading 9 Char"/>
    <w:uiPriority w:val="9"/>
    <w:basedOn w:val="DefaultParagraphFont"/>
    <w:link w:val="Heading9"/>
    <w:semiHidden/>
    <w:rPr>
      <w:rFonts w:asciiTheme="majorHAnsi" w:eastAsiaTheme="majorHAnsi" w:hAnsiTheme="majorHAnsi" w:cstheme="majorEastAsia"/>
      <w:i/>
      <w:iCs/>
      <w:color w:val="8C8C8C"/>
      <w:sz w:val="20"/>
      <w:szCs w:val="20"/>
    </w:rPr>
  </w:style>
  <w:style w:type="paragraph" w:styleId="Caption">
    <w:name w:val="caption"/>
    <w:uiPriority w:val="35"/>
    <w:basedOn w:val="Normal"/>
    <w:next w:val="Normal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styleId="Emphasis">
    <w:name w:val="Emphasis"/>
    <w:uiPriority w:val="20"/>
    <w:basedOn w:val="DefaultParagraphFont"/>
    <w:qFormat/>
    <w:rPr>
      <w:i/>
      <w:iCs/>
    </w:rPr>
  </w:style>
  <w:style w:type="paragraph" w:styleId="IntenseQuote">
    <w:name w:val="Intense Quote"/>
    <w:uiPriority w:val="30"/>
    <w:basedOn w:val="Normal"/>
    <w:next w:val="Normal"/>
    <w:link w:val="IntenseQuoteChar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customStyle="1" w:styleId="IntenseQuoteChar">
    <w:name w:val="Intense Quote Char"/>
    <w:uiPriority w:val="30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uiPriority w:val="19"/>
    <w:basedOn w:val="DefaultParagraphFont"/>
    <w:qFormat/>
    <w:rPr>
      <w:i/>
      <w:iCs/>
      <w:color w:val="BDBDBD"/>
    </w:rPr>
  </w:style>
  <w:style w:type="character" w:styleId="IntenseEmphasis">
    <w:name w:val="Intense Emphasis"/>
    <w:uiPriority w:val="21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basedOn w:val="DefaultParagraphFont"/>
    <w:qFormat/>
    <w:rPr>
      <w:smallCaps/>
      <w:color w:val="C0504D"/>
      <w:u w:val="single" w:color="auto"/>
    </w:rPr>
  </w:style>
  <w:style w:type="character" w:styleId="IntenseReference">
    <w:name w:val="Intense Reference"/>
    <w:uiPriority w:val="32"/>
    <w:basedOn w:val="DefaultParagraphFont"/>
    <w:qFormat/>
    <w:rPr>
      <w:b/>
      <w:bCs/>
      <w:smallCaps/>
      <w:color w:val="C0504D"/>
      <w:u w:val="single" w:color="auto"/>
      <w:spacing w:val="5"/>
    </w:rPr>
  </w:style>
  <w:style w:type="character" w:styleId="BookTitle">
    <w:name w:val="Book Title"/>
    <w:uiPriority w:val="33"/>
    <w:basedOn w:val="DefaultParagraphFont"/>
    <w:qFormat/>
    <w:rPr>
      <w:b/>
      <w:bCs/>
      <w:smallCaps/>
      <w:spacing w:val="5"/>
    </w:rPr>
  </w:style>
  <w:style w:type="paragraph" w:styleId="TOCHeading">
    <w:name w:val="TOC Heading"/>
    <w:uiPriority w:val="39"/>
    <w:basedOn w:val="Heading1"/>
    <w:next w:val="Normal"/>
    <w:qFormat/>
    <w:semiHidden/>
    <w:unhideWhenUsed/>
    <w:pPr>
      <w:outlineLvl w:val="9"/>
    </w:pPr>
  </w:style>
  <w:style w:type="table" w:styleId="TableGrid">
    <w:name w:val="Table Grid"/>
    <w:uiPriority w:val="59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uiPriority w:val="60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text1" w:themeFillTint="3f"/>
      </w:tcPr>
    </w:tblStylePr>
  </w:style>
  <w:style w:type="table" w:styleId="LightShading-Accent1">
    <w:name w:val="Light Shading Accent 1"/>
    <w:uiPriority w:val="60"/>
    <w:basedOn w:val="TableNormal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8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8F1" w:themeFill="accent1" w:themeFillTint="3f"/>
      </w:tcPr>
    </w:tblStylePr>
  </w:style>
  <w:style w:type="table" w:styleId="LightShading-Accent2">
    <w:name w:val="Light Shading Accent 2"/>
    <w:uiPriority w:val="60"/>
    <w:basedOn w:val="TableNormal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4E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4E3" w:themeFill="accent2" w:themeFillTint="3f"/>
      </w:tcPr>
    </w:tblStylePr>
  </w:style>
  <w:style w:type="table" w:styleId="LightShading-Accent3">
    <w:name w:val="Light Shading Accent 3"/>
    <w:uiPriority w:val="60"/>
    <w:basedOn w:val="TableNormal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E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E4" w:themeFill="accent3" w:themeFillTint="3f"/>
      </w:tcPr>
    </w:tblStylePr>
  </w:style>
  <w:style w:type="table" w:styleId="LightShading-Accent4">
    <w:name w:val="Light Shading Accent 4"/>
    <w:uiPriority w:val="60"/>
    <w:basedOn w:val="TableNormal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5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5EC" w:themeFill="accent4" w:themeFillTint="3f"/>
      </w:tcPr>
    </w:tblStylePr>
  </w:style>
  <w:style w:type="table" w:styleId="LightShading-Accent5">
    <w:name w:val="Light Shading Accent 5"/>
    <w:uiPriority w:val="60"/>
    <w:basedOn w:val="TableNormal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E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EF3" w:themeFill="accent5" w:themeFillTint="3f"/>
      </w:tcPr>
    </w:tblStylePr>
  </w:style>
  <w:style w:type="table" w:styleId="LightShading-Accent6">
    <w:name w:val="Light Shading Accent 6"/>
    <w:uiPriority w:val="60"/>
    <w:basedOn w:val="TableNormal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E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E3" w:themeFill="accent6" w:themeFillTint="3f"/>
      </w:tcPr>
    </w:tblStylePr>
  </w:style>
  <w:style w:type="table" w:styleId="LightList">
    <w:name w:val="Light List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E1E1E1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E1E1E1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E4E8F1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E4E8F1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F1E4E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F1E4E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BF0E4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BF0E4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E8E5EC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E8E5EC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E3EEF3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E3EEF3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BE3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BE3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8C8C8C" w:themeColor="text1" w:themeTint="bf"/>
        <w:left w:val="single" w:sz="8" w:space="0" w:color="8C8C8C" w:themeColor="text1" w:themeTint="bf"/>
        <w:bottom w:val="single" w:sz="8" w:space="0" w:color="8C8C8C" w:themeColor="text1" w:themeTint="bf"/>
        <w:right w:val="single" w:sz="8" w:space="0" w:color="8C8C8C" w:themeColor="text1" w:themeTint="bf"/>
        <w:insideH w:val="single" w:sz="8" w:space="0" w:color="8C8C8C" w:themeColor="tex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8C8C8C" w:themeColor="text1" w:themeTint="bf"/>
          <w:left w:val="single" w:sz="8" w:space="0" w:color="8C8C8C" w:themeColor="text1" w:themeTint="bf"/>
          <w:bottom w:val="single" w:sz="8" w:space="0" w:color="8C8C8C" w:themeColor="text1" w:themeTint="bf"/>
          <w:right w:val="single" w:sz="8" w:space="0" w:color="8C8C8C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C8C8C" w:themeColor="text1" w:themeTint="bf"/>
          <w:left w:val="single" w:sz="8" w:space="0" w:color="8C8C8C" w:themeColor="text1" w:themeTint="bf"/>
          <w:bottom w:val="single" w:sz="8" w:space="0" w:color="8C8C8C" w:themeColor="text1" w:themeTint="bf"/>
          <w:right w:val="single" w:sz="8" w:space="0" w:color="8C8C8C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1E1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1E1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7ADD0" w:themeColor="accent1" w:themeTint="bf"/>
        <w:left w:val="single" w:sz="8" w:space="0" w:color="97ADD0" w:themeColor="accent1" w:themeTint="bf"/>
        <w:bottom w:val="single" w:sz="8" w:space="0" w:color="97ADD0" w:themeColor="accent1" w:themeTint="bf"/>
        <w:right w:val="single" w:sz="8" w:space="0" w:color="97ADD0" w:themeColor="accent1" w:themeTint="bf"/>
        <w:insideH w:val="single" w:sz="8" w:space="0" w:color="97ADD0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7ADD0" w:themeColor="accent1" w:themeTint="bf"/>
          <w:left w:val="single" w:sz="8" w:space="0" w:color="97ADD0" w:themeColor="accent1" w:themeTint="bf"/>
          <w:bottom w:val="single" w:sz="8" w:space="0" w:color="97ADD0" w:themeColor="accent1" w:themeTint="bf"/>
          <w:right w:val="single" w:sz="8" w:space="0" w:color="97ADD0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7ADD0" w:themeColor="accent1" w:themeTint="bf"/>
          <w:left w:val="single" w:sz="8" w:space="0" w:color="97ADD0" w:themeColor="accent1" w:themeTint="bf"/>
          <w:bottom w:val="single" w:sz="8" w:space="0" w:color="97ADD0" w:themeColor="accent1" w:themeTint="bf"/>
          <w:right w:val="single" w:sz="8" w:space="0" w:color="97ADD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8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8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D29897" w:themeColor="accent2" w:themeTint="bf"/>
        <w:left w:val="single" w:sz="8" w:space="0" w:color="D29897" w:themeColor="accent2" w:themeTint="bf"/>
        <w:bottom w:val="single" w:sz="8" w:space="0" w:color="D29897" w:themeColor="accent2" w:themeTint="bf"/>
        <w:right w:val="single" w:sz="8" w:space="0" w:color="D29897" w:themeColor="accent2" w:themeTint="bf"/>
        <w:insideH w:val="single" w:sz="8" w:space="0" w:color="D29897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D29897" w:themeColor="accent2" w:themeTint="bf"/>
          <w:left w:val="single" w:sz="8" w:space="0" w:color="D29897" w:themeColor="accent2" w:themeTint="bf"/>
          <w:bottom w:val="single" w:sz="8" w:space="0" w:color="D29897" w:themeColor="accent2" w:themeTint="bf"/>
          <w:right w:val="single" w:sz="8" w:space="0" w:color="D29897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D29897" w:themeColor="accent2" w:themeTint="bf"/>
          <w:left w:val="single" w:sz="8" w:space="0" w:color="D29897" w:themeColor="accent2" w:themeTint="bf"/>
          <w:bottom w:val="single" w:sz="8" w:space="0" w:color="D29897" w:themeColor="accent2" w:themeTint="bf"/>
          <w:right w:val="single" w:sz="8" w:space="0" w:color="D2989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4E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4E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BBCF9B" w:themeColor="accent3" w:themeTint="bf"/>
        <w:left w:val="single" w:sz="8" w:space="0" w:color="BBCF9B" w:themeColor="accent3" w:themeTint="bf"/>
        <w:bottom w:val="single" w:sz="8" w:space="0" w:color="BBCF9B" w:themeColor="accent3" w:themeTint="bf"/>
        <w:right w:val="single" w:sz="8" w:space="0" w:color="BBCF9B" w:themeColor="accent3" w:themeTint="bf"/>
        <w:insideH w:val="single" w:sz="8" w:space="0" w:color="BBCF9B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BCF9B" w:themeColor="accent3" w:themeTint="bf"/>
          <w:left w:val="single" w:sz="8" w:space="0" w:color="BBCF9B" w:themeColor="accent3" w:themeTint="bf"/>
          <w:bottom w:val="single" w:sz="8" w:space="0" w:color="BBCF9B" w:themeColor="accent3" w:themeTint="bf"/>
          <w:right w:val="single" w:sz="8" w:space="0" w:color="BBCF9B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BCF9B" w:themeColor="accent3" w:themeTint="bf"/>
          <w:left w:val="single" w:sz="8" w:space="0" w:color="BBCF9B" w:themeColor="accent3" w:themeTint="bf"/>
          <w:bottom w:val="single" w:sz="8" w:space="0" w:color="BBCF9B" w:themeColor="accent3" w:themeTint="bf"/>
          <w:right w:val="single" w:sz="8" w:space="0" w:color="BBCF9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E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E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AC9FBF" w:themeColor="accent4" w:themeTint="bf"/>
        <w:left w:val="single" w:sz="8" w:space="0" w:color="AC9FBF" w:themeColor="accent4" w:themeTint="bf"/>
        <w:bottom w:val="single" w:sz="8" w:space="0" w:color="AC9FBF" w:themeColor="accent4" w:themeTint="bf"/>
        <w:right w:val="single" w:sz="8" w:space="0" w:color="AC9FBF" w:themeColor="accent4" w:themeTint="bf"/>
        <w:insideH w:val="single" w:sz="8" w:space="0" w:color="AC9FBF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AC9FBF" w:themeColor="accent4" w:themeTint="bf"/>
          <w:left w:val="single" w:sz="8" w:space="0" w:color="AC9FBF" w:themeColor="accent4" w:themeTint="bf"/>
          <w:bottom w:val="single" w:sz="8" w:space="0" w:color="AC9FBF" w:themeColor="accent4" w:themeTint="bf"/>
          <w:right w:val="single" w:sz="8" w:space="0" w:color="AC9FBF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AC9FBF" w:themeColor="accent4" w:themeTint="bf"/>
          <w:left w:val="single" w:sz="8" w:space="0" w:color="AC9FBF" w:themeColor="accent4" w:themeTint="bf"/>
          <w:bottom w:val="single" w:sz="8" w:space="0" w:color="AC9FBF" w:themeColor="accent4" w:themeTint="bf"/>
          <w:right w:val="single" w:sz="8" w:space="0" w:color="AC9FB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5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5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6C5D6" w:themeColor="accent5" w:themeTint="bf"/>
        <w:left w:val="single" w:sz="8" w:space="0" w:color="96C5D6" w:themeColor="accent5" w:themeTint="bf"/>
        <w:bottom w:val="single" w:sz="8" w:space="0" w:color="96C5D6" w:themeColor="accent5" w:themeTint="bf"/>
        <w:right w:val="single" w:sz="8" w:space="0" w:color="96C5D6" w:themeColor="accent5" w:themeTint="bf"/>
        <w:insideH w:val="single" w:sz="8" w:space="0" w:color="96C5D6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6C5D6" w:themeColor="accent5" w:themeTint="bf"/>
          <w:left w:val="single" w:sz="8" w:space="0" w:color="96C5D6" w:themeColor="accent5" w:themeTint="bf"/>
          <w:bottom w:val="single" w:sz="8" w:space="0" w:color="96C5D6" w:themeColor="accent5" w:themeTint="bf"/>
          <w:right w:val="single" w:sz="8" w:space="0" w:color="96C5D6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6C5D6" w:themeColor="accent5" w:themeTint="bf"/>
          <w:left w:val="single" w:sz="8" w:space="0" w:color="96C5D6" w:themeColor="accent5" w:themeTint="bf"/>
          <w:bottom w:val="single" w:sz="8" w:space="0" w:color="96C5D6" w:themeColor="accent5" w:themeTint="bf"/>
          <w:right w:val="single" w:sz="8" w:space="0" w:color="96C5D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E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E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F9B895" w:themeColor="accent6" w:themeTint="bf"/>
        <w:left w:val="single" w:sz="8" w:space="0" w:color="F9B895" w:themeColor="accent6" w:themeTint="bf"/>
        <w:bottom w:val="single" w:sz="8" w:space="0" w:color="F9B895" w:themeColor="accent6" w:themeTint="bf"/>
        <w:right w:val="single" w:sz="8" w:space="0" w:color="F9B895" w:themeColor="accent6" w:themeTint="bf"/>
        <w:insideH w:val="single" w:sz="8" w:space="0" w:color="F9B895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895" w:themeColor="accent6" w:themeTint="bf"/>
          <w:left w:val="single" w:sz="8" w:space="0" w:color="F9B895" w:themeColor="accent6" w:themeTint="bf"/>
          <w:bottom w:val="single" w:sz="8" w:space="0" w:color="F9B895" w:themeColor="accent6" w:themeTint="bf"/>
          <w:right w:val="single" w:sz="8" w:space="0" w:color="F9B895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895" w:themeColor="accent6" w:themeTint="bf"/>
          <w:left w:val="single" w:sz="8" w:space="0" w:color="F9B895" w:themeColor="accent6" w:themeTint="bf"/>
          <w:bottom w:val="single" w:sz="8" w:space="0" w:color="F9B895" w:themeColor="accent6" w:themeTint="bf"/>
          <w:right w:val="single" w:sz="8" w:space="0" w:color="F9B89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E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E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E1E1E1" w:themeFill="text1" w:themeFillTint="3f"/>
      </w:tcPr>
    </w:tblStylePr>
    <w:tblStylePr w:type="band1Horz">
      <w:tblPr/>
      <w:tcPr>
        <w:shd w:val="clear" w:color="auto" w:fill="E1E1E1" w:themeFill="text1" w:themeFillTint="3f"/>
      </w:tcPr>
    </w:tblStylePr>
  </w:style>
  <w:style w:type="table" w:styleId="MediumList1-Accent1">
    <w:name w:val="Medium List 1 Accen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E4E8F1" w:themeFill="accent1" w:themeFillTint="3f"/>
      </w:tcPr>
    </w:tblStylePr>
    <w:tblStylePr w:type="band1Horz">
      <w:tblPr/>
      <w:tcPr>
        <w:shd w:val="clear" w:color="auto" w:fill="E4E8F1" w:themeFill="accent1" w:themeFillTint="3f"/>
      </w:tcPr>
    </w:tblStylePr>
  </w:style>
  <w:style w:type="table" w:styleId="MediumList1-Accent2">
    <w:name w:val="Medium List 1 Accent 2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F1E4E3" w:themeFill="accent2" w:themeFillTint="3f"/>
      </w:tcPr>
    </w:tblStylePr>
    <w:tblStylePr w:type="band1Horz">
      <w:tblPr/>
      <w:tcPr>
        <w:shd w:val="clear" w:color="auto" w:fill="F1E4E3" w:themeFill="accent2" w:themeFillTint="3f"/>
      </w:tcPr>
    </w:tblStylePr>
  </w:style>
  <w:style w:type="table" w:styleId="MediumList1-Accent3">
    <w:name w:val="Medium List 1 Accent 3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BF0E4" w:themeFill="accent3" w:themeFillTint="3f"/>
      </w:tcPr>
    </w:tblStylePr>
    <w:tblStylePr w:type="band1Horz">
      <w:tblPr/>
      <w:tcPr>
        <w:shd w:val="clear" w:color="auto" w:fill="EBF0E4" w:themeFill="accent3" w:themeFillTint="3f"/>
      </w:tcPr>
    </w:tblStylePr>
  </w:style>
  <w:style w:type="table" w:styleId="MediumList1-Accent4">
    <w:name w:val="Medium List 1 Accent 4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E8E5EC" w:themeFill="accent4" w:themeFillTint="3f"/>
      </w:tcPr>
    </w:tblStylePr>
    <w:tblStylePr w:type="band1Horz">
      <w:tblPr/>
      <w:tcPr>
        <w:shd w:val="clear" w:color="auto" w:fill="E8E5EC" w:themeFill="accent4" w:themeFillTint="3f"/>
      </w:tcPr>
    </w:tblStylePr>
  </w:style>
  <w:style w:type="table" w:styleId="MediumList1-Accent5">
    <w:name w:val="Medium List 1 Accent 5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E3EEF3" w:themeFill="accent5" w:themeFillTint="3f"/>
      </w:tcPr>
    </w:tblStylePr>
    <w:tblStylePr w:type="band1Horz">
      <w:tblPr/>
      <w:tcPr>
        <w:shd w:val="clear" w:color="auto" w:fill="E3EEF3" w:themeFill="accent5" w:themeFillTint="3f"/>
      </w:tcPr>
    </w:tblStylePr>
  </w:style>
  <w:style w:type="table" w:styleId="MediumList1-Accent6">
    <w:name w:val="Medium List 1 Accent 6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BE3" w:themeFill="accent6" w:themeFillTint="3f"/>
      </w:tcPr>
    </w:tblStylePr>
    <w:tblStylePr w:type="band1Horz">
      <w:tblPr/>
      <w:tcPr>
        <w:shd w:val="clear" w:color="auto" w:fill="FDEBE3" w:themeFill="accent6" w:themeFillTint="3f"/>
      </w:tcPr>
    </w:tblStylePr>
  </w:style>
  <w:style w:type="table" w:styleId="MediumList2">
    <w:name w:val="Medium List 2"/>
    <w:uiPriority w:val="66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1E1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8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8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4E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4E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E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E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5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5E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E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E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E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E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8C8C8C" w:themeColor="text1" w:themeTint="bf"/>
        <w:left w:val="single" w:sz="8" w:space="0" w:color="8C8C8C" w:themeColor="text1" w:themeTint="bf"/>
        <w:bottom w:val="single" w:sz="8" w:space="0" w:color="8C8C8C" w:themeColor="text1" w:themeTint="bf"/>
        <w:right w:val="single" w:sz="8" w:space="0" w:color="8C8C8C" w:themeColor="text1" w:themeTint="bf"/>
        <w:insideH w:val="single" w:sz="8" w:space="0" w:color="8C8C8C" w:themeColor="text1" w:themeTint="bf"/>
        <w:insideV w:val="single" w:sz="8" w:space="0" w:color="8C8C8C" w:themeColor="tex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1E1E1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BDBD" w:themeFill="text1" w:themeFillTint="7f"/>
      </w:tcPr>
    </w:tblStylePr>
    <w:tblStylePr w:type="band1Horz">
      <w:tblPr/>
      <w:tcPr>
        <w:shd w:val="clear" w:color="auto" w:fill="BDBDBD" w:themeFill="text1" w:themeFillTint="7f"/>
      </w:tcPr>
    </w:tblStylePr>
  </w:style>
  <w:style w:type="table" w:styleId="MediumGrid1-Accent1">
    <w:name w:val="Medium Grid 1 Accent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7ADD0" w:themeColor="accent1" w:themeTint="bf"/>
        <w:left w:val="single" w:sz="8" w:space="0" w:color="97ADD0" w:themeColor="accent1" w:themeTint="bf"/>
        <w:bottom w:val="single" w:sz="8" w:space="0" w:color="97ADD0" w:themeColor="accent1" w:themeTint="bf"/>
        <w:right w:val="single" w:sz="8" w:space="0" w:color="97ADD0" w:themeColor="accent1" w:themeTint="bf"/>
        <w:insideH w:val="single" w:sz="8" w:space="0" w:color="97ADD0" w:themeColor="accent1" w:themeTint="bf"/>
        <w:insideV w:val="single" w:sz="8" w:space="0" w:color="97ADD0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4E8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ADD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DE1" w:themeFill="accent1" w:themeFillTint="7f"/>
      </w:tcPr>
    </w:tblStylePr>
    <w:tblStylePr w:type="band1Horz">
      <w:tblPr/>
      <w:tcPr>
        <w:shd w:val="clear" w:color="auto" w:fill="C2CDE1" w:themeFill="accent1" w:themeFillTint="7f"/>
      </w:tcPr>
    </w:tblStylePr>
  </w:style>
  <w:style w:type="table" w:styleId="MediumGrid1-Accent2">
    <w:name w:val="Medium Grid 1 Accent 2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D29897" w:themeColor="accent2" w:themeTint="bf"/>
        <w:left w:val="single" w:sz="8" w:space="0" w:color="D29897" w:themeColor="accent2" w:themeTint="bf"/>
        <w:bottom w:val="single" w:sz="8" w:space="0" w:color="D29897" w:themeColor="accent2" w:themeTint="bf"/>
        <w:right w:val="single" w:sz="8" w:space="0" w:color="D29897" w:themeColor="accent2" w:themeTint="bf"/>
        <w:insideH w:val="single" w:sz="8" w:space="0" w:color="D29897" w:themeColor="accent2" w:themeTint="bf"/>
        <w:insideV w:val="single" w:sz="8" w:space="0" w:color="D29897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1E4E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989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3C2" w:themeFill="accent2" w:themeFillTint="7f"/>
      </w:tcPr>
    </w:tblStylePr>
    <w:tblStylePr w:type="band1Horz">
      <w:tblPr/>
      <w:tcPr>
        <w:shd w:val="clear" w:color="auto" w:fill="E2C3C2" w:themeFill="accent2" w:themeFillTint="7f"/>
      </w:tcPr>
    </w:tblStylePr>
  </w:style>
  <w:style w:type="table" w:styleId="MediumGrid1-Accent3">
    <w:name w:val="Medium Grid 1 Accent 3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BBCF9B" w:themeColor="accent3" w:themeTint="bf"/>
        <w:left w:val="single" w:sz="8" w:space="0" w:color="BBCF9B" w:themeColor="accent3" w:themeTint="bf"/>
        <w:bottom w:val="single" w:sz="8" w:space="0" w:color="BBCF9B" w:themeColor="accent3" w:themeTint="bf"/>
        <w:right w:val="single" w:sz="8" w:space="0" w:color="BBCF9B" w:themeColor="accent3" w:themeTint="bf"/>
        <w:insideH w:val="single" w:sz="8" w:space="0" w:color="BBCF9B" w:themeColor="accent3" w:themeTint="bf"/>
        <w:insideV w:val="single" w:sz="8" w:space="0" w:color="BBCF9B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0E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F9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0C4" w:themeFill="accent3" w:themeFillTint="7f"/>
      </w:tcPr>
    </w:tblStylePr>
    <w:tblStylePr w:type="band1Horz">
      <w:tblPr/>
      <w:tcPr>
        <w:shd w:val="clear" w:color="auto" w:fill="D5E0C4" w:themeFill="accent3" w:themeFillTint="7f"/>
      </w:tcPr>
    </w:tblStylePr>
  </w:style>
  <w:style w:type="table" w:styleId="MediumGrid1-Accent4">
    <w:name w:val="Medium Grid 1 Accent 4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AC9FBF" w:themeColor="accent4" w:themeTint="bf"/>
        <w:left w:val="single" w:sz="8" w:space="0" w:color="AC9FBF" w:themeColor="accent4" w:themeTint="bf"/>
        <w:bottom w:val="single" w:sz="8" w:space="0" w:color="AC9FBF" w:themeColor="accent4" w:themeTint="bf"/>
        <w:right w:val="single" w:sz="8" w:space="0" w:color="AC9FBF" w:themeColor="accent4" w:themeTint="bf"/>
        <w:insideH w:val="single" w:sz="8" w:space="0" w:color="AC9FBF" w:themeColor="accent4" w:themeTint="bf"/>
        <w:insideV w:val="single" w:sz="8" w:space="0" w:color="AC9FBF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8E5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9FB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6D7" w:themeFill="accent4" w:themeFillTint="7f"/>
      </w:tcPr>
    </w:tblStylePr>
    <w:tblStylePr w:type="band1Horz">
      <w:tblPr/>
      <w:tcPr>
        <w:shd w:val="clear" w:color="auto" w:fill="CDC6D7" w:themeFill="accent4" w:themeFillTint="7f"/>
      </w:tcPr>
    </w:tblStylePr>
  </w:style>
  <w:style w:type="table" w:styleId="MediumGrid1-Accent5">
    <w:name w:val="Medium Grid 1 Accent 5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6C5D6" w:themeColor="accent5" w:themeTint="bf"/>
        <w:left w:val="single" w:sz="8" w:space="0" w:color="96C5D6" w:themeColor="accent5" w:themeTint="bf"/>
        <w:bottom w:val="single" w:sz="8" w:space="0" w:color="96C5D6" w:themeColor="accent5" w:themeTint="bf"/>
        <w:right w:val="single" w:sz="8" w:space="0" w:color="96C5D6" w:themeColor="accent5" w:themeTint="bf"/>
        <w:insideH w:val="single" w:sz="8" w:space="0" w:color="96C5D6" w:themeColor="accent5" w:themeTint="bf"/>
        <w:insideV w:val="single" w:sz="8" w:space="0" w:color="96C5D6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3EE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C5D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BE5" w:themeFill="accent5" w:themeFillTint="7f"/>
      </w:tcPr>
    </w:tblStylePr>
    <w:tblStylePr w:type="band1Horz">
      <w:tblPr/>
      <w:tcPr>
        <w:shd w:val="clear" w:color="auto" w:fill="C2DBE5" w:themeFill="accent5" w:themeFillTint="7f"/>
      </w:tcPr>
    </w:tblStylePr>
  </w:style>
  <w:style w:type="table" w:styleId="MediumGrid1-Accent6">
    <w:name w:val="Medium Grid 1 Accent 6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F9B895" w:themeColor="accent6" w:themeTint="bf"/>
        <w:left w:val="single" w:sz="8" w:space="0" w:color="F9B895" w:themeColor="accent6" w:themeTint="bf"/>
        <w:bottom w:val="single" w:sz="8" w:space="0" w:color="F9B895" w:themeColor="accent6" w:themeTint="bf"/>
        <w:right w:val="single" w:sz="8" w:space="0" w:color="F9B895" w:themeColor="accent6" w:themeTint="bf"/>
        <w:insideH w:val="single" w:sz="8" w:space="0" w:color="F9B895" w:themeColor="accent6" w:themeTint="bf"/>
        <w:insideV w:val="single" w:sz="8" w:space="0" w:color="F9B895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BE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89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3C1" w:themeFill="accent6" w:themeFillTint="7f"/>
      </w:tcPr>
    </w:tblStylePr>
    <w:tblStylePr w:type="band1Horz">
      <w:tblPr/>
      <w:tcPr>
        <w:shd w:val="clear" w:color="auto" w:fill="FBD3C1" w:themeFill="accent6" w:themeFillTint="7f"/>
      </w:tcPr>
    </w:tblStylePr>
  </w:style>
  <w:style w:type="table" w:styleId="MediumGrid2">
    <w:name w:val="Medium Grid 2"/>
    <w:uiPriority w:val="68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1E1E1" w:themeFill="text1" w:themeFillTint="3f"/>
    </w:tcPr>
    <w:tblStylePr w:type="firstRow">
      <w:rPr>
        <w:b/>
        <w:bCs/>
        <w:color w:val="000000"/>
      </w:rPr>
      <w:tblPr/>
      <w:tcPr>
        <w:shd w:val="clear" w:color="auto" w:fill="F4F4F4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text1" w:themeFillTint="33"/>
      </w:tcPr>
    </w:tblStylePr>
    <w:tblStylePr w:type="band1Vert">
      <w:tblPr/>
      <w:tcPr>
        <w:shd w:val="clear" w:color="auto" w:fill="BDBDBD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BDBDBD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uiPriority w:val="68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4E8F1" w:themeFill="accent1" w:themeFillTint="3f"/>
    </w:tcPr>
    <w:tblStylePr w:type="firstRow">
      <w:rPr>
        <w:b/>
        <w:bCs/>
        <w:color w:val="000000"/>
      </w:rPr>
      <w:tblPr/>
      <w:tcPr>
        <w:shd w:val="clear" w:color="auto" w:fill="F5F6FA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DF4" w:themeFill="accent1" w:themeFillTint="33"/>
      </w:tcPr>
    </w:tblStylePr>
    <w:tblStylePr w:type="band1Vert">
      <w:tblPr/>
      <w:tcPr>
        <w:shd w:val="clear" w:color="auto" w:fill="C2CDE1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C2CD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uiPriority w:val="68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1E4E3" w:themeFill="accent2" w:themeFillTint="3f"/>
    </w:tcPr>
    <w:tblStylePr w:type="firstRow">
      <w:rPr>
        <w:b/>
        <w:bCs/>
        <w:color w:val="000000"/>
      </w:rPr>
      <w:tblPr/>
      <w:tcPr>
        <w:shd w:val="clear" w:color="auto" w:fill="FAF5F5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9E9" w:themeFill="accent2" w:themeFillTint="33"/>
      </w:tcPr>
    </w:tblStylePr>
    <w:tblStylePr w:type="band1Vert">
      <w:tblPr/>
      <w:tcPr>
        <w:shd w:val="clear" w:color="auto" w:fill="E2C3C2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E2C3C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uiPriority w:val="68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0E4" w:themeFill="accent3" w:themeFillTint="3f"/>
    </w:tcPr>
    <w:tblStylePr w:type="firstRow">
      <w:rPr>
        <w:b/>
        <w:bCs/>
        <w:color w:val="000000"/>
      </w:rPr>
      <w:tblPr/>
      <w:tcPr>
        <w:shd w:val="clear" w:color="auto" w:fill="F7F9F5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3EA" w:themeFill="accent3" w:themeFillTint="33"/>
      </w:tcPr>
    </w:tblStylePr>
    <w:tblStylePr w:type="band1Vert">
      <w:tblPr/>
      <w:tcPr>
        <w:shd w:val="clear" w:color="auto" w:fill="D5E0C4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D5E0C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uiPriority w:val="68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8E5EC" w:themeFill="accent4" w:themeFillTint="3f"/>
    </w:tcPr>
    <w:tblStylePr w:type="firstRow">
      <w:rPr>
        <w:b/>
        <w:bCs/>
        <w:color w:val="000000"/>
      </w:rPr>
      <w:tblPr/>
      <w:tcPr>
        <w:shd w:val="clear" w:color="auto" w:fill="F6F5F8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AF0" w:themeFill="accent4" w:themeFillTint="33"/>
      </w:tcPr>
    </w:tblStylePr>
    <w:tblStylePr w:type="band1Vert">
      <w:tblPr/>
      <w:tcPr>
        <w:shd w:val="clear" w:color="auto" w:fill="CDC6D7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CDC6D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uiPriority w:val="68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3EEF3" w:themeFill="accent5" w:themeFillTint="3f"/>
    </w:tcPr>
    <w:tblStylePr w:type="firstRow">
      <w:rPr>
        <w:b/>
        <w:bCs/>
        <w:color w:val="000000"/>
      </w:rPr>
      <w:tblPr/>
      <w:tcPr>
        <w:shd w:val="clear" w:color="auto" w:fill="F5F8FA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1F5" w:themeFill="accent5" w:themeFillTint="33"/>
      </w:tcPr>
    </w:tblStylePr>
    <w:tblStylePr w:type="band1Vert">
      <w:tblPr/>
      <w:tcPr>
        <w:shd w:val="clear" w:color="auto" w:fill="C2DBE5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C2DB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uiPriority w:val="68"/>
    <w:basedOn w:val="TableNormal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BE3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7F4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E9" w:themeFill="accent6" w:themeFillTint="33"/>
      </w:tcPr>
    </w:tblStylePr>
    <w:tblStylePr w:type="band1Vert">
      <w:tblPr/>
      <w:tcPr>
        <w:shd w:val="clear" w:color="auto" w:fill="FBD3C1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D3C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1E1E1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BDBD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BDBD" w:themeFill="text1" w:themeFillTint="7f"/>
      </w:tcPr>
    </w:tblStylePr>
  </w:style>
  <w:style w:type="table" w:styleId="MediumGrid3-Accent1">
    <w:name w:val="Medium Grid 3 Accent 1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4E8F1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CD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CDE1" w:themeFill="accent1" w:themeFillTint="7f"/>
      </w:tcPr>
    </w:tblStylePr>
  </w:style>
  <w:style w:type="table" w:styleId="MediumGrid3-Accent2">
    <w:name w:val="Medium Grid 3 Accent 2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1E4E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2C3C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2C3C2" w:themeFill="accent2" w:themeFillTint="7f"/>
      </w:tcPr>
    </w:tblStylePr>
  </w:style>
  <w:style w:type="table" w:styleId="MediumGrid3-Accent3">
    <w:name w:val="Medium Grid 3 Accent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0E4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5E0C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5E0C4" w:themeFill="accent3" w:themeFillTint="7f"/>
      </w:tcPr>
    </w:tblStylePr>
  </w:style>
  <w:style w:type="table" w:styleId="MediumGrid3-Accent4">
    <w:name w:val="Medium Grid 3 Accent 4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8E5EC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6D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6D7" w:themeFill="accent4" w:themeFillTint="7f"/>
      </w:tcPr>
    </w:tblStylePr>
  </w:style>
  <w:style w:type="table" w:styleId="MediumGrid3-Accent5">
    <w:name w:val="Medium Grid 3 Accent 5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3EEF3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B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BE5" w:themeFill="accent5" w:themeFillTint="7f"/>
      </w:tcPr>
    </w:tblStylePr>
  </w:style>
  <w:style w:type="table" w:styleId="MediumGrid3-Accent6">
    <w:name w:val="Medium Grid 3 Accent 6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BE3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3C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3C1" w:themeFill="accent6" w:themeFillTint="7f"/>
      </w:tcPr>
    </w:tblStylePr>
  </w:style>
  <w:style w:type="table" w:styleId="DarkList">
    <w:name w:val="Dark List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DarkList-Accent2">
    <w:name w:val="Dark List Accent 2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DarkList-Accent3">
    <w:name w:val="Dark List Accent 3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DarkList-Accent4">
    <w:name w:val="Dark List Accent 4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DarkList-Accent5">
    <w:name w:val="Dark List Accent 5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DarkList-Accent6">
    <w:name w:val="Dark List Accent 6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ColorfulShading">
    <w:name w:val="Colorful Shading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4F4F4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CCCCCC" w:themeFill="text1" w:themeFillTint="66"/>
      </w:tcPr>
    </w:tblStylePr>
    <w:tblStylePr w:type="band1Horz">
      <w:tblPr/>
      <w:tcPr>
        <w:shd w:val="clear" w:color="auto" w:fill="BDBDBD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6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D0D8E8" w:themeFill="accent1" w:themeFillTint="66"/>
      </w:tcPr>
    </w:tblStylePr>
    <w:tblStylePr w:type="band1Horz">
      <w:tblPr/>
      <w:tcPr>
        <w:shd w:val="clear" w:color="auto" w:fill="C2CDE1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AF5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8D0D0" w:themeFill="accent2" w:themeFillTint="66"/>
      </w:tcPr>
    </w:tblStylePr>
    <w:tblStylePr w:type="band1Horz">
      <w:tblPr/>
      <w:tcPr>
        <w:shd w:val="clear" w:color="auto" w:fill="E2C3C2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EE7D1" w:themeFill="accent3" w:themeFillTint="66"/>
      </w:tcPr>
    </w:tblStylePr>
    <w:tblStylePr w:type="band1Horz">
      <w:tblPr/>
      <w:tcPr>
        <w:shd w:val="clear" w:color="auto" w:fill="D5E0C4" w:themeFill="accent3" w:themeFillTint="7f"/>
      </w:tcPr>
    </w:tblStylePr>
  </w:style>
  <w:style w:type="table" w:styleId="ColorfulShading-Accent4">
    <w:name w:val="Colorful Shading Accent 4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6F5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D8D3E0" w:themeFill="accent4" w:themeFillTint="66"/>
      </w:tcPr>
    </w:tblStylePr>
    <w:tblStylePr w:type="band1Horz">
      <w:tblPr/>
      <w:tcPr>
        <w:shd w:val="clear" w:color="auto" w:fill="CDC6D7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D0E3EA" w:themeFill="accent5" w:themeFillTint="66"/>
      </w:tcPr>
    </w:tblStylePr>
    <w:tblStylePr w:type="band1Horz">
      <w:tblPr/>
      <w:tcPr>
        <w:shd w:val="clear" w:color="auto" w:fill="C2DBE5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7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CDDCF" w:themeFill="accent6" w:themeFillTint="66"/>
      </w:tcPr>
    </w:tblStylePr>
    <w:tblStylePr w:type="band1Horz">
      <w:tblPr/>
      <w:tcPr>
        <w:shd w:val="clear" w:color="auto" w:fill="FBD3C1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4F4F4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1E1" w:themeFill="text1" w:themeFillTint="3f"/>
      </w:tcPr>
    </w:tblStylePr>
    <w:tblStylePr w:type="band1Horz">
      <w:tblPr/>
      <w:tcPr>
        <w:shd w:val="clear" w:color="auto" w:fill="E7E7E7" w:themeFill="text1" w:themeFillTint="33"/>
      </w:tcPr>
    </w:tblStylePr>
  </w:style>
  <w:style w:type="table" w:styleId="ColorfulList-Accent1">
    <w:name w:val="Colorful List Accent 1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6FA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8F1" w:themeFill="accent1" w:themeFillTint="3f"/>
      </w:tcPr>
    </w:tblStylePr>
    <w:tblStylePr w:type="band1Horz">
      <w:tblPr/>
      <w:tcPr>
        <w:shd w:val="clear" w:color="auto" w:fill="E9EDF4" w:themeFill="accent1" w:themeFillTint="33"/>
      </w:tcPr>
    </w:tblStylePr>
  </w:style>
  <w:style w:type="table" w:styleId="ColorfulList-Accent2">
    <w:name w:val="Colorful List Accent 2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AF5F5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4E3" w:themeFill="accent2" w:themeFillTint="3f"/>
      </w:tcPr>
    </w:tblStylePr>
    <w:tblStylePr w:type="band1Horz">
      <w:tblPr/>
      <w:tcPr>
        <w:shd w:val="clear" w:color="auto" w:fill="F4E9E9" w:themeFill="accent2" w:themeFillTint="33"/>
      </w:tcPr>
    </w:tblStylePr>
  </w:style>
  <w:style w:type="table" w:styleId="ColorfulList-Accent3">
    <w:name w:val="Colorful List Accent 3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F9F5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E4" w:themeFill="accent3" w:themeFillTint="3f"/>
      </w:tcPr>
    </w:tblStylePr>
    <w:tblStylePr w:type="band1Horz">
      <w:tblPr/>
      <w:tcPr>
        <w:shd w:val="clear" w:color="auto" w:fill="EFF3EA" w:themeFill="accent3" w:themeFillTint="33"/>
      </w:tcPr>
    </w:tblStylePr>
  </w:style>
  <w:style w:type="table" w:styleId="ColorfulList-Accent4">
    <w:name w:val="Colorful List Accent 4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6F5F8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5EC" w:themeFill="accent4" w:themeFillTint="3f"/>
      </w:tcPr>
    </w:tblStylePr>
    <w:tblStylePr w:type="band1Horz">
      <w:tblPr/>
      <w:tcPr>
        <w:shd w:val="clear" w:color="auto" w:fill="EDEAF0" w:themeFill="accent4" w:themeFillTint="33"/>
      </w:tcPr>
    </w:tblStylePr>
  </w:style>
  <w:style w:type="table" w:styleId="ColorfulList-Accent5">
    <w:name w:val="Colorful List Accent 5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FA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EF3" w:themeFill="accent5" w:themeFillTint="3f"/>
      </w:tcPr>
    </w:tblStylePr>
    <w:tblStylePr w:type="band1Horz">
      <w:tblPr/>
      <w:tcPr>
        <w:shd w:val="clear" w:color="auto" w:fill="E9F1F5" w:themeFill="accent5" w:themeFillTint="33"/>
      </w:tcPr>
    </w:tblStylePr>
  </w:style>
  <w:style w:type="table" w:styleId="ColorfulList-Accent6">
    <w:name w:val="Colorful List Accent 6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7F4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E3" w:themeFill="accent6" w:themeFillTint="3f"/>
      </w:tcPr>
    </w:tblStylePr>
    <w:tblStylePr w:type="band1Horz">
      <w:tblPr/>
      <w:tcPr>
        <w:shd w:val="clear" w:color="auto" w:fill="FDEFE9" w:themeFill="accent6" w:themeFillTint="33"/>
      </w:tcPr>
    </w:tblStylePr>
  </w:style>
  <w:style w:type="table" w:styleId="ColorfulGrid">
    <w:name w:val="Colorful Grid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7E7E7" w:themeFill="text1" w:themeFillTint="33"/>
    </w:tcPr>
    <w:tblStylePr w:type="firstRow">
      <w:rPr>
        <w:b/>
        <w:bCs/>
      </w:rPr>
      <w:tblPr/>
      <w:tcPr>
        <w:shd w:val="clear" w:color="auto" w:fill="CCCCCC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CCCCCC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BDBDBD" w:themeFill="text1" w:themeFillTint="7f"/>
      </w:tcPr>
    </w:tblStylePr>
    <w:tblStylePr w:type="band1Horz">
      <w:tblPr/>
      <w:tcPr>
        <w:shd w:val="clear" w:color="auto" w:fill="BDBDBD" w:themeFill="text1" w:themeFillTint="7f"/>
      </w:tcPr>
    </w:tblStylePr>
  </w:style>
  <w:style w:type="table" w:styleId="ColorfulGrid-Accent1">
    <w:name w:val="Colorful Grid Accent 1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9EDF4" w:themeFill="accent1" w:themeFillTint="33"/>
    </w:tcPr>
    <w:tblStylePr w:type="firstRow">
      <w:rPr>
        <w:b/>
        <w:bCs/>
      </w:rPr>
      <w:tblPr/>
      <w:tcPr>
        <w:shd w:val="clear" w:color="auto" w:fill="D0D8E8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D0D8E8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C2CDE1" w:themeFill="accent1" w:themeFillTint="7f"/>
      </w:tcPr>
    </w:tblStylePr>
    <w:tblStylePr w:type="band1Horz">
      <w:tblPr/>
      <w:tcPr>
        <w:shd w:val="clear" w:color="auto" w:fill="C2CDE1" w:themeFill="accent1" w:themeFillTint="7f"/>
      </w:tcPr>
    </w:tblStylePr>
  </w:style>
  <w:style w:type="table" w:styleId="ColorfulGrid-Accent2">
    <w:name w:val="Colorful Grid Accent 2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4E9E9" w:themeFill="accent2" w:themeFillTint="33"/>
    </w:tcPr>
    <w:tblStylePr w:type="firstRow">
      <w:rPr>
        <w:b/>
        <w:bCs/>
      </w:rPr>
      <w:tblPr/>
      <w:tcPr>
        <w:shd w:val="clear" w:color="auto" w:fill="E8D0D0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8D0D0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E2C3C2" w:themeFill="accent2" w:themeFillTint="7f"/>
      </w:tcPr>
    </w:tblStylePr>
    <w:tblStylePr w:type="band1Horz">
      <w:tblPr/>
      <w:tcPr>
        <w:shd w:val="clear" w:color="auto" w:fill="E2C3C2" w:themeFill="accent2" w:themeFillTint="7f"/>
      </w:tcPr>
    </w:tblStylePr>
  </w:style>
  <w:style w:type="table" w:styleId="ColorfulGrid-Accent3">
    <w:name w:val="Colorful Grid Accent 3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F3EA" w:themeFill="accent3" w:themeFillTint="33"/>
    </w:tcPr>
    <w:tblStylePr w:type="firstRow">
      <w:rPr>
        <w:b/>
        <w:bCs/>
      </w:rPr>
      <w:tblPr/>
      <w:tcPr>
        <w:shd w:val="clear" w:color="auto" w:fill="DEE7D1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EE7D1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D5E0C4" w:themeFill="accent3" w:themeFillTint="7f"/>
      </w:tcPr>
    </w:tblStylePr>
    <w:tblStylePr w:type="band1Horz">
      <w:tblPr/>
      <w:tcPr>
        <w:shd w:val="clear" w:color="auto" w:fill="D5E0C4" w:themeFill="accent3" w:themeFillTint="7f"/>
      </w:tcPr>
    </w:tblStylePr>
  </w:style>
  <w:style w:type="table" w:styleId="ColorfulGrid-Accent4">
    <w:name w:val="Colorful Grid Accent 4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EAF0" w:themeFill="accent4" w:themeFillTint="33"/>
    </w:tcPr>
    <w:tblStylePr w:type="firstRow">
      <w:rPr>
        <w:b/>
        <w:bCs/>
      </w:rPr>
      <w:tblPr/>
      <w:tcPr>
        <w:shd w:val="clear" w:color="auto" w:fill="D8D3E0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D8D3E0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CDC6D7" w:themeFill="accent4" w:themeFillTint="7f"/>
      </w:tcPr>
    </w:tblStylePr>
    <w:tblStylePr w:type="band1Horz">
      <w:tblPr/>
      <w:tcPr>
        <w:shd w:val="clear" w:color="auto" w:fill="CDC6D7" w:themeFill="accent4" w:themeFillTint="7f"/>
      </w:tcPr>
    </w:tblStylePr>
  </w:style>
  <w:style w:type="table" w:styleId="ColorfulGrid-Accent5">
    <w:name w:val="Colorful Grid Accent 5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9F1F5" w:themeFill="accent5" w:themeFillTint="33"/>
    </w:tcPr>
    <w:tblStylePr w:type="firstRow">
      <w:rPr>
        <w:b/>
        <w:bCs/>
      </w:rPr>
      <w:tblPr/>
      <w:tcPr>
        <w:shd w:val="clear" w:color="auto" w:fill="D0E3EA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D0E3EA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C2DBE5" w:themeFill="accent5" w:themeFillTint="7f"/>
      </w:tcPr>
    </w:tblStylePr>
    <w:tblStylePr w:type="band1Horz">
      <w:tblPr/>
      <w:tcPr>
        <w:shd w:val="clear" w:color="auto" w:fill="C2DBE5" w:themeFill="accent5" w:themeFillTint="7f"/>
      </w:tcPr>
    </w:tblStylePr>
  </w:style>
  <w:style w:type="table" w:styleId="ColorfulGrid-Accent6">
    <w:name w:val="Colorful Grid Accent 6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FE9" w:themeFill="accent6" w:themeFillTint="33"/>
    </w:tcPr>
    <w:tblStylePr w:type="firstRow">
      <w:rPr>
        <w:b/>
        <w:bCs/>
      </w:rPr>
      <w:tblPr/>
      <w:tcPr>
        <w:shd w:val="clear" w:color="auto" w:fill="FCDDCF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CDDCF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D3C1" w:themeFill="accent6" w:themeFillTint="7f"/>
      </w:tcPr>
    </w:tblStylePr>
    <w:tblStylePr w:type="band1Horz">
      <w:tblPr/>
      <w:tcPr>
        <w:shd w:val="clear" w:color="auto" w:fill="FBD3C1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APEC 세계문화홍보관 홍보대사 모집</dc:title>
  <dc:subject>APEC World Culture Pavilion Ambassador Recruitment Form</dc:subject>
  <dc:creator>python-docx</dc:creator>
  <cp:keywords/>
  <dc:description>generated by python-docx</dc:description>
  <cp:lastModifiedBy>MSI02</cp:lastModifiedBy>
  <cp:revision>1</cp:revision>
  <dcterms:created xsi:type="dcterms:W3CDTF">2013-12-23T23:15:00Z</dcterms:created>
  <dcterms:modified xsi:type="dcterms:W3CDTF">2026-09-07T02:25:37Z</dcterms:modified>
  <cp:version>1300.0100.01</cp:version>
</cp:coreProperties>
</file>