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4"/>
        <w:gridCol w:w="4874"/>
      </w:tblGrid>
      <w:tr w:rsidR="00E97CBC" w:rsidRPr="00CE3FC9" w14:paraId="2EF87754" w14:textId="77777777" w:rsidTr="00A6669C">
        <w:trPr>
          <w:jc w:val="center"/>
        </w:trPr>
        <w:tc>
          <w:tcPr>
            <w:tcW w:w="4874" w:type="dxa"/>
            <w:shd w:val="clear" w:color="auto" w:fill="1A2B4C"/>
            <w:tcMar>
              <w:top w:w="180" w:type="dxa"/>
              <w:left w:w="200" w:type="dxa"/>
              <w:bottom w:w="180" w:type="dxa"/>
              <w:right w:w="100" w:type="dxa"/>
            </w:tcMar>
          </w:tcPr>
          <w:p w14:paraId="26CC555C" w14:textId="77777777" w:rsidR="00E97CBC" w:rsidRPr="00CE3FC9" w:rsidRDefault="00E97CBC" w:rsidP="00A6669C">
            <w:pPr>
              <w:spacing w:after="4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38BDF8"/>
                <w:sz w:val="19"/>
                <w:lang w:eastAsia="ko-KR"/>
              </w:rPr>
              <w:t xml:space="preserve">[서류 1] </w:t>
            </w:r>
            <w:r w:rsidRPr="00CE3FC9">
              <w:rPr>
                <w:rFonts w:ascii="맑은 고딕" w:eastAsia="맑은 고딕" w:hAnsi="맑은 고딕"/>
                <w:b/>
                <w:color w:val="BAE6FD"/>
                <w:sz w:val="19"/>
                <w:lang w:eastAsia="ko-KR"/>
              </w:rPr>
              <w:t>내 햇빛과 전망을 돌려줘!</w:t>
            </w:r>
          </w:p>
          <w:p w14:paraId="07F36B04" w14:textId="77777777" w:rsidR="00E97CBC" w:rsidRPr="00CE3FC9" w:rsidRDefault="00E97CBC" w:rsidP="00A6669C">
            <w:pPr>
              <w:spacing w:before="40"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FFFFFF"/>
                <w:sz w:val="30"/>
                <w:lang w:eastAsia="ko-KR"/>
              </w:rPr>
              <w:t>도사구조대 공모전 참가신청서</w:t>
            </w:r>
          </w:p>
        </w:tc>
        <w:tc>
          <w:tcPr>
            <w:tcW w:w="4874" w:type="dxa"/>
            <w:shd w:val="clear" w:color="auto" w:fill="1A2B4C"/>
            <w:tcMar>
              <w:top w:w="180" w:type="dxa"/>
              <w:left w:w="100" w:type="dxa"/>
              <w:bottom w:w="180" w:type="dxa"/>
              <w:right w:w="200" w:type="dxa"/>
            </w:tcMar>
          </w:tcPr>
          <w:p w14:paraId="205D1B99" w14:textId="77777777" w:rsidR="00E97CBC" w:rsidRPr="00CE3FC9" w:rsidRDefault="00E97CBC" w:rsidP="00A6669C">
            <w:pPr>
              <w:spacing w:before="80" w:after="0"/>
              <w:jc w:val="right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FFFFFF"/>
              </w:rPr>
              <w:t>법무법인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FFFFFF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FFFFFF"/>
              </w:rPr>
              <w:t>도시와사람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FFFFFF"/>
              </w:rPr>
              <w:br/>
            </w:r>
            <w:r w:rsidRPr="00CE3FC9">
              <w:rPr>
                <w:rFonts w:ascii="맑은 고딕" w:eastAsia="맑은 고딕" w:hAnsi="맑은 고딕"/>
                <w:color w:val="94A3B8"/>
                <w:sz w:val="16"/>
              </w:rPr>
              <w:t>Law Firm Urban &amp; Human</w:t>
            </w:r>
          </w:p>
        </w:tc>
      </w:tr>
    </w:tbl>
    <w:p w14:paraId="0D069494" w14:textId="77777777" w:rsidR="00E97CBC" w:rsidRPr="00CE3FC9" w:rsidRDefault="00E97CBC" w:rsidP="00E97CBC">
      <w:pPr>
        <w:spacing w:before="80" w:after="80"/>
        <w:rPr>
          <w:rFonts w:ascii="맑은 고딕" w:eastAsia="맑은 고딕" w:hAnsi="맑은 고딕"/>
        </w:rPr>
      </w:pPr>
    </w:p>
    <w:p w14:paraId="507EBB0B" w14:textId="77777777" w:rsidR="00E97CBC" w:rsidRPr="00CE3FC9" w:rsidRDefault="00E97CBC" w:rsidP="00E97CBC">
      <w:pPr>
        <w:keepNext/>
        <w:spacing w:before="200" w:after="80"/>
        <w:rPr>
          <w:rFonts w:ascii="맑은 고딕" w:eastAsia="맑은 고딕" w:hAnsi="맑은 고딕"/>
        </w:rPr>
      </w:pPr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■ 1.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지원자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정보</w:t>
      </w:r>
      <w:proofErr w:type="spellEnd"/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  <w:insideH w:val="single" w:sz="6" w:space="0" w:color="CBD5E1"/>
        </w:tblBorders>
        <w:tblLook w:val="04A0" w:firstRow="1" w:lastRow="0" w:firstColumn="1" w:lastColumn="0" w:noHBand="0" w:noVBand="1"/>
      </w:tblPr>
      <w:tblGrid>
        <w:gridCol w:w="2835"/>
        <w:gridCol w:w="6913"/>
      </w:tblGrid>
      <w:tr w:rsidR="00E97CBC" w:rsidRPr="00CE3FC9" w14:paraId="339810D1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DA8790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성명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(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팀명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)</w:t>
            </w:r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8F6EBC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</w:p>
        </w:tc>
      </w:tr>
      <w:tr w:rsidR="00E97CBC" w:rsidRPr="00CE3FC9" w14:paraId="183FF853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C9F8B1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생년월일</w:t>
            </w:r>
            <w:proofErr w:type="spellEnd"/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E56852E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>YYYY년   MM월   DD일</w:t>
            </w:r>
          </w:p>
        </w:tc>
      </w:tr>
      <w:tr w:rsidR="00E97CBC" w:rsidRPr="00CE3FC9" w14:paraId="4A61927F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264DFC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연락처</w:t>
            </w:r>
            <w:proofErr w:type="spellEnd"/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8AA179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>010 -            -            (</w:t>
            </w:r>
            <w:proofErr w:type="spellStart"/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>기프티콘</w:t>
            </w:r>
            <w:proofErr w:type="spellEnd"/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 xml:space="preserve"> 수령용)</w:t>
            </w:r>
          </w:p>
        </w:tc>
      </w:tr>
      <w:tr w:rsidR="00E97CBC" w:rsidRPr="00CE3FC9" w14:paraId="586440EA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3DEF93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이메일</w:t>
            </w:r>
            <w:proofErr w:type="spellEnd"/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F1CA14A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</w:p>
        </w:tc>
      </w:tr>
      <w:tr w:rsidR="00E97CBC" w:rsidRPr="00CE3FC9" w14:paraId="6D138EF5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91B3138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주소</w:t>
            </w:r>
            <w:proofErr w:type="spellEnd"/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3BED83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</w:p>
        </w:tc>
      </w:tr>
      <w:tr w:rsidR="00E97CBC" w:rsidRPr="00CE3FC9" w14:paraId="516F12D1" w14:textId="77777777" w:rsidTr="00A6669C">
        <w:trPr>
          <w:trHeight w:val="438"/>
          <w:jc w:val="center"/>
        </w:trPr>
        <w:tc>
          <w:tcPr>
            <w:tcW w:w="2835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603B13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팀원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정보</w:t>
            </w:r>
            <w:proofErr w:type="spellEnd"/>
          </w:p>
        </w:tc>
        <w:tc>
          <w:tcPr>
            <w:tcW w:w="6913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C71B4C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 xml:space="preserve">(팀 지원 시 팀원 전원 </w:t>
            </w:r>
            <w:proofErr w:type="gramStart"/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>성명 /</w:t>
            </w:r>
            <w:proofErr w:type="gramEnd"/>
            <w:r w:rsidRPr="00CE3FC9">
              <w:rPr>
                <w:rFonts w:ascii="맑은 고딕" w:eastAsia="맑은 고딕" w:hAnsi="맑은 고딕"/>
                <w:color w:val="64748B"/>
                <w:sz w:val="19"/>
                <w:lang w:eastAsia="ko-KR"/>
              </w:rPr>
              <w:t xml:space="preserve"> 연락처 기재)</w:t>
            </w:r>
          </w:p>
        </w:tc>
      </w:tr>
    </w:tbl>
    <w:p w14:paraId="2D31BE75" w14:textId="77777777" w:rsidR="00E97CBC" w:rsidRPr="00CE3FC9" w:rsidRDefault="00E97CBC" w:rsidP="00E97CBC">
      <w:pPr>
        <w:keepNext/>
        <w:spacing w:before="200" w:after="80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/>
          <w:b/>
          <w:color w:val="1A2B4C"/>
          <w:sz w:val="21"/>
          <w:lang w:eastAsia="ko-KR"/>
        </w:rPr>
        <w:br/>
      </w:r>
      <w:r w:rsidRPr="00CE3FC9">
        <w:rPr>
          <w:rFonts w:ascii="맑은 고딕" w:eastAsia="맑은 고딕" w:hAnsi="맑은 고딕"/>
          <w:b/>
          <w:color w:val="1A2B4C"/>
          <w:sz w:val="21"/>
          <w:lang w:eastAsia="ko-KR"/>
        </w:rPr>
        <w:t>■ 2. 출품작 및 제출 규격 확인</w:t>
      </w:r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  <w:insideH w:val="single" w:sz="6" w:space="0" w:color="CBD5E1"/>
        </w:tblBorders>
        <w:tblLook w:val="04A0" w:firstRow="1" w:lastRow="0" w:firstColumn="1" w:lastColumn="0" w:noHBand="0" w:noVBand="1"/>
      </w:tblPr>
      <w:tblGrid>
        <w:gridCol w:w="2796"/>
        <w:gridCol w:w="6819"/>
      </w:tblGrid>
      <w:tr w:rsidR="00E97CBC" w:rsidRPr="00CE3FC9" w14:paraId="0D473FF4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6462DF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응모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분야</w:t>
            </w:r>
            <w:proofErr w:type="spellEnd"/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31F314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proofErr w:type="gramStart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>[ 영상</w:t>
            </w:r>
            <w:proofErr w:type="gramEnd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 분야 ]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>숏폼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(30초~60초)     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>롱폼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(3분~5분)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[ 글 분야 ]  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에세이 (A4 2~5매)    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해결 아이디어 (A4 2~5매)</w:t>
            </w:r>
          </w:p>
        </w:tc>
      </w:tr>
      <w:tr w:rsidR="00E97CBC" w:rsidRPr="00CE3FC9" w14:paraId="5D981A4E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6D2685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작품명</w:t>
            </w:r>
            <w:proofErr w:type="spellEnd"/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6B7C9B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</w:p>
        </w:tc>
      </w:tr>
      <w:tr w:rsidR="00E97CBC" w:rsidRPr="00CE3FC9" w14:paraId="316A65CD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35F908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제출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형태</w:t>
            </w:r>
            <w:proofErr w:type="spellEnd"/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49F6174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proofErr w:type="gramStart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>[ 영상</w:t>
            </w:r>
            <w:proofErr w:type="gramEnd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 ]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파일 직접 첨부   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시청 링크(URL) 기재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[ 글 ] </w:t>
            </w:r>
            <w:r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 </w:t>
            </w:r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  <w:lang w:eastAsia="ko-KR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PDF 파일 첨부 (필수)</w:t>
            </w:r>
          </w:p>
        </w:tc>
      </w:tr>
      <w:tr w:rsidR="00E97CBC" w:rsidRPr="00CE3FC9" w14:paraId="2A567C99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D027F6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  <w:lang w:eastAsia="ko-KR"/>
              </w:rPr>
              <w:t>글 규격 확인</w:t>
            </w:r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  <w:lang w:eastAsia="ko-KR"/>
              </w:rPr>
              <w:br/>
              <w:t>(글 제출자만)</w:t>
            </w:r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99F4F1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규격 준수 여부 확인 </w:t>
            </w:r>
            <w:proofErr w:type="gramStart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→  </w:t>
            </w:r>
            <w:r w:rsidRPr="00CE3FC9">
              <w:rPr>
                <w:rFonts w:ascii="Segoe UI Symbol" w:eastAsia="맑은 고딕" w:hAnsi="Segoe UI Symbol" w:cs="Segoe UI Symbol"/>
                <w:b/>
                <w:color w:val="1A2B4C"/>
                <w:sz w:val="18"/>
                <w:lang w:eastAsia="ko-KR"/>
              </w:rPr>
              <w:t>☐</w:t>
            </w:r>
            <w:proofErr w:type="gramEnd"/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t xml:space="preserve"> 확인 완료</w:t>
            </w:r>
            <w:r w:rsidRPr="00CE3FC9">
              <w:rPr>
                <w:rFonts w:ascii="맑은 고딕" w:eastAsia="맑은 고딕" w:hAnsi="맑은 고딕"/>
                <w:b/>
                <w:color w:val="1A2B4C"/>
                <w:sz w:val="18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• 분량/편집: A4 2~5매 이내 / 본문 10~11pt /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>줄간격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160%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br/>
              <w:t xml:space="preserve">• 지정 폰트(고딕 계열): 맑은 고딕, 나눔고딕,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>본고딕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(Noto Sans KR),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>함초롬고딕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  <w:lang w:eastAsia="ko-KR"/>
              </w:rPr>
              <w:t xml:space="preserve"> 중 선택</w:t>
            </w:r>
          </w:p>
        </w:tc>
      </w:tr>
      <w:tr w:rsidR="00E97CBC" w:rsidRPr="00CE3FC9" w14:paraId="4B2BA137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F6B227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  <w:lang w:eastAsia="ko-KR"/>
              </w:rPr>
              <w:t>영상 URL</w:t>
            </w:r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  <w:lang w:eastAsia="ko-KR"/>
              </w:rPr>
              <w:br/>
              <w:t>(영상 제출자만)</w:t>
            </w:r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1D6153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URL: </w:t>
            </w:r>
          </w:p>
        </w:tc>
      </w:tr>
      <w:tr w:rsidR="00E97CBC" w:rsidRPr="00CE3FC9" w14:paraId="7D2CF587" w14:textId="77777777" w:rsidTr="00603A79">
        <w:trPr>
          <w:trHeight w:val="763"/>
          <w:jc w:val="center"/>
        </w:trPr>
        <w:tc>
          <w:tcPr>
            <w:tcW w:w="2796" w:type="dxa"/>
            <w:shd w:val="clear" w:color="auto" w:fill="F1F5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D4A2AE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AI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활용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여부</w:t>
            </w:r>
            <w:proofErr w:type="spellEnd"/>
          </w:p>
        </w:tc>
        <w:tc>
          <w:tcPr>
            <w:tcW w:w="68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71D608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>미사용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      </w:t>
            </w:r>
            <w:r w:rsidRPr="00CE3FC9">
              <w:rPr>
                <w:rFonts w:ascii="Segoe UI Symbol" w:eastAsia="맑은 고딕" w:hAnsi="Segoe UI Symbol" w:cs="Segoe UI Symbol"/>
                <w:color w:val="334155"/>
                <w:sz w:val="18"/>
              </w:rPr>
              <w:t>☐</w:t>
            </w:r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>활용함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(</w:t>
            </w:r>
            <w:proofErr w:type="spellStart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>도구명</w:t>
            </w:r>
            <w:proofErr w:type="spellEnd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:     </w:t>
            </w:r>
            <w:bookmarkStart w:id="0" w:name="_GoBack"/>
            <w:bookmarkEnd w:id="0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                               </w:t>
            </w:r>
            <w:proofErr w:type="gramStart"/>
            <w:r w:rsidRPr="00CE3FC9">
              <w:rPr>
                <w:rFonts w:ascii="맑은 고딕" w:eastAsia="맑은 고딕" w:hAnsi="맑은 고딕"/>
                <w:color w:val="334155"/>
                <w:sz w:val="18"/>
              </w:rPr>
              <w:t xml:space="preserve">  )</w:t>
            </w:r>
            <w:proofErr w:type="gramEnd"/>
          </w:p>
        </w:tc>
      </w:tr>
    </w:tbl>
    <w:p w14:paraId="40D4295D" w14:textId="77777777" w:rsidR="00E97CBC" w:rsidRPr="00CE3FC9" w:rsidRDefault="00E97CBC" w:rsidP="00E97CBC">
      <w:pPr>
        <w:keepNext/>
        <w:spacing w:before="200" w:after="80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  <w:b/>
          <w:color w:val="1A2B4C"/>
          <w:sz w:val="21"/>
        </w:rPr>
        <w:lastRenderedPageBreak/>
        <w:br/>
      </w:r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■ 3.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작품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개요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 및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요약</w:t>
      </w:r>
      <w:proofErr w:type="spellEnd"/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  <w:insideH w:val="single" w:sz="6" w:space="0" w:color="CBD5E1"/>
        </w:tblBorders>
        <w:tblLook w:val="04A0" w:firstRow="1" w:lastRow="0" w:firstColumn="1" w:lastColumn="0" w:noHBand="0" w:noVBand="1"/>
      </w:tblPr>
      <w:tblGrid>
        <w:gridCol w:w="2835"/>
        <w:gridCol w:w="6913"/>
      </w:tblGrid>
      <w:tr w:rsidR="00E97CBC" w:rsidRPr="00CE3FC9" w14:paraId="347817A0" w14:textId="77777777" w:rsidTr="00A6669C">
        <w:trPr>
          <w:trHeight w:val="1512"/>
          <w:jc w:val="center"/>
        </w:trPr>
        <w:tc>
          <w:tcPr>
            <w:tcW w:w="2835" w:type="dxa"/>
            <w:shd w:val="clear" w:color="auto" w:fill="F1F5F9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643AF3A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기획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의도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및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계기</w:t>
            </w:r>
            <w:proofErr w:type="spellEnd"/>
          </w:p>
        </w:tc>
        <w:tc>
          <w:tcPr>
            <w:tcW w:w="691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DA600C4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t>작품을 제작하게 된 계기나 전달하고자 하는 메시지를 자유롭게 작성해 주세요.</w:t>
            </w: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br/>
            </w:r>
          </w:p>
        </w:tc>
      </w:tr>
      <w:tr w:rsidR="00E97CBC" w:rsidRPr="00CE3FC9" w14:paraId="12343676" w14:textId="77777777" w:rsidTr="00A6669C">
        <w:trPr>
          <w:trHeight w:val="1512"/>
          <w:jc w:val="center"/>
        </w:trPr>
        <w:tc>
          <w:tcPr>
            <w:tcW w:w="2835" w:type="dxa"/>
            <w:shd w:val="clear" w:color="auto" w:fill="F1F5F9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E2F2658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</w:rPr>
            </w:pP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작품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 xml:space="preserve">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요약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br/>
              <w:t xml:space="preserve">(3~5줄 </w:t>
            </w:r>
            <w:proofErr w:type="spellStart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내외</w:t>
            </w:r>
            <w:proofErr w:type="spellEnd"/>
            <w:r w:rsidRPr="00CE3FC9">
              <w:rPr>
                <w:rFonts w:ascii="맑은 고딕" w:eastAsia="맑은 고딕" w:hAnsi="맑은 고딕"/>
                <w:b/>
                <w:color w:val="334155"/>
                <w:sz w:val="19"/>
              </w:rPr>
              <w:t>)</w:t>
            </w:r>
          </w:p>
        </w:tc>
        <w:tc>
          <w:tcPr>
            <w:tcW w:w="6913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1DEFA46" w14:textId="77777777" w:rsidR="00E97CBC" w:rsidRPr="00CE3FC9" w:rsidRDefault="00E97CBC" w:rsidP="00A6669C">
            <w:pPr>
              <w:spacing w:after="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t>영상 줄거리나 글의 핵심 내용을 간단히 요약해 주세요.</w:t>
            </w: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br/>
              <w:t>※ 글 분야 본문은 규격에 맞춘 별도 PDF 파일로 필히 첨부해 주시기 바랍니다.</w:t>
            </w:r>
            <w:r w:rsidRPr="00CE3FC9">
              <w:rPr>
                <w:rFonts w:ascii="맑은 고딕" w:eastAsia="맑은 고딕" w:hAnsi="맑은 고딕"/>
                <w:color w:val="64748B"/>
                <w:sz w:val="18"/>
                <w:lang w:eastAsia="ko-KR"/>
              </w:rPr>
              <w:br/>
            </w:r>
          </w:p>
        </w:tc>
      </w:tr>
    </w:tbl>
    <w:p w14:paraId="7819F70C" w14:textId="77777777" w:rsidR="00E97CBC" w:rsidRPr="00CE3FC9" w:rsidRDefault="00E97CBC" w:rsidP="00E97CBC">
      <w:pPr>
        <w:keepNext/>
        <w:spacing w:before="200" w:after="80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  <w:b/>
          <w:color w:val="1A2B4C"/>
          <w:sz w:val="21"/>
          <w:lang w:eastAsia="ko-KR"/>
        </w:rPr>
        <w:br/>
      </w:r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■ 4.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참가자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서약서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 xml:space="preserve"> (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1"/>
        </w:rPr>
        <w:t>필수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1"/>
        </w:rPr>
        <w:t>)</w:t>
      </w:r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  <w:insideH w:val="none" w:sz="6" w:space="0" w:color="CBD5E1"/>
        </w:tblBorders>
        <w:tblLook w:val="04A0" w:firstRow="1" w:lastRow="0" w:firstColumn="1" w:lastColumn="0" w:noHBand="0" w:noVBand="1"/>
      </w:tblPr>
      <w:tblGrid>
        <w:gridCol w:w="9749"/>
      </w:tblGrid>
      <w:tr w:rsidR="00E97CBC" w:rsidRPr="00CE3FC9" w14:paraId="2E8F1E7B" w14:textId="77777777" w:rsidTr="00A6669C">
        <w:trPr>
          <w:jc w:val="center"/>
        </w:trPr>
        <w:tc>
          <w:tcPr>
            <w:tcW w:w="9749" w:type="dxa"/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14:paraId="172791AE" w14:textId="77777777" w:rsidR="00E97CBC" w:rsidRPr="00CE3FC9" w:rsidRDefault="00E97CBC" w:rsidP="00A6669C">
            <w:pPr>
              <w:spacing w:before="40" w:after="4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>1. 창작 및 AI 책임</w:t>
            </w:r>
            <w:r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본 출품작은 직접 기획·제작한 작품입니다. AI 도구 활용은 가능하나, 이에 따른 저작권 등 법적 문제가 발생할 경우 모든 책임은 지원자에게 있습니다.</w:t>
            </w:r>
            <w:r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</w:r>
          </w:p>
          <w:p w14:paraId="640C7FAC" w14:textId="77777777" w:rsidR="00E97CBC" w:rsidRPr="00CE3FC9" w:rsidRDefault="00E97CBC" w:rsidP="00A6669C">
            <w:pPr>
              <w:spacing w:before="40" w:after="4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>2.</w:t>
            </w:r>
            <w:r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 xml:space="preserve"> </w:t>
            </w:r>
            <w:r w:rsidRPr="00CE3FC9"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>제출 규격 준수</w:t>
            </w:r>
            <w:r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글 분야는 PDF 파일 제출(A4 2~5매, 고딕 계열 지정 폰트, 본문 10~11pt,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줄간격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160%)이 필수이며, 영상 분야 분량(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숏폼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60초 이내,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롱폼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3~5분 이내) 및 규격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미준수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시 심사에서 불이익을 받을 수 있음에 동의합니다.</w:t>
            </w:r>
            <w:r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</w:r>
          </w:p>
          <w:p w14:paraId="4E8AE3EB" w14:textId="77777777" w:rsidR="00E97CBC" w:rsidRPr="00CE3FC9" w:rsidRDefault="00E97CBC" w:rsidP="00A6669C">
            <w:pPr>
              <w:spacing w:before="40" w:after="4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>3. 표절 금지 및 환수</w:t>
            </w:r>
            <w:r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br/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타 공모전 수상작, 표절·도용 작품은 응모할 수 없으며, 수상 후라도 수상이 취소되고 지급된 상품(상품권/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기프티콘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)은 전액 환수됩니다.</w:t>
            </w:r>
            <w:r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</w:r>
          </w:p>
          <w:p w14:paraId="41568091" w14:textId="77777777" w:rsidR="00E97CBC" w:rsidRPr="00CE3FC9" w:rsidRDefault="00E97CBC" w:rsidP="00A6669C">
            <w:pPr>
              <w:spacing w:before="40" w:after="40"/>
              <w:rPr>
                <w:rFonts w:ascii="맑은 고딕" w:eastAsia="맑은 고딕" w:hAnsi="맑은 고딕"/>
                <w:lang w:eastAsia="ko-KR"/>
              </w:rPr>
            </w:pPr>
            <w:r w:rsidRPr="00CE3FC9">
              <w:rPr>
                <w:rFonts w:ascii="맑은 고딕" w:eastAsia="맑은 고딕" w:hAnsi="맑은 고딕"/>
                <w:b/>
                <w:color w:val="1E293B"/>
                <w:sz w:val="17"/>
                <w:lang w:eastAsia="ko-KR"/>
              </w:rPr>
              <w:t>4. 시상식 및 상품 지급</w:t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  <w:t xml:space="preserve">  • 시상식 개최 시 수상자에 한해 참석 안내가 진행될 수 있습니다.</w:t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  <w:t xml:space="preserve">  • 시상 상품은 장려상(모바일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기프티콘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), 기타 수상 팀(상품권)으로 구분되어 지급됩니다.</w:t>
            </w:r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br/>
              <w:t xml:space="preserve">  • 연락처 오기재로 인한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오발송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시 </w:t>
            </w:r>
            <w:proofErr w:type="spellStart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>재발송되지</w:t>
            </w:r>
            <w:proofErr w:type="spellEnd"/>
            <w:r w:rsidRPr="00CE3FC9">
              <w:rPr>
                <w:rFonts w:ascii="맑은 고딕" w:eastAsia="맑은 고딕" w:hAnsi="맑은 고딕"/>
                <w:color w:val="475569"/>
                <w:sz w:val="17"/>
                <w:lang w:eastAsia="ko-KR"/>
              </w:rPr>
              <w:t xml:space="preserve"> 않습니다.</w:t>
            </w:r>
          </w:p>
        </w:tc>
      </w:tr>
    </w:tbl>
    <w:p w14:paraId="43912C6D" w14:textId="77777777" w:rsidR="00E97CBC" w:rsidRPr="00CE3FC9" w:rsidRDefault="00E97CBC" w:rsidP="00E97CBC">
      <w:pPr>
        <w:spacing w:before="240" w:after="80"/>
        <w:jc w:val="center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/>
          <w:b/>
          <w:color w:val="1A2B4C"/>
          <w:sz w:val="19"/>
          <w:lang w:eastAsia="ko-KR"/>
        </w:rPr>
        <w:br/>
      </w:r>
      <w:r w:rsidRPr="00CE3FC9">
        <w:rPr>
          <w:rFonts w:ascii="맑은 고딕" w:eastAsia="맑은 고딕" w:hAnsi="맑은 고딕"/>
          <w:b/>
          <w:color w:val="1A2B4C"/>
          <w:sz w:val="19"/>
          <w:lang w:eastAsia="ko-KR"/>
        </w:rPr>
        <w:t>위 내용을 충분히 숙지하였으며, &lt;도사구조대 공모전&gt; 참가를 정식으로 신청합니다.</w:t>
      </w:r>
    </w:p>
    <w:p w14:paraId="33621FF9" w14:textId="77777777" w:rsidR="00E97CBC" w:rsidRPr="00CE3FC9" w:rsidRDefault="00E97CBC" w:rsidP="00E97CBC">
      <w:pPr>
        <w:spacing w:before="80" w:after="120"/>
        <w:jc w:val="center"/>
        <w:rPr>
          <w:rFonts w:ascii="맑은 고딕" w:eastAsia="맑은 고딕" w:hAnsi="맑은 고딕"/>
          <w:lang w:eastAsia="ko-KR"/>
        </w:rPr>
      </w:pPr>
      <w:r w:rsidRPr="00CE3FC9">
        <w:rPr>
          <w:rFonts w:ascii="맑은 고딕" w:eastAsia="맑은 고딕" w:hAnsi="맑은 고딕"/>
          <w:color w:val="334155"/>
          <w:sz w:val="19"/>
          <w:lang w:eastAsia="ko-KR"/>
        </w:rPr>
        <w:t>2026년      월      일</w:t>
      </w:r>
      <w:r>
        <w:rPr>
          <w:rFonts w:ascii="맑은 고딕" w:eastAsia="맑은 고딕" w:hAnsi="맑은 고딕"/>
          <w:color w:val="334155"/>
          <w:sz w:val="19"/>
          <w:lang w:eastAsia="ko-KR"/>
        </w:rPr>
        <w:br/>
      </w:r>
    </w:p>
    <w:p w14:paraId="56716D25" w14:textId="77777777" w:rsidR="00E97CBC" w:rsidRPr="00CE3FC9" w:rsidRDefault="00E97CBC" w:rsidP="00E97CBC">
      <w:pPr>
        <w:spacing w:before="40" w:after="160"/>
        <w:jc w:val="right"/>
        <w:rPr>
          <w:rFonts w:ascii="맑은 고딕" w:eastAsia="맑은 고딕" w:hAnsi="맑은 고딕"/>
          <w:lang w:eastAsia="ko-KR"/>
        </w:rPr>
      </w:pPr>
      <w:r w:rsidRPr="00CE3FC9">
        <w:rPr>
          <w:rFonts w:ascii="맑은 고딕" w:eastAsia="맑은 고딕" w:hAnsi="맑은 고딕"/>
          <w:b/>
          <w:color w:val="1E293B"/>
          <w:sz w:val="20"/>
          <w:lang w:eastAsia="ko-KR"/>
        </w:rPr>
        <w:t>신청자(대표자</w:t>
      </w:r>
      <w:proofErr w:type="gramStart"/>
      <w:r w:rsidRPr="00CE3FC9">
        <w:rPr>
          <w:rFonts w:ascii="맑은 고딕" w:eastAsia="맑은 고딕" w:hAnsi="맑은 고딕"/>
          <w:b/>
          <w:color w:val="1E293B"/>
          <w:sz w:val="20"/>
          <w:lang w:eastAsia="ko-KR"/>
        </w:rPr>
        <w:t>) :</w:t>
      </w:r>
      <w:proofErr w:type="gramEnd"/>
      <w:r w:rsidRPr="00CE3FC9">
        <w:rPr>
          <w:rFonts w:ascii="맑은 고딕" w:eastAsia="맑은 고딕" w:hAnsi="맑은 고딕"/>
          <w:b/>
          <w:color w:val="1E293B"/>
          <w:sz w:val="20"/>
          <w:lang w:eastAsia="ko-KR"/>
        </w:rPr>
        <w:t xml:space="preserve">                           (서명 또는 인)    </w:t>
      </w:r>
    </w:p>
    <w:p w14:paraId="76195608" w14:textId="6D5A73FA" w:rsidR="00FA2EFF" w:rsidRDefault="00E97CBC" w:rsidP="00E97CBC">
      <w:pPr>
        <w:spacing w:before="80" w:after="0"/>
        <w:jc w:val="center"/>
        <w:rPr>
          <w:rFonts w:ascii="맑은 고딕" w:eastAsia="맑은 고딕" w:hAnsi="맑은 고딕"/>
          <w:b/>
          <w:color w:val="1A2B4C"/>
          <w:sz w:val="26"/>
          <w:lang w:eastAsia="ko-KR"/>
        </w:rPr>
      </w:pPr>
      <w:r w:rsidRPr="00CE3FC9">
        <w:rPr>
          <w:rFonts w:ascii="맑은 고딕" w:eastAsia="맑은 고딕" w:hAnsi="맑은 고딕"/>
          <w:b/>
          <w:color w:val="1A2B4C"/>
          <w:sz w:val="26"/>
          <w:lang w:eastAsia="ko-KR"/>
        </w:rPr>
        <w:t xml:space="preserve">법무법인 </w:t>
      </w:r>
      <w:proofErr w:type="spellStart"/>
      <w:r w:rsidRPr="00CE3FC9">
        <w:rPr>
          <w:rFonts w:ascii="맑은 고딕" w:eastAsia="맑은 고딕" w:hAnsi="맑은 고딕"/>
          <w:b/>
          <w:color w:val="1A2B4C"/>
          <w:sz w:val="26"/>
          <w:lang w:eastAsia="ko-KR"/>
        </w:rPr>
        <w:t>도시와사람</w:t>
      </w:r>
      <w:proofErr w:type="spellEnd"/>
      <w:r w:rsidRPr="00CE3FC9">
        <w:rPr>
          <w:rFonts w:ascii="맑은 고딕" w:eastAsia="맑은 고딕" w:hAnsi="맑은 고딕"/>
          <w:b/>
          <w:color w:val="1A2B4C"/>
          <w:sz w:val="26"/>
          <w:lang w:eastAsia="ko-KR"/>
        </w:rPr>
        <w:t xml:space="preserve"> 귀중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12"/>
        <w:gridCol w:w="3936"/>
      </w:tblGrid>
      <w:tr w:rsidR="005051DA" w14:paraId="6B070CC9" w14:textId="77777777" w:rsidTr="005051DA">
        <w:trPr>
          <w:jc w:val="center"/>
        </w:trPr>
        <w:tc>
          <w:tcPr>
            <w:tcW w:w="5812" w:type="dxa"/>
            <w:shd w:val="clear" w:color="auto" w:fill="1A2B4C"/>
            <w:tcMar>
              <w:top w:w="180" w:type="dxa"/>
              <w:left w:w="200" w:type="dxa"/>
              <w:bottom w:w="180" w:type="dxa"/>
              <w:right w:w="100" w:type="dxa"/>
            </w:tcMar>
            <w:hideMark/>
          </w:tcPr>
          <w:p w14:paraId="42F7AE99" w14:textId="77777777" w:rsidR="005051DA" w:rsidRDefault="005051DA">
            <w:pPr>
              <w:spacing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38BDF8"/>
                <w:sz w:val="19"/>
                <w:lang w:eastAsia="ko-KR"/>
              </w:rPr>
              <w:lastRenderedPageBreak/>
              <w:t xml:space="preserve">[서류 2] </w:t>
            </w:r>
            <w:r>
              <w:rPr>
                <w:rFonts w:ascii="맑은 고딕" w:eastAsia="맑은 고딕" w:hAnsi="맑은 고딕" w:hint="eastAsia"/>
                <w:b/>
                <w:color w:val="BAE6FD"/>
                <w:sz w:val="19"/>
                <w:lang w:eastAsia="ko-KR"/>
              </w:rPr>
              <w:t>내 햇빛과 전망을 돌려줘!</w:t>
            </w:r>
          </w:p>
          <w:p w14:paraId="32F1F1CF" w14:textId="77777777" w:rsidR="005051DA" w:rsidRDefault="005051DA">
            <w:pPr>
              <w:spacing w:before="40" w:after="0"/>
              <w:rPr>
                <w:rFonts w:ascii="맑은 고딕" w:eastAsia="맑은 고딕" w:hAnsi="맑은 고딕"/>
                <w:lang w:eastAsia="ko-KR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  <w:sz w:val="30"/>
                <w:lang w:eastAsia="ko-KR"/>
              </w:rPr>
              <w:t>개인정보·저작권·초상권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FFFFFF"/>
                <w:sz w:val="30"/>
                <w:lang w:eastAsia="ko-KR"/>
              </w:rPr>
              <w:t xml:space="preserve"> 활용 동의서</w:t>
            </w:r>
          </w:p>
        </w:tc>
        <w:tc>
          <w:tcPr>
            <w:tcW w:w="3936" w:type="dxa"/>
            <w:shd w:val="clear" w:color="auto" w:fill="1A2B4C"/>
            <w:tcMar>
              <w:top w:w="180" w:type="dxa"/>
              <w:left w:w="100" w:type="dxa"/>
              <w:bottom w:w="180" w:type="dxa"/>
              <w:right w:w="200" w:type="dxa"/>
            </w:tcMar>
            <w:hideMark/>
          </w:tcPr>
          <w:p w14:paraId="06D66C57" w14:textId="77777777" w:rsidR="005051DA" w:rsidRDefault="005051DA">
            <w:pPr>
              <w:spacing w:before="80" w:after="0"/>
              <w:jc w:val="right"/>
              <w:rPr>
                <w:rFonts w:ascii="맑은 고딕" w:eastAsia="맑은 고딕" w:hAnsi="맑은 고딕"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</w:rPr>
              <w:t>법무법인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b/>
                <w:color w:val="FFFFFF"/>
              </w:rPr>
              <w:t>도시와사람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FFFFFF"/>
              </w:rPr>
              <w:br/>
            </w:r>
            <w:r>
              <w:rPr>
                <w:rFonts w:ascii="맑은 고딕" w:eastAsia="맑은 고딕" w:hAnsi="맑은 고딕" w:hint="eastAsia"/>
                <w:color w:val="94A3B8"/>
                <w:sz w:val="16"/>
              </w:rPr>
              <w:t>Law Firm Urban &amp; Human</w:t>
            </w:r>
          </w:p>
        </w:tc>
      </w:tr>
    </w:tbl>
    <w:p w14:paraId="08826A4B" w14:textId="77777777" w:rsidR="005051DA" w:rsidRDefault="005051DA" w:rsidP="005051DA">
      <w:pPr>
        <w:spacing w:before="40" w:after="160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lang w:eastAsia="ko-KR"/>
        </w:rPr>
        <w:br/>
      </w:r>
      <w:r>
        <w:rPr>
          <w:rFonts w:ascii="맑은 고딕" w:eastAsia="맑은 고딕" w:hAnsi="맑은 고딕" w:hint="eastAsia"/>
          <w:color w:val="334155"/>
          <w:sz w:val="19"/>
          <w:lang w:eastAsia="ko-KR"/>
        </w:rPr>
        <w:t xml:space="preserve">법무법인 </w:t>
      </w:r>
      <w:proofErr w:type="spellStart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>도시와사람이</w:t>
      </w:r>
      <w:proofErr w:type="spellEnd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 xml:space="preserve"> 주최하는 </w:t>
      </w: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&lt;도사구조대 </w:t>
      </w:r>
      <w:proofErr w:type="gramStart"/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>공모전 :</w:t>
      </w:r>
      <w:proofErr w:type="gramEnd"/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 내 햇빛과 전망을 돌려줘!&gt;</w:t>
      </w:r>
      <w:r>
        <w:rPr>
          <w:rFonts w:ascii="맑은 고딕" w:eastAsia="맑은 고딕" w:hAnsi="맑은 고딕" w:hint="eastAsia"/>
          <w:color w:val="334155"/>
          <w:sz w:val="19"/>
          <w:lang w:eastAsia="ko-KR"/>
        </w:rPr>
        <w:t xml:space="preserve"> 참가를 위해 아래와 같이 개인정보 </w:t>
      </w:r>
      <w:proofErr w:type="spellStart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>수집·이용</w:t>
      </w:r>
      <w:proofErr w:type="spellEnd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 xml:space="preserve"> 및 </w:t>
      </w:r>
      <w:proofErr w:type="spellStart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>저작권·초상권</w:t>
      </w:r>
      <w:proofErr w:type="spellEnd"/>
      <w:r>
        <w:rPr>
          <w:rFonts w:ascii="맑은 고딕" w:eastAsia="맑은 고딕" w:hAnsi="맑은 고딕" w:hint="eastAsia"/>
          <w:color w:val="334155"/>
          <w:sz w:val="19"/>
          <w:lang w:eastAsia="ko-KR"/>
        </w:rPr>
        <w:t xml:space="preserve"> 활용에 대한 동의를 구합니다.</w:t>
      </w:r>
    </w:p>
    <w:p w14:paraId="0E3468AF" w14:textId="77777777" w:rsidR="005051DA" w:rsidRDefault="005051DA" w:rsidP="005051DA">
      <w:pPr>
        <w:keepNext/>
        <w:spacing w:before="200" w:after="80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21"/>
          <w:lang w:eastAsia="ko-KR"/>
        </w:rPr>
        <w:t>■ 1. 개인정보 수집 이용 동의 (필수)</w:t>
      </w:r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</w:tblBorders>
        <w:tblLook w:val="04A0" w:firstRow="1" w:lastRow="0" w:firstColumn="1" w:lastColumn="0" w:noHBand="0" w:noVBand="1"/>
      </w:tblPr>
      <w:tblGrid>
        <w:gridCol w:w="9749"/>
      </w:tblGrid>
      <w:tr w:rsidR="005051DA" w14:paraId="156100D0" w14:textId="77777777" w:rsidTr="005051DA">
        <w:trPr>
          <w:jc w:val="center"/>
        </w:trPr>
        <w:tc>
          <w:tcPr>
            <w:tcW w:w="9749" w:type="dxa"/>
            <w:tcBorders>
              <w:top w:val="single" w:sz="6" w:space="0" w:color="CBD5E1"/>
              <w:left w:val="nil"/>
              <w:bottom w:val="single" w:sz="6" w:space="0" w:color="CBD5E1"/>
              <w:right w:val="nil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0BA0C636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</w:t>
            </w:r>
            <w:proofErr w:type="spellStart"/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>수집·이용</w:t>
            </w:r>
            <w:proofErr w:type="spellEnd"/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 목적: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공모전 본인 확인, 작품 심사, 결과 발표, 시상식 참석 안내 및 상품(</w:t>
            </w:r>
            <w:proofErr w:type="spellStart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기프티콘</w:t>
            </w:r>
            <w:proofErr w:type="spellEnd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) 발송</w:t>
            </w:r>
          </w:p>
          <w:p w14:paraId="31E0C7C8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수집 항목: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성명, 생년월일, 연락처(휴대폰 번호), 이메일, 주소</w:t>
            </w:r>
          </w:p>
          <w:p w14:paraId="175D060C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보유 및 이용 기간: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공모전 종료, 시상식 진행 및 상품 발송 완료 후 3개월 이내 파기 (단, 관계 법령에 따라 보존할 필요가 있는 경우 해당 기간 동안 보관)</w:t>
            </w:r>
          </w:p>
          <w:p w14:paraId="66BDAB49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동의 거부 권리: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귀하는 개인정보 수집 동의를 거부할 권리가 있으나, 동의 거부 시 공모전 참가 및 상품 발송 대상에서 제외됩니다.</w:t>
            </w:r>
          </w:p>
        </w:tc>
      </w:tr>
    </w:tbl>
    <w:p w14:paraId="4568F79D" w14:textId="77777777" w:rsidR="005051DA" w:rsidRDefault="005051DA" w:rsidP="005051DA">
      <w:pPr>
        <w:spacing w:before="80" w:after="160"/>
        <w:jc w:val="right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개인정보 수집 및 이용에 동의하십니까?   </w:t>
      </w:r>
      <w:r>
        <w:rPr>
          <w:rFonts w:ascii="Segoe UI Symbol" w:eastAsia="맑은 고딕" w:hAnsi="Segoe UI Symbol" w:cs="Segoe UI Symbol"/>
          <w:b/>
          <w:color w:val="0F172A"/>
          <w:sz w:val="19"/>
          <w:lang w:eastAsia="ko-KR"/>
        </w:rPr>
        <w:t>☐</w:t>
      </w:r>
      <w:r>
        <w:rPr>
          <w:rFonts w:ascii="맑은 고딕" w:eastAsia="맑은 고딕" w:hAnsi="맑은 고딕" w:hint="eastAsia"/>
          <w:b/>
          <w:color w:val="0F172A"/>
          <w:sz w:val="19"/>
          <w:lang w:eastAsia="ko-KR"/>
        </w:rPr>
        <w:t xml:space="preserve"> 동의함     </w:t>
      </w:r>
      <w:r>
        <w:rPr>
          <w:rFonts w:ascii="Segoe UI Symbol" w:eastAsia="맑은 고딕" w:hAnsi="Segoe UI Symbol" w:cs="Segoe UI Symbol"/>
          <w:b/>
          <w:color w:val="0F172A"/>
          <w:sz w:val="19"/>
          <w:lang w:eastAsia="ko-KR"/>
        </w:rPr>
        <w:t>☐</w:t>
      </w:r>
      <w:r>
        <w:rPr>
          <w:rFonts w:ascii="맑은 고딕" w:eastAsia="맑은 고딕" w:hAnsi="맑은 고딕" w:hint="eastAsia"/>
          <w:b/>
          <w:color w:val="0F172A"/>
          <w:sz w:val="19"/>
          <w:lang w:eastAsia="ko-KR"/>
        </w:rPr>
        <w:t xml:space="preserve"> 동의하지 않음    </w:t>
      </w:r>
    </w:p>
    <w:p w14:paraId="66F029E2" w14:textId="77777777" w:rsidR="005051DA" w:rsidRDefault="005051DA" w:rsidP="005051DA">
      <w:pPr>
        <w:keepNext/>
        <w:spacing w:before="200" w:after="80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21"/>
          <w:lang w:eastAsia="ko-KR"/>
        </w:rPr>
        <w:t>■ 2. 저작권 및 출품작 활용 동의 (필수)</w:t>
      </w:r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</w:tblBorders>
        <w:tblLook w:val="04A0" w:firstRow="1" w:lastRow="0" w:firstColumn="1" w:lastColumn="0" w:noHBand="0" w:noVBand="1"/>
      </w:tblPr>
      <w:tblGrid>
        <w:gridCol w:w="9749"/>
      </w:tblGrid>
      <w:tr w:rsidR="005051DA" w14:paraId="51035CE4" w14:textId="77777777" w:rsidTr="005051DA">
        <w:trPr>
          <w:jc w:val="center"/>
        </w:trPr>
        <w:tc>
          <w:tcPr>
            <w:tcW w:w="9749" w:type="dxa"/>
            <w:tcBorders>
              <w:top w:val="single" w:sz="6" w:space="0" w:color="CBD5E1"/>
              <w:left w:val="nil"/>
              <w:bottom w:val="single" w:sz="6" w:space="0" w:color="CBD5E1"/>
              <w:right w:val="nil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2683B9DD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저작권 귀속: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출품작의 저작권은 작성자(지원자)에게 있습니다.</w:t>
            </w:r>
          </w:p>
          <w:p w14:paraId="267E294E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주최 측 활용 권한: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 xml:space="preserve">주최 측(법무법인 </w:t>
            </w:r>
            <w:proofErr w:type="spellStart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도시와사람</w:t>
            </w:r>
            <w:proofErr w:type="spellEnd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 xml:space="preserve">)은 수상작에 한해 공모전 홍보, 공식 홈페이지/SNS 게시, 언론 보도, </w:t>
            </w:r>
            <w:proofErr w:type="spellStart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사례집</w:t>
            </w:r>
            <w:proofErr w:type="spellEnd"/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 xml:space="preserve"> 제작 등의 목적에 한하여 작품을 무상으로 활용(일부 편집 및 가공 포함)할 수 있습니다.</w:t>
            </w:r>
          </w:p>
        </w:tc>
      </w:tr>
    </w:tbl>
    <w:p w14:paraId="090F8294" w14:textId="77777777" w:rsidR="005051DA" w:rsidRDefault="005051DA" w:rsidP="005051DA">
      <w:pPr>
        <w:spacing w:before="80" w:after="160"/>
        <w:jc w:val="right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저작권 및 출품작 홍보 활용에 동의하십니까?   </w:t>
      </w:r>
      <w:r>
        <w:rPr>
          <w:rFonts w:ascii="Segoe UI Symbol" w:eastAsia="맑은 고딕" w:hAnsi="Segoe UI Symbol" w:cs="Segoe UI Symbol"/>
          <w:b/>
          <w:color w:val="0F172A"/>
          <w:sz w:val="19"/>
          <w:lang w:eastAsia="ko-KR"/>
        </w:rPr>
        <w:t>☐</w:t>
      </w:r>
      <w:r>
        <w:rPr>
          <w:rFonts w:ascii="맑은 고딕" w:eastAsia="맑은 고딕" w:hAnsi="맑은 고딕" w:hint="eastAsia"/>
          <w:b/>
          <w:color w:val="0F172A"/>
          <w:sz w:val="19"/>
          <w:lang w:eastAsia="ko-KR"/>
        </w:rPr>
        <w:t xml:space="preserve"> 동의함     </w:t>
      </w:r>
      <w:r>
        <w:rPr>
          <w:rFonts w:ascii="Segoe UI Symbol" w:eastAsia="맑은 고딕" w:hAnsi="Segoe UI Symbol" w:cs="Segoe UI Symbol"/>
          <w:b/>
          <w:color w:val="0F172A"/>
          <w:sz w:val="19"/>
          <w:lang w:eastAsia="ko-KR"/>
        </w:rPr>
        <w:t>☐</w:t>
      </w:r>
      <w:r>
        <w:rPr>
          <w:rFonts w:ascii="맑은 고딕" w:eastAsia="맑은 고딕" w:hAnsi="맑은 고딕" w:hint="eastAsia"/>
          <w:b/>
          <w:color w:val="0F172A"/>
          <w:sz w:val="19"/>
          <w:lang w:eastAsia="ko-KR"/>
        </w:rPr>
        <w:t xml:space="preserve"> 동의하지 않음    </w:t>
      </w:r>
    </w:p>
    <w:p w14:paraId="331122E3" w14:textId="77777777" w:rsidR="005051DA" w:rsidRDefault="005051DA" w:rsidP="005051DA">
      <w:pPr>
        <w:keepNext/>
        <w:spacing w:before="200" w:after="80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21"/>
          <w:lang w:eastAsia="ko-KR"/>
        </w:rPr>
        <w:t>■ 3. 제3자 권리(</w:t>
      </w:r>
      <w:proofErr w:type="spellStart"/>
      <w:r>
        <w:rPr>
          <w:rFonts w:ascii="맑은 고딕" w:eastAsia="맑은 고딕" w:hAnsi="맑은 고딕" w:hint="eastAsia"/>
          <w:b/>
          <w:color w:val="1A2B4C"/>
          <w:sz w:val="21"/>
          <w:lang w:eastAsia="ko-KR"/>
        </w:rPr>
        <w:t>저작권·초상권</w:t>
      </w:r>
      <w:proofErr w:type="spellEnd"/>
      <w:r>
        <w:rPr>
          <w:rFonts w:ascii="맑은 고딕" w:eastAsia="맑은 고딕" w:hAnsi="맑은 고딕" w:hint="eastAsia"/>
          <w:b/>
          <w:color w:val="1A2B4C"/>
          <w:sz w:val="21"/>
          <w:lang w:eastAsia="ko-KR"/>
        </w:rPr>
        <w:t>) 사전 확보 확인 (필수)</w:t>
      </w:r>
    </w:p>
    <w:tbl>
      <w:tblPr>
        <w:tblW w:w="0" w:type="auto"/>
        <w:jc w:val="center"/>
        <w:tblBorders>
          <w:top w:val="single" w:sz="6" w:space="0" w:color="CBD5E1"/>
          <w:bottom w:val="single" w:sz="6" w:space="0" w:color="CBD5E1"/>
        </w:tblBorders>
        <w:tblLook w:val="04A0" w:firstRow="1" w:lastRow="0" w:firstColumn="1" w:lastColumn="0" w:noHBand="0" w:noVBand="1"/>
      </w:tblPr>
      <w:tblGrid>
        <w:gridCol w:w="9749"/>
      </w:tblGrid>
      <w:tr w:rsidR="005051DA" w14:paraId="08AFE768" w14:textId="77777777" w:rsidTr="005051DA">
        <w:trPr>
          <w:jc w:val="center"/>
        </w:trPr>
        <w:tc>
          <w:tcPr>
            <w:tcW w:w="9749" w:type="dxa"/>
            <w:tcBorders>
              <w:top w:val="single" w:sz="6" w:space="0" w:color="CBD5E1"/>
              <w:left w:val="nil"/>
              <w:bottom w:val="single" w:sz="6" w:space="0" w:color="CBD5E1"/>
              <w:right w:val="nil"/>
            </w:tcBorders>
            <w:shd w:val="clear" w:color="auto" w:fill="F8FAFC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14:paraId="33741E01" w14:textId="77777777" w:rsidR="005051DA" w:rsidRDefault="005051DA">
            <w:pPr>
              <w:spacing w:before="20" w:after="40"/>
              <w:rPr>
                <w:rFonts w:ascii="맑은 고딕" w:eastAsia="맑은 고딕" w:hAnsi="맑은 고딕"/>
                <w:lang w:eastAsia="ko-KR"/>
              </w:rPr>
            </w:pPr>
            <w:r>
              <w:rPr>
                <w:rFonts w:ascii="맑은 고딕" w:eastAsia="맑은 고딕" w:hAnsi="맑은 고딕" w:hint="eastAsia"/>
                <w:b/>
                <w:color w:val="1E293B"/>
                <w:sz w:val="17"/>
                <w:lang w:eastAsia="ko-KR"/>
              </w:rPr>
              <w:t xml:space="preserve">• 권리 확보 확인: </w:t>
            </w:r>
            <w:r>
              <w:rPr>
                <w:rFonts w:ascii="맑은 고딕" w:eastAsia="맑은 고딕" w:hAnsi="맑은 고딕" w:hint="eastAsia"/>
                <w:color w:val="475569"/>
                <w:sz w:val="17"/>
                <w:lang w:eastAsia="ko-KR"/>
              </w:rPr>
              <w:t>출품작에 사용된 음원, 폰트, 이미지, 영상, AI 창작물 소스 및 출연자의 초상권 등 제3자의 지식재산권은 적법하게 확보되었음을 확인하며, 이와 관련한 법적 분쟁 발생 시 모든 책임은 지원자에게 있습니다.</w:t>
            </w:r>
          </w:p>
        </w:tc>
      </w:tr>
    </w:tbl>
    <w:p w14:paraId="5F4D287E" w14:textId="77777777" w:rsidR="005051DA" w:rsidRDefault="005051DA" w:rsidP="005051DA">
      <w:pPr>
        <w:spacing w:before="80" w:after="240"/>
        <w:jc w:val="right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제3자 권리(저작권/초상권) 침해 문제가 없음을 확인합니까?   </w:t>
      </w:r>
      <w:r>
        <w:rPr>
          <w:rFonts w:ascii="Segoe UI Symbol" w:eastAsia="맑은 고딕" w:hAnsi="Segoe UI Symbol" w:cs="Segoe UI Symbol"/>
          <w:b/>
          <w:color w:val="0F172A"/>
          <w:sz w:val="19"/>
          <w:lang w:eastAsia="ko-KR"/>
        </w:rPr>
        <w:t>☐</w:t>
      </w:r>
      <w:r>
        <w:rPr>
          <w:rFonts w:ascii="맑은 고딕" w:eastAsia="맑은 고딕" w:hAnsi="맑은 고딕" w:hint="eastAsia"/>
          <w:b/>
          <w:color w:val="0F172A"/>
          <w:sz w:val="19"/>
          <w:lang w:eastAsia="ko-KR"/>
        </w:rPr>
        <w:t xml:space="preserve"> 확인 완료    </w:t>
      </w:r>
    </w:p>
    <w:p w14:paraId="2E174DF4" w14:textId="77777777" w:rsidR="005051DA" w:rsidRDefault="005051DA" w:rsidP="005051DA">
      <w:pPr>
        <w:spacing w:before="280" w:after="80"/>
        <w:jc w:val="center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br/>
        <w:t xml:space="preserve">본인은 상기 내용을 충분히 이해하였으며, </w:t>
      </w:r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br/>
        <w:t xml:space="preserve">법무법인 </w:t>
      </w:r>
      <w:proofErr w:type="spellStart"/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>도시와사람의</w:t>
      </w:r>
      <w:proofErr w:type="spellEnd"/>
      <w:r>
        <w:rPr>
          <w:rFonts w:ascii="맑은 고딕" w:eastAsia="맑은 고딕" w:hAnsi="맑은 고딕" w:hint="eastAsia"/>
          <w:b/>
          <w:color w:val="1A2B4C"/>
          <w:sz w:val="19"/>
          <w:lang w:eastAsia="ko-KR"/>
        </w:rPr>
        <w:t xml:space="preserve"> &lt;도사구조대 공모전&gt; 참가를 위해 동의서를 제출합니다.</w:t>
      </w:r>
    </w:p>
    <w:p w14:paraId="4F165DDC" w14:textId="77777777" w:rsidR="005051DA" w:rsidRDefault="005051DA" w:rsidP="005051DA">
      <w:pPr>
        <w:spacing w:before="80" w:after="160"/>
        <w:jc w:val="center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color w:val="334155"/>
          <w:sz w:val="19"/>
          <w:lang w:eastAsia="ko-KR"/>
        </w:rPr>
        <w:t>2026년      월      일</w:t>
      </w:r>
      <w:r>
        <w:rPr>
          <w:rFonts w:ascii="맑은 고딕" w:eastAsia="맑은 고딕" w:hAnsi="맑은 고딕" w:hint="eastAsia"/>
          <w:color w:val="334155"/>
          <w:sz w:val="19"/>
          <w:lang w:eastAsia="ko-KR"/>
        </w:rPr>
        <w:br/>
      </w:r>
    </w:p>
    <w:p w14:paraId="281BA10F" w14:textId="77777777" w:rsidR="005051DA" w:rsidRDefault="005051DA" w:rsidP="005051DA">
      <w:pPr>
        <w:spacing w:before="80" w:after="240"/>
        <w:jc w:val="right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E293B"/>
          <w:sz w:val="20"/>
          <w:lang w:eastAsia="ko-KR"/>
        </w:rPr>
        <w:t xml:space="preserve">지원자 </w:t>
      </w:r>
      <w:proofErr w:type="gramStart"/>
      <w:r>
        <w:rPr>
          <w:rFonts w:ascii="맑은 고딕" w:eastAsia="맑은 고딕" w:hAnsi="맑은 고딕" w:hint="eastAsia"/>
          <w:b/>
          <w:color w:val="1E293B"/>
          <w:sz w:val="20"/>
          <w:lang w:eastAsia="ko-KR"/>
        </w:rPr>
        <w:t>성명 :</w:t>
      </w:r>
      <w:proofErr w:type="gramEnd"/>
      <w:r>
        <w:rPr>
          <w:rFonts w:ascii="맑은 고딕" w:eastAsia="맑은 고딕" w:hAnsi="맑은 고딕" w:hint="eastAsia"/>
          <w:b/>
          <w:color w:val="1E293B"/>
          <w:sz w:val="20"/>
          <w:lang w:eastAsia="ko-KR"/>
        </w:rPr>
        <w:t xml:space="preserve">                           (서명 또는 인)    </w:t>
      </w:r>
      <w:r>
        <w:rPr>
          <w:rFonts w:ascii="맑은 고딕" w:eastAsia="맑은 고딕" w:hAnsi="맑은 고딕" w:hint="eastAsia"/>
          <w:b/>
          <w:color w:val="1E293B"/>
          <w:sz w:val="20"/>
          <w:lang w:eastAsia="ko-KR"/>
        </w:rPr>
        <w:br/>
      </w:r>
    </w:p>
    <w:p w14:paraId="422032A2" w14:textId="2A5AC5CC" w:rsidR="005051DA" w:rsidRPr="005051DA" w:rsidRDefault="005051DA" w:rsidP="005051DA">
      <w:pPr>
        <w:spacing w:before="80" w:after="0"/>
        <w:jc w:val="center"/>
        <w:rPr>
          <w:rFonts w:ascii="맑은 고딕" w:eastAsia="맑은 고딕" w:hAnsi="맑은 고딕"/>
          <w:lang w:eastAsia="ko-KR"/>
        </w:rPr>
      </w:pPr>
      <w:r>
        <w:rPr>
          <w:rFonts w:ascii="맑은 고딕" w:eastAsia="맑은 고딕" w:hAnsi="맑은 고딕" w:hint="eastAsia"/>
          <w:b/>
          <w:color w:val="1A2B4C"/>
          <w:sz w:val="26"/>
          <w:lang w:eastAsia="ko-KR"/>
        </w:rPr>
        <w:t xml:space="preserve">법무법인 </w:t>
      </w:r>
      <w:proofErr w:type="spellStart"/>
      <w:r>
        <w:rPr>
          <w:rFonts w:ascii="맑은 고딕" w:eastAsia="맑은 고딕" w:hAnsi="맑은 고딕" w:hint="eastAsia"/>
          <w:b/>
          <w:color w:val="1A2B4C"/>
          <w:sz w:val="26"/>
          <w:lang w:eastAsia="ko-KR"/>
        </w:rPr>
        <w:t>도시와사람</w:t>
      </w:r>
      <w:proofErr w:type="spellEnd"/>
      <w:r>
        <w:rPr>
          <w:rFonts w:ascii="맑은 고딕" w:eastAsia="맑은 고딕" w:hAnsi="맑은 고딕" w:hint="eastAsia"/>
          <w:b/>
          <w:color w:val="1A2B4C"/>
          <w:sz w:val="26"/>
          <w:lang w:eastAsia="ko-KR"/>
        </w:rPr>
        <w:t xml:space="preserve"> 귀중</w:t>
      </w:r>
    </w:p>
    <w:sectPr w:rsidR="005051DA" w:rsidRPr="005051DA" w:rsidSect="00034616"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779A5" w14:textId="77777777" w:rsidR="009E5E8F" w:rsidRDefault="009E5E8F" w:rsidP="00603A79">
      <w:pPr>
        <w:spacing w:after="0" w:line="240" w:lineRule="auto"/>
      </w:pPr>
      <w:r>
        <w:separator/>
      </w:r>
    </w:p>
  </w:endnote>
  <w:endnote w:type="continuationSeparator" w:id="0">
    <w:p w14:paraId="3613480E" w14:textId="77777777" w:rsidR="009E5E8F" w:rsidRDefault="009E5E8F" w:rsidP="00603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FE4DB" w14:textId="77777777" w:rsidR="009E5E8F" w:rsidRDefault="009E5E8F" w:rsidP="00603A79">
      <w:pPr>
        <w:spacing w:after="0" w:line="240" w:lineRule="auto"/>
      </w:pPr>
      <w:r>
        <w:separator/>
      </w:r>
    </w:p>
  </w:footnote>
  <w:footnote w:type="continuationSeparator" w:id="0">
    <w:p w14:paraId="4F07C8A5" w14:textId="77777777" w:rsidR="009E5E8F" w:rsidRDefault="009E5E8F" w:rsidP="00603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51DA"/>
    <w:rsid w:val="00603A79"/>
    <w:rsid w:val="009E5E8F"/>
    <w:rsid w:val="00AA1D8D"/>
    <w:rsid w:val="00B47730"/>
    <w:rsid w:val="00CB0664"/>
    <w:rsid w:val="00E97CBC"/>
    <w:rsid w:val="00FA2E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B5D8F5"/>
  <w14:defaultImageDpi w14:val="300"/>
  <w15:docId w15:val="{72FC95B4-F8C6-4C36-A60C-A1926576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4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111DF2-7363-4746-B302-4651D52D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2026-09-08T02:28:00Z</dcterms:modified>
  <cp:category/>
</cp:coreProperties>
</file>