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2F8701" w14:textId="77777777" w:rsidR="00D55C08" w:rsidRDefault="00000000">
      <w:pPr>
        <w:spacing w:before="240" w:after="20" w:line="240" w:lineRule="auto"/>
        <w:jc w:val="center"/>
        <w:rPr>
          <w:rFonts w:hint="eastAsia"/>
          <w:lang w:eastAsia="ko-KR"/>
        </w:rPr>
      </w:pPr>
      <w:r>
        <w:rPr>
          <w:b/>
          <w:sz w:val="28"/>
          <w:lang w:eastAsia="ko-KR"/>
        </w:rPr>
        <w:t xml:space="preserve">2026 </w:t>
      </w:r>
      <w:proofErr w:type="spellStart"/>
      <w:r>
        <w:rPr>
          <w:b/>
          <w:sz w:val="28"/>
          <w:lang w:eastAsia="ko-KR"/>
        </w:rPr>
        <w:t>한국탄소산업진흥원</w:t>
      </w:r>
      <w:proofErr w:type="spellEnd"/>
      <w:r>
        <w:rPr>
          <w:b/>
          <w:sz w:val="28"/>
          <w:lang w:eastAsia="ko-KR"/>
        </w:rPr>
        <w:t xml:space="preserve"> </w:t>
      </w:r>
      <w:r>
        <w:rPr>
          <w:b/>
          <w:sz w:val="28"/>
          <w:lang w:eastAsia="ko-KR"/>
        </w:rPr>
        <w:t>대국민</w:t>
      </w:r>
      <w:r>
        <w:rPr>
          <w:b/>
          <w:sz w:val="28"/>
          <w:lang w:eastAsia="ko-KR"/>
        </w:rPr>
        <w:t xml:space="preserve"> </w:t>
      </w:r>
      <w:r>
        <w:rPr>
          <w:b/>
          <w:sz w:val="28"/>
          <w:lang w:eastAsia="ko-KR"/>
        </w:rPr>
        <w:t>아이디어</w:t>
      </w:r>
      <w:r>
        <w:rPr>
          <w:b/>
          <w:sz w:val="28"/>
          <w:lang w:eastAsia="ko-KR"/>
        </w:rPr>
        <w:t xml:space="preserve"> </w:t>
      </w:r>
      <w:r>
        <w:rPr>
          <w:b/>
          <w:sz w:val="28"/>
          <w:lang w:eastAsia="ko-KR"/>
        </w:rPr>
        <w:t>공모전</w:t>
      </w:r>
    </w:p>
    <w:p w14:paraId="625B1F48" w14:textId="77777777" w:rsidR="00D55C08" w:rsidRPr="002773C2" w:rsidRDefault="00000000" w:rsidP="002773C2">
      <w:pPr>
        <w:spacing w:after="0" w:line="240" w:lineRule="auto"/>
        <w:jc w:val="center"/>
        <w:rPr>
          <w:rFonts w:hint="eastAsia"/>
          <w:b/>
          <w:sz w:val="36"/>
          <w:lang w:eastAsia="ko-KR"/>
        </w:rPr>
      </w:pPr>
      <w:r>
        <w:rPr>
          <w:b/>
          <w:sz w:val="36"/>
          <w:lang w:eastAsia="ko-KR"/>
        </w:rPr>
        <w:t>「</w:t>
      </w:r>
      <w:r w:rsidR="002773C2">
        <w:rPr>
          <w:rFonts w:hint="eastAsia"/>
          <w:b/>
          <w:sz w:val="36"/>
          <w:lang w:eastAsia="ko-KR"/>
        </w:rPr>
        <w:t>탄소</w:t>
      </w:r>
      <w:r w:rsidR="002773C2">
        <w:rPr>
          <w:rFonts w:hint="eastAsia"/>
          <w:b/>
          <w:sz w:val="36"/>
          <w:lang w:eastAsia="ko-KR"/>
        </w:rPr>
        <w:t>,</w:t>
      </w:r>
      <w:r w:rsidR="002773C2">
        <w:rPr>
          <w:b/>
          <w:sz w:val="36"/>
          <w:lang w:eastAsia="ko-KR"/>
        </w:rPr>
        <w:t xml:space="preserve"> </w:t>
      </w:r>
      <w:r w:rsidR="002773C2">
        <w:rPr>
          <w:rFonts w:hint="eastAsia"/>
          <w:b/>
          <w:sz w:val="36"/>
          <w:lang w:eastAsia="ko-KR"/>
        </w:rPr>
        <w:t>다시</w:t>
      </w:r>
      <w:r w:rsidR="002773C2">
        <w:rPr>
          <w:rFonts w:hint="eastAsia"/>
          <w:b/>
          <w:sz w:val="36"/>
          <w:lang w:eastAsia="ko-KR"/>
        </w:rPr>
        <w:t xml:space="preserve"> </w:t>
      </w:r>
      <w:r w:rsidR="002773C2">
        <w:rPr>
          <w:rFonts w:hint="eastAsia"/>
          <w:b/>
          <w:sz w:val="36"/>
          <w:lang w:eastAsia="ko-KR"/>
        </w:rPr>
        <w:t>보다</w:t>
      </w:r>
      <w:r>
        <w:rPr>
          <w:b/>
          <w:sz w:val="36"/>
          <w:lang w:eastAsia="ko-KR"/>
        </w:rPr>
        <w:t>」</w:t>
      </w:r>
    </w:p>
    <w:p w14:paraId="5CCBF8E7" w14:textId="77777777" w:rsidR="00D55C08" w:rsidRDefault="00000000">
      <w:pPr>
        <w:spacing w:before="20" w:after="120" w:line="240" w:lineRule="auto"/>
        <w:jc w:val="center"/>
        <w:rPr>
          <w:rFonts w:hint="eastAsia"/>
          <w:lang w:eastAsia="ko-KR"/>
        </w:rPr>
      </w:pPr>
      <w:r>
        <w:rPr>
          <w:b/>
          <w:sz w:val="32"/>
          <w:lang w:eastAsia="ko-KR"/>
        </w:rPr>
        <w:t xml:space="preserve">AI </w:t>
      </w:r>
      <w:r>
        <w:rPr>
          <w:b/>
          <w:sz w:val="32"/>
          <w:lang w:eastAsia="ko-KR"/>
        </w:rPr>
        <w:t>콘텐츠</w:t>
      </w:r>
      <w:r>
        <w:rPr>
          <w:b/>
          <w:sz w:val="32"/>
          <w:lang w:eastAsia="ko-KR"/>
        </w:rPr>
        <w:t xml:space="preserve"> </w:t>
      </w:r>
      <w:r w:rsidR="002773C2">
        <w:rPr>
          <w:rFonts w:hint="eastAsia"/>
          <w:b/>
          <w:sz w:val="32"/>
          <w:lang w:eastAsia="ko-KR"/>
        </w:rPr>
        <w:t>공모전</w:t>
      </w:r>
      <w:r>
        <w:rPr>
          <w:b/>
          <w:sz w:val="32"/>
          <w:lang w:eastAsia="ko-KR"/>
        </w:rPr>
        <w:t xml:space="preserve"> </w:t>
      </w:r>
      <w:r>
        <w:rPr>
          <w:b/>
          <w:sz w:val="32"/>
          <w:lang w:eastAsia="ko-KR"/>
        </w:rPr>
        <w:t>모집요강</w:t>
      </w:r>
    </w:p>
    <w:p w14:paraId="18189767" w14:textId="77777777" w:rsidR="00D55C08" w:rsidRDefault="00000000">
      <w:pPr>
        <w:spacing w:before="20" w:after="20" w:line="312" w:lineRule="auto"/>
        <w:ind w:left="113" w:hanging="113"/>
        <w:rPr>
          <w:rFonts w:hint="eastAsia"/>
          <w:lang w:eastAsia="ko-KR"/>
        </w:rPr>
      </w:pPr>
      <w:r>
        <w:rPr>
          <w:b/>
          <w:lang w:eastAsia="ko-KR"/>
        </w:rPr>
        <w:t xml:space="preserve">○ </w:t>
      </w:r>
      <w:r>
        <w:rPr>
          <w:lang w:eastAsia="ko-KR"/>
        </w:rPr>
        <w:t>(</w:t>
      </w:r>
      <w:r>
        <w:rPr>
          <w:lang w:eastAsia="ko-KR"/>
        </w:rPr>
        <w:t>공모기간</w:t>
      </w:r>
      <w:r>
        <w:rPr>
          <w:lang w:eastAsia="ko-KR"/>
        </w:rPr>
        <w:t xml:space="preserve">) 2026. 9. </w:t>
      </w:r>
      <w:proofErr w:type="gramStart"/>
      <w:r>
        <w:rPr>
          <w:lang w:eastAsia="ko-KR"/>
        </w:rPr>
        <w:t>2</w:t>
      </w:r>
      <w:r w:rsidR="002773C2">
        <w:rPr>
          <w:lang w:eastAsia="ko-KR"/>
        </w:rPr>
        <w:t>9</w:t>
      </w:r>
      <w:r>
        <w:rPr>
          <w:lang w:eastAsia="ko-KR"/>
        </w:rPr>
        <w:t>.(</w:t>
      </w:r>
      <w:proofErr w:type="gramEnd"/>
      <w:r w:rsidR="002773C2">
        <w:rPr>
          <w:rFonts w:hint="eastAsia"/>
          <w:lang w:eastAsia="ko-KR"/>
        </w:rPr>
        <w:t>화</w:t>
      </w:r>
      <w:r>
        <w:rPr>
          <w:lang w:eastAsia="ko-KR"/>
        </w:rPr>
        <w:t xml:space="preserve">) ~ </w:t>
      </w:r>
      <w:r w:rsidR="002773C2">
        <w:rPr>
          <w:lang w:eastAsia="ko-KR"/>
        </w:rPr>
        <w:t>10</w:t>
      </w:r>
      <w:r>
        <w:rPr>
          <w:lang w:eastAsia="ko-KR"/>
        </w:rPr>
        <w:t xml:space="preserve">. </w:t>
      </w:r>
      <w:r w:rsidR="002773C2">
        <w:rPr>
          <w:lang w:eastAsia="ko-KR"/>
        </w:rPr>
        <w:t>19</w:t>
      </w:r>
      <w:r>
        <w:rPr>
          <w:lang w:eastAsia="ko-KR"/>
        </w:rPr>
        <w:t>.(</w:t>
      </w:r>
      <w:r w:rsidR="002773C2">
        <w:rPr>
          <w:rFonts w:hint="eastAsia"/>
          <w:lang w:eastAsia="ko-KR"/>
        </w:rPr>
        <w:t>월</w:t>
      </w:r>
      <w:r>
        <w:rPr>
          <w:lang w:eastAsia="ko-KR"/>
        </w:rPr>
        <w:t>)</w:t>
      </w:r>
    </w:p>
    <w:p w14:paraId="027509F6" w14:textId="77777777" w:rsidR="002773C2" w:rsidRDefault="00000000" w:rsidP="0031203E">
      <w:pPr>
        <w:spacing w:before="20" w:after="20" w:line="312" w:lineRule="auto"/>
        <w:ind w:left="113" w:hanging="113"/>
        <w:rPr>
          <w:rFonts w:hint="eastAsia"/>
          <w:lang w:eastAsia="ko-KR"/>
        </w:rPr>
      </w:pPr>
      <w:r>
        <w:rPr>
          <w:b/>
          <w:lang w:eastAsia="ko-KR"/>
        </w:rPr>
        <w:t xml:space="preserve">○ </w:t>
      </w:r>
      <w:r>
        <w:rPr>
          <w:lang w:eastAsia="ko-KR"/>
        </w:rPr>
        <w:t>(</w:t>
      </w:r>
      <w:r>
        <w:rPr>
          <w:lang w:eastAsia="ko-KR"/>
        </w:rPr>
        <w:t>참가대상</w:t>
      </w:r>
      <w:r>
        <w:rPr>
          <w:lang w:eastAsia="ko-KR"/>
        </w:rPr>
        <w:t xml:space="preserve">) </w:t>
      </w:r>
      <w:r>
        <w:rPr>
          <w:lang w:eastAsia="ko-KR"/>
        </w:rPr>
        <w:t>탄소산업에</w:t>
      </w:r>
      <w:r>
        <w:rPr>
          <w:lang w:eastAsia="ko-KR"/>
        </w:rPr>
        <w:t xml:space="preserve"> </w:t>
      </w:r>
      <w:r>
        <w:rPr>
          <w:lang w:eastAsia="ko-KR"/>
        </w:rPr>
        <w:t>관심</w:t>
      </w:r>
      <w:r>
        <w:rPr>
          <w:lang w:eastAsia="ko-KR"/>
        </w:rPr>
        <w:t xml:space="preserve"> </w:t>
      </w:r>
      <w:r>
        <w:rPr>
          <w:lang w:eastAsia="ko-KR"/>
        </w:rPr>
        <w:t>있는</w:t>
      </w:r>
      <w:r>
        <w:rPr>
          <w:lang w:eastAsia="ko-KR"/>
        </w:rPr>
        <w:t xml:space="preserve"> </w:t>
      </w:r>
      <w:r>
        <w:rPr>
          <w:lang w:eastAsia="ko-KR"/>
        </w:rPr>
        <w:t>대학</w:t>
      </w:r>
      <w:r w:rsidR="002773C2">
        <w:rPr>
          <w:rFonts w:hint="eastAsia"/>
          <w:lang w:eastAsia="ko-KR"/>
        </w:rPr>
        <w:t>(</w:t>
      </w:r>
      <w:r w:rsidR="002773C2">
        <w:rPr>
          <w:rFonts w:hint="eastAsia"/>
          <w:lang w:eastAsia="ko-KR"/>
        </w:rPr>
        <w:t>원</w:t>
      </w:r>
      <w:r w:rsidR="002773C2">
        <w:rPr>
          <w:rFonts w:hint="eastAsia"/>
          <w:lang w:eastAsia="ko-KR"/>
        </w:rPr>
        <w:t>)</w:t>
      </w:r>
      <w:r>
        <w:rPr>
          <w:lang w:eastAsia="ko-KR"/>
        </w:rPr>
        <w:t>생</w:t>
      </w:r>
      <w:r>
        <w:rPr>
          <w:lang w:eastAsia="ko-KR"/>
        </w:rPr>
        <w:t>·</w:t>
      </w:r>
      <w:r>
        <w:rPr>
          <w:lang w:eastAsia="ko-KR"/>
        </w:rPr>
        <w:t>일반인</w:t>
      </w:r>
      <w:r>
        <w:rPr>
          <w:lang w:eastAsia="ko-KR"/>
        </w:rPr>
        <w:t xml:space="preserve"> </w:t>
      </w:r>
      <w:r>
        <w:rPr>
          <w:lang w:eastAsia="ko-KR"/>
        </w:rPr>
        <w:t>누구나</w:t>
      </w:r>
    </w:p>
    <w:p w14:paraId="5F0BD70A" w14:textId="77777777" w:rsidR="00D55C08" w:rsidRDefault="00106AC8">
      <w:pPr>
        <w:spacing w:before="200" w:after="80" w:line="240" w:lineRule="auto"/>
        <w:rPr>
          <w:rFonts w:hint="eastAsia"/>
        </w:rPr>
      </w:pPr>
      <w:r>
        <w:rPr>
          <w:rFonts w:hint="eastAsia"/>
          <w:b/>
          <w:sz w:val="24"/>
          <w:lang w:eastAsia="ko-KR"/>
        </w:rPr>
        <w:t>1</w:t>
      </w:r>
      <w:r>
        <w:rPr>
          <w:b/>
          <w:sz w:val="24"/>
          <w:lang w:eastAsia="ko-KR"/>
        </w:rPr>
        <w:t xml:space="preserve">. </w:t>
      </w:r>
      <w:proofErr w:type="spellStart"/>
      <w:r>
        <w:rPr>
          <w:b/>
          <w:sz w:val="24"/>
        </w:rPr>
        <w:t>공모전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개요</w:t>
      </w:r>
      <w:proofErr w:type="spellEnd"/>
    </w:p>
    <w:tbl>
      <w:tblPr>
        <w:tblW w:w="0" w:type="auto"/>
        <w:jc w:val="center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Look w:val="04A0" w:firstRow="1" w:lastRow="0" w:firstColumn="1" w:lastColumn="0" w:noHBand="0" w:noVBand="1"/>
      </w:tblPr>
      <w:tblGrid>
        <w:gridCol w:w="1701"/>
        <w:gridCol w:w="7370"/>
      </w:tblGrid>
      <w:tr w:rsidR="00D55C08" w14:paraId="09B8A45D" w14:textId="77777777">
        <w:trPr>
          <w:jc w:val="center"/>
        </w:trPr>
        <w:tc>
          <w:tcPr>
            <w:tcW w:w="1701" w:type="dxa"/>
            <w:shd w:val="clear" w:color="auto" w:fill="E7E6E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4458F12" w14:textId="77777777" w:rsidR="00D55C08" w:rsidRDefault="00000000">
            <w:pPr>
              <w:spacing w:after="0"/>
              <w:jc w:val="center"/>
              <w:rPr>
                <w:rFonts w:hint="eastAsia"/>
              </w:rPr>
            </w:pPr>
            <w:proofErr w:type="spellStart"/>
            <w:r>
              <w:rPr>
                <w:b/>
                <w:sz w:val="18"/>
              </w:rPr>
              <w:t>구분</w:t>
            </w:r>
            <w:proofErr w:type="spellEnd"/>
          </w:p>
        </w:tc>
        <w:tc>
          <w:tcPr>
            <w:tcW w:w="7370" w:type="dxa"/>
            <w:shd w:val="clear" w:color="auto" w:fill="E7E6E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B8EA0B8" w14:textId="77777777" w:rsidR="00D55C08" w:rsidRDefault="00000000">
            <w:pPr>
              <w:spacing w:after="0"/>
              <w:jc w:val="center"/>
              <w:rPr>
                <w:rFonts w:hint="eastAsia"/>
              </w:rPr>
            </w:pPr>
            <w:r>
              <w:rPr>
                <w:b/>
                <w:sz w:val="18"/>
              </w:rPr>
              <w:t>내용</w:t>
            </w:r>
          </w:p>
        </w:tc>
      </w:tr>
      <w:tr w:rsidR="00D55C08" w14:paraId="6F20B317" w14:textId="77777777">
        <w:trPr>
          <w:jc w:val="center"/>
        </w:trPr>
        <w:tc>
          <w:tcPr>
            <w:tcW w:w="170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B863E62" w14:textId="77777777" w:rsidR="00D55C08" w:rsidRDefault="00000000">
            <w:pPr>
              <w:spacing w:after="0"/>
              <w:jc w:val="center"/>
              <w:rPr>
                <w:rFonts w:hint="eastAsia"/>
              </w:rPr>
            </w:pPr>
            <w:r>
              <w:rPr>
                <w:sz w:val="18"/>
              </w:rPr>
              <w:t>공모명</w:t>
            </w:r>
          </w:p>
        </w:tc>
        <w:tc>
          <w:tcPr>
            <w:tcW w:w="737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813EABA" w14:textId="77777777" w:rsidR="00D55C08" w:rsidRDefault="00000000">
            <w:pPr>
              <w:spacing w:after="0"/>
              <w:rPr>
                <w:rFonts w:hint="eastAsia"/>
                <w:lang w:eastAsia="ko-KR"/>
              </w:rPr>
            </w:pPr>
            <w:r>
              <w:rPr>
                <w:sz w:val="18"/>
                <w:lang w:eastAsia="ko-KR"/>
              </w:rPr>
              <w:t>「</w:t>
            </w:r>
            <w:r w:rsidR="00B568F5">
              <w:rPr>
                <w:rFonts w:hint="eastAsia"/>
                <w:sz w:val="18"/>
                <w:lang w:eastAsia="ko-KR"/>
              </w:rPr>
              <w:t>탄소</w:t>
            </w:r>
            <w:r w:rsidR="00B568F5">
              <w:rPr>
                <w:rFonts w:hint="eastAsia"/>
                <w:sz w:val="18"/>
                <w:lang w:eastAsia="ko-KR"/>
              </w:rPr>
              <w:t>,</w:t>
            </w:r>
            <w:r w:rsidR="00B568F5">
              <w:rPr>
                <w:sz w:val="18"/>
                <w:lang w:eastAsia="ko-KR"/>
              </w:rPr>
              <w:t xml:space="preserve"> </w:t>
            </w:r>
            <w:r w:rsidR="00B568F5">
              <w:rPr>
                <w:rFonts w:hint="eastAsia"/>
                <w:sz w:val="18"/>
                <w:lang w:eastAsia="ko-KR"/>
              </w:rPr>
              <w:t>다시</w:t>
            </w:r>
            <w:r w:rsidR="00B568F5">
              <w:rPr>
                <w:rFonts w:hint="eastAsia"/>
                <w:sz w:val="18"/>
                <w:lang w:eastAsia="ko-KR"/>
              </w:rPr>
              <w:t xml:space="preserve"> </w:t>
            </w:r>
            <w:r w:rsidR="00B568F5">
              <w:rPr>
                <w:rFonts w:hint="eastAsia"/>
                <w:sz w:val="18"/>
                <w:lang w:eastAsia="ko-KR"/>
              </w:rPr>
              <w:t>보다</w:t>
            </w:r>
            <w:r>
              <w:rPr>
                <w:sz w:val="18"/>
                <w:lang w:eastAsia="ko-KR"/>
              </w:rPr>
              <w:t>」</w:t>
            </w:r>
            <w:r>
              <w:rPr>
                <w:sz w:val="18"/>
                <w:lang w:eastAsia="ko-KR"/>
              </w:rPr>
              <w:t xml:space="preserve"> AI</w:t>
            </w:r>
            <w:r>
              <w:rPr>
                <w:sz w:val="18"/>
                <w:lang w:eastAsia="ko-KR"/>
              </w:rPr>
              <w:t>콘텐츠</w:t>
            </w:r>
            <w:r>
              <w:rPr>
                <w:sz w:val="18"/>
                <w:lang w:eastAsia="ko-KR"/>
              </w:rPr>
              <w:t xml:space="preserve"> </w:t>
            </w:r>
            <w:proofErr w:type="spellStart"/>
            <w:r>
              <w:rPr>
                <w:sz w:val="18"/>
                <w:lang w:eastAsia="ko-KR"/>
              </w:rPr>
              <w:t>챌린지</w:t>
            </w:r>
            <w:proofErr w:type="spellEnd"/>
          </w:p>
        </w:tc>
      </w:tr>
      <w:tr w:rsidR="00D55C08" w14:paraId="0D9D965B" w14:textId="77777777">
        <w:trPr>
          <w:jc w:val="center"/>
        </w:trPr>
        <w:tc>
          <w:tcPr>
            <w:tcW w:w="170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4836B2C" w14:textId="77777777" w:rsidR="00D55C08" w:rsidRDefault="00000000">
            <w:pPr>
              <w:spacing w:after="0"/>
              <w:jc w:val="center"/>
              <w:rPr>
                <w:rFonts w:hint="eastAsia"/>
              </w:rPr>
            </w:pPr>
            <w:proofErr w:type="spellStart"/>
            <w:r>
              <w:rPr>
                <w:sz w:val="18"/>
              </w:rPr>
              <w:t>공모주제</w:t>
            </w:r>
            <w:proofErr w:type="spellEnd"/>
          </w:p>
        </w:tc>
        <w:tc>
          <w:tcPr>
            <w:tcW w:w="737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0B34D87" w14:textId="77777777" w:rsidR="00D55C08" w:rsidRDefault="00000000">
            <w:pPr>
              <w:spacing w:after="0"/>
              <w:rPr>
                <w:rFonts w:hint="eastAsia"/>
                <w:sz w:val="18"/>
                <w:lang w:eastAsia="ko-KR"/>
              </w:rPr>
            </w:pPr>
            <w:r>
              <w:rPr>
                <w:sz w:val="18"/>
                <w:lang w:eastAsia="ko-KR"/>
              </w:rPr>
              <w:t>탄소소재에</w:t>
            </w:r>
            <w:r>
              <w:rPr>
                <w:sz w:val="18"/>
                <w:lang w:eastAsia="ko-KR"/>
              </w:rPr>
              <w:t xml:space="preserve"> </w:t>
            </w:r>
            <w:r>
              <w:rPr>
                <w:sz w:val="18"/>
                <w:lang w:eastAsia="ko-KR"/>
              </w:rPr>
              <w:t>대한</w:t>
            </w:r>
            <w:r>
              <w:rPr>
                <w:sz w:val="18"/>
                <w:lang w:eastAsia="ko-KR"/>
              </w:rPr>
              <w:t xml:space="preserve"> </w:t>
            </w:r>
            <w:r>
              <w:rPr>
                <w:sz w:val="18"/>
                <w:lang w:eastAsia="ko-KR"/>
              </w:rPr>
              <w:t>오해를</w:t>
            </w:r>
            <w:r>
              <w:rPr>
                <w:sz w:val="18"/>
                <w:lang w:eastAsia="ko-KR"/>
              </w:rPr>
              <w:t xml:space="preserve"> </w:t>
            </w:r>
            <w:r>
              <w:rPr>
                <w:sz w:val="18"/>
                <w:lang w:eastAsia="ko-KR"/>
              </w:rPr>
              <w:t>풀고</w:t>
            </w:r>
            <w:r>
              <w:rPr>
                <w:sz w:val="18"/>
                <w:lang w:eastAsia="ko-KR"/>
              </w:rPr>
              <w:t xml:space="preserve">, </w:t>
            </w:r>
            <w:r>
              <w:rPr>
                <w:sz w:val="18"/>
                <w:lang w:eastAsia="ko-KR"/>
              </w:rPr>
              <w:t>우리가</w:t>
            </w:r>
            <w:r>
              <w:rPr>
                <w:sz w:val="18"/>
                <w:lang w:eastAsia="ko-KR"/>
              </w:rPr>
              <w:t xml:space="preserve"> </w:t>
            </w:r>
            <w:r>
              <w:rPr>
                <w:sz w:val="18"/>
                <w:lang w:eastAsia="ko-KR"/>
              </w:rPr>
              <w:t>몰랐던</w:t>
            </w:r>
            <w:r>
              <w:rPr>
                <w:sz w:val="18"/>
                <w:lang w:eastAsia="ko-KR"/>
              </w:rPr>
              <w:t xml:space="preserve"> </w:t>
            </w:r>
            <w:r>
              <w:rPr>
                <w:sz w:val="18"/>
                <w:lang w:eastAsia="ko-KR"/>
              </w:rPr>
              <w:t>탄소소재</w:t>
            </w:r>
            <w:r>
              <w:rPr>
                <w:sz w:val="18"/>
                <w:lang w:eastAsia="ko-KR"/>
              </w:rPr>
              <w:t xml:space="preserve"> </w:t>
            </w:r>
            <w:r>
              <w:rPr>
                <w:sz w:val="18"/>
                <w:lang w:eastAsia="ko-KR"/>
              </w:rPr>
              <w:t>이야기를</w:t>
            </w:r>
            <w:r>
              <w:rPr>
                <w:sz w:val="18"/>
                <w:lang w:eastAsia="ko-KR"/>
              </w:rPr>
              <w:t xml:space="preserve"> </w:t>
            </w:r>
            <w:r>
              <w:rPr>
                <w:sz w:val="18"/>
                <w:lang w:eastAsia="ko-KR"/>
              </w:rPr>
              <w:t>들려주세요</w:t>
            </w:r>
            <w:r>
              <w:rPr>
                <w:sz w:val="18"/>
                <w:lang w:eastAsia="ko-KR"/>
              </w:rPr>
              <w:t>.</w:t>
            </w:r>
          </w:p>
          <w:p w14:paraId="09B20605" w14:textId="77777777" w:rsidR="002773C2" w:rsidRDefault="002773C2">
            <w:pPr>
              <w:spacing w:after="0"/>
              <w:rPr>
                <w:rFonts w:hint="eastAsia"/>
                <w:lang w:eastAsia="ko-KR"/>
              </w:rPr>
            </w:pPr>
            <w:r w:rsidRPr="002773C2">
              <w:rPr>
                <w:rFonts w:hint="eastAsia"/>
                <w:sz w:val="12"/>
                <w:szCs w:val="16"/>
                <w:lang w:eastAsia="ko-KR"/>
              </w:rPr>
              <w:t>E</w:t>
            </w:r>
            <w:r w:rsidRPr="002773C2">
              <w:rPr>
                <w:sz w:val="12"/>
                <w:szCs w:val="16"/>
                <w:lang w:eastAsia="ko-KR"/>
              </w:rPr>
              <w:t>x)</w:t>
            </w:r>
            <w:r w:rsidR="00B568F5">
              <w:rPr>
                <w:sz w:val="12"/>
                <w:szCs w:val="16"/>
                <w:lang w:eastAsia="ko-KR"/>
              </w:rPr>
              <w:t>’</w:t>
            </w:r>
            <w:r w:rsidR="00B568F5">
              <w:rPr>
                <w:rFonts w:hint="eastAsia"/>
                <w:sz w:val="12"/>
                <w:szCs w:val="16"/>
                <w:lang w:eastAsia="ko-KR"/>
              </w:rPr>
              <w:t>탄소</w:t>
            </w:r>
            <w:r w:rsidR="00B568F5">
              <w:rPr>
                <w:sz w:val="12"/>
                <w:szCs w:val="16"/>
                <w:lang w:eastAsia="ko-KR"/>
              </w:rPr>
              <w:t>’</w:t>
            </w:r>
            <w:r w:rsidR="00B568F5">
              <w:rPr>
                <w:rFonts w:hint="eastAsia"/>
                <w:sz w:val="12"/>
                <w:szCs w:val="16"/>
                <w:lang w:eastAsia="ko-KR"/>
              </w:rPr>
              <w:t>하면</w:t>
            </w:r>
            <w:r w:rsidR="00B568F5">
              <w:rPr>
                <w:rFonts w:hint="eastAsia"/>
                <w:sz w:val="12"/>
                <w:szCs w:val="16"/>
                <w:lang w:eastAsia="ko-KR"/>
              </w:rPr>
              <w:t xml:space="preserve"> </w:t>
            </w:r>
            <w:r w:rsidR="00B568F5">
              <w:rPr>
                <w:rFonts w:hint="eastAsia"/>
                <w:sz w:val="12"/>
                <w:szCs w:val="16"/>
                <w:lang w:eastAsia="ko-KR"/>
              </w:rPr>
              <w:t>이산화탄소</w:t>
            </w:r>
            <w:r w:rsidR="00B568F5">
              <w:rPr>
                <w:rFonts w:hint="eastAsia"/>
                <w:sz w:val="12"/>
                <w:szCs w:val="16"/>
                <w:lang w:eastAsia="ko-KR"/>
              </w:rPr>
              <w:t>(</w:t>
            </w:r>
            <w:r w:rsidR="00B568F5">
              <w:rPr>
                <w:sz w:val="12"/>
                <w:szCs w:val="16"/>
                <w:lang w:eastAsia="ko-KR"/>
              </w:rPr>
              <w:t>Co2)</w:t>
            </w:r>
            <w:r w:rsidR="00B568F5">
              <w:rPr>
                <w:rFonts w:hint="eastAsia"/>
                <w:sz w:val="12"/>
                <w:szCs w:val="16"/>
                <w:lang w:eastAsia="ko-KR"/>
              </w:rPr>
              <w:t>를</w:t>
            </w:r>
            <w:r w:rsidR="00B568F5">
              <w:rPr>
                <w:rFonts w:hint="eastAsia"/>
                <w:sz w:val="12"/>
                <w:szCs w:val="16"/>
                <w:lang w:eastAsia="ko-KR"/>
              </w:rPr>
              <w:t xml:space="preserve"> </w:t>
            </w:r>
            <w:r w:rsidR="00B568F5">
              <w:rPr>
                <w:rFonts w:hint="eastAsia"/>
                <w:sz w:val="12"/>
                <w:szCs w:val="16"/>
                <w:lang w:eastAsia="ko-KR"/>
              </w:rPr>
              <w:t>떠올</w:t>
            </w:r>
            <w:r w:rsidR="003F7CE7">
              <w:rPr>
                <w:rFonts w:hint="eastAsia"/>
                <w:sz w:val="12"/>
                <w:szCs w:val="16"/>
                <w:lang w:eastAsia="ko-KR"/>
              </w:rPr>
              <w:t>리는</w:t>
            </w:r>
            <w:r w:rsidR="00B568F5">
              <w:rPr>
                <w:rFonts w:hint="eastAsia"/>
                <w:sz w:val="12"/>
                <w:szCs w:val="16"/>
                <w:lang w:eastAsia="ko-KR"/>
              </w:rPr>
              <w:t xml:space="preserve"> </w:t>
            </w:r>
            <w:r w:rsidR="00B568F5">
              <w:rPr>
                <w:rFonts w:hint="eastAsia"/>
                <w:sz w:val="12"/>
                <w:szCs w:val="16"/>
                <w:lang w:eastAsia="ko-KR"/>
              </w:rPr>
              <w:t>많은</w:t>
            </w:r>
            <w:r w:rsidR="00B568F5">
              <w:rPr>
                <w:rFonts w:hint="eastAsia"/>
                <w:sz w:val="12"/>
                <w:szCs w:val="16"/>
                <w:lang w:eastAsia="ko-KR"/>
              </w:rPr>
              <w:t xml:space="preserve"> </w:t>
            </w:r>
            <w:r w:rsidR="00B568F5">
              <w:rPr>
                <w:rFonts w:hint="eastAsia"/>
                <w:sz w:val="12"/>
                <w:szCs w:val="16"/>
                <w:lang w:eastAsia="ko-KR"/>
              </w:rPr>
              <w:t>이들에게</w:t>
            </w:r>
            <w:r w:rsidR="00B568F5">
              <w:rPr>
                <w:rFonts w:hint="eastAsia"/>
                <w:sz w:val="12"/>
                <w:szCs w:val="16"/>
                <w:lang w:eastAsia="ko-KR"/>
              </w:rPr>
              <w:t xml:space="preserve"> </w:t>
            </w:r>
            <w:r w:rsidR="00B568F5">
              <w:rPr>
                <w:sz w:val="12"/>
                <w:szCs w:val="16"/>
                <w:lang w:eastAsia="ko-KR"/>
              </w:rPr>
              <w:t>‘</w:t>
            </w:r>
            <w:r w:rsidR="00B568F5">
              <w:rPr>
                <w:rFonts w:hint="eastAsia"/>
                <w:sz w:val="12"/>
                <w:szCs w:val="16"/>
                <w:lang w:eastAsia="ko-KR"/>
              </w:rPr>
              <w:t>탄소</w:t>
            </w:r>
            <w:r w:rsidR="00B568F5">
              <w:rPr>
                <w:sz w:val="12"/>
                <w:szCs w:val="16"/>
                <w:lang w:eastAsia="ko-KR"/>
              </w:rPr>
              <w:t>’</w:t>
            </w:r>
            <w:r w:rsidR="00B568F5">
              <w:rPr>
                <w:rFonts w:hint="eastAsia"/>
                <w:sz w:val="12"/>
                <w:szCs w:val="16"/>
                <w:lang w:eastAsia="ko-KR"/>
              </w:rPr>
              <w:t>의</w:t>
            </w:r>
            <w:r w:rsidR="00B568F5">
              <w:rPr>
                <w:rFonts w:hint="eastAsia"/>
                <w:sz w:val="12"/>
                <w:szCs w:val="16"/>
                <w:lang w:eastAsia="ko-KR"/>
              </w:rPr>
              <w:t xml:space="preserve"> </w:t>
            </w:r>
            <w:r w:rsidR="00B568F5">
              <w:rPr>
                <w:rFonts w:hint="eastAsia"/>
                <w:sz w:val="12"/>
                <w:szCs w:val="16"/>
                <w:lang w:eastAsia="ko-KR"/>
              </w:rPr>
              <w:t>또</w:t>
            </w:r>
            <w:r w:rsidR="00B568F5">
              <w:rPr>
                <w:rFonts w:hint="eastAsia"/>
                <w:sz w:val="12"/>
                <w:szCs w:val="16"/>
                <w:lang w:eastAsia="ko-KR"/>
              </w:rPr>
              <w:t xml:space="preserve"> </w:t>
            </w:r>
            <w:r w:rsidR="00B568F5">
              <w:rPr>
                <w:rFonts w:hint="eastAsia"/>
                <w:sz w:val="12"/>
                <w:szCs w:val="16"/>
                <w:lang w:eastAsia="ko-KR"/>
              </w:rPr>
              <w:t>다른</w:t>
            </w:r>
            <w:r w:rsidR="00B568F5">
              <w:rPr>
                <w:rFonts w:hint="eastAsia"/>
                <w:sz w:val="12"/>
                <w:szCs w:val="16"/>
                <w:lang w:eastAsia="ko-KR"/>
              </w:rPr>
              <w:t xml:space="preserve"> </w:t>
            </w:r>
            <w:r w:rsidR="00B568F5">
              <w:rPr>
                <w:rFonts w:hint="eastAsia"/>
                <w:sz w:val="12"/>
                <w:szCs w:val="16"/>
                <w:lang w:eastAsia="ko-KR"/>
              </w:rPr>
              <w:t>의미인</w:t>
            </w:r>
            <w:r w:rsidR="00B568F5">
              <w:rPr>
                <w:rFonts w:hint="eastAsia"/>
                <w:sz w:val="12"/>
                <w:szCs w:val="16"/>
                <w:lang w:eastAsia="ko-KR"/>
              </w:rPr>
              <w:t xml:space="preserve"> </w:t>
            </w:r>
            <w:r w:rsidR="00B568F5">
              <w:rPr>
                <w:rFonts w:hint="eastAsia"/>
                <w:sz w:val="12"/>
                <w:szCs w:val="16"/>
                <w:lang w:eastAsia="ko-KR"/>
              </w:rPr>
              <w:t>탄소소재를</w:t>
            </w:r>
            <w:r w:rsidR="00B568F5">
              <w:rPr>
                <w:rFonts w:hint="eastAsia"/>
                <w:sz w:val="12"/>
                <w:szCs w:val="16"/>
                <w:lang w:eastAsia="ko-KR"/>
              </w:rPr>
              <w:t xml:space="preserve"> </w:t>
            </w:r>
            <w:r w:rsidR="00B568F5">
              <w:rPr>
                <w:rFonts w:hint="eastAsia"/>
                <w:sz w:val="12"/>
                <w:szCs w:val="16"/>
                <w:lang w:eastAsia="ko-KR"/>
              </w:rPr>
              <w:t>쉽고</w:t>
            </w:r>
            <w:r w:rsidR="00B568F5">
              <w:rPr>
                <w:rFonts w:hint="eastAsia"/>
                <w:sz w:val="12"/>
                <w:szCs w:val="16"/>
                <w:lang w:eastAsia="ko-KR"/>
              </w:rPr>
              <w:t xml:space="preserve"> </w:t>
            </w:r>
            <w:r w:rsidR="00B568F5">
              <w:rPr>
                <w:rFonts w:hint="eastAsia"/>
                <w:sz w:val="12"/>
                <w:szCs w:val="16"/>
                <w:lang w:eastAsia="ko-KR"/>
              </w:rPr>
              <w:t>재미있게</w:t>
            </w:r>
            <w:r w:rsidR="00B568F5">
              <w:rPr>
                <w:rFonts w:hint="eastAsia"/>
                <w:sz w:val="12"/>
                <w:szCs w:val="16"/>
                <w:lang w:eastAsia="ko-KR"/>
              </w:rPr>
              <w:t xml:space="preserve"> </w:t>
            </w:r>
            <w:r w:rsidR="00B568F5">
              <w:rPr>
                <w:rFonts w:hint="eastAsia"/>
                <w:sz w:val="12"/>
                <w:szCs w:val="16"/>
                <w:lang w:eastAsia="ko-KR"/>
              </w:rPr>
              <w:t>전달해주세요</w:t>
            </w:r>
            <w:r w:rsidR="00B568F5">
              <w:rPr>
                <w:rFonts w:hint="eastAsia"/>
                <w:sz w:val="12"/>
                <w:szCs w:val="16"/>
                <w:lang w:eastAsia="ko-KR"/>
              </w:rPr>
              <w:t>.</w:t>
            </w:r>
          </w:p>
        </w:tc>
      </w:tr>
      <w:tr w:rsidR="00D55C08" w14:paraId="538F3C89" w14:textId="77777777">
        <w:trPr>
          <w:jc w:val="center"/>
        </w:trPr>
        <w:tc>
          <w:tcPr>
            <w:tcW w:w="170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19DDECC" w14:textId="77777777" w:rsidR="00D55C08" w:rsidRDefault="00000000">
            <w:pPr>
              <w:spacing w:after="0"/>
              <w:jc w:val="center"/>
              <w:rPr>
                <w:rFonts w:hint="eastAsia"/>
              </w:rPr>
            </w:pPr>
            <w:proofErr w:type="spellStart"/>
            <w:r>
              <w:rPr>
                <w:sz w:val="18"/>
              </w:rPr>
              <w:t>공모내용</w:t>
            </w:r>
            <w:proofErr w:type="spellEnd"/>
          </w:p>
        </w:tc>
        <w:tc>
          <w:tcPr>
            <w:tcW w:w="737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0792BB9" w14:textId="77777777" w:rsidR="00D55C08" w:rsidRDefault="00000000">
            <w:pPr>
              <w:spacing w:after="0"/>
              <w:rPr>
                <w:rFonts w:hint="eastAsia"/>
                <w:lang w:eastAsia="ko-KR"/>
              </w:rPr>
            </w:pPr>
            <w:r>
              <w:rPr>
                <w:sz w:val="18"/>
                <w:lang w:eastAsia="ko-KR"/>
              </w:rPr>
              <w:t>생성형</w:t>
            </w:r>
            <w:r>
              <w:rPr>
                <w:sz w:val="18"/>
                <w:lang w:eastAsia="ko-KR"/>
              </w:rPr>
              <w:t xml:space="preserve"> AI</w:t>
            </w:r>
            <w:r>
              <w:rPr>
                <w:sz w:val="18"/>
                <w:lang w:eastAsia="ko-KR"/>
              </w:rPr>
              <w:t>를</w:t>
            </w:r>
            <w:r>
              <w:rPr>
                <w:sz w:val="18"/>
                <w:lang w:eastAsia="ko-KR"/>
              </w:rPr>
              <w:t xml:space="preserve"> </w:t>
            </w:r>
            <w:r>
              <w:rPr>
                <w:sz w:val="18"/>
                <w:lang w:eastAsia="ko-KR"/>
              </w:rPr>
              <w:t>활용해</w:t>
            </w:r>
            <w:r>
              <w:rPr>
                <w:sz w:val="18"/>
                <w:lang w:eastAsia="ko-KR"/>
              </w:rPr>
              <w:t xml:space="preserve"> ‘</w:t>
            </w:r>
            <w:r>
              <w:rPr>
                <w:sz w:val="18"/>
                <w:lang w:eastAsia="ko-KR"/>
              </w:rPr>
              <w:t>탄소</w:t>
            </w:r>
            <w:r>
              <w:rPr>
                <w:sz w:val="18"/>
                <w:lang w:eastAsia="ko-KR"/>
              </w:rPr>
              <w:t>’</w:t>
            </w:r>
            <w:r>
              <w:rPr>
                <w:sz w:val="18"/>
                <w:lang w:eastAsia="ko-KR"/>
              </w:rPr>
              <w:t>와</w:t>
            </w:r>
            <w:r>
              <w:rPr>
                <w:sz w:val="18"/>
                <w:lang w:eastAsia="ko-KR"/>
              </w:rPr>
              <w:t xml:space="preserve"> ‘</w:t>
            </w:r>
            <w:r>
              <w:rPr>
                <w:sz w:val="18"/>
                <w:lang w:eastAsia="ko-KR"/>
              </w:rPr>
              <w:t>탄소소재</w:t>
            </w:r>
            <w:r>
              <w:rPr>
                <w:sz w:val="18"/>
                <w:lang w:eastAsia="ko-KR"/>
              </w:rPr>
              <w:t>’</w:t>
            </w:r>
            <w:r>
              <w:rPr>
                <w:sz w:val="18"/>
                <w:lang w:eastAsia="ko-KR"/>
              </w:rPr>
              <w:t>에</w:t>
            </w:r>
            <w:r>
              <w:rPr>
                <w:sz w:val="18"/>
                <w:lang w:eastAsia="ko-KR"/>
              </w:rPr>
              <w:t xml:space="preserve"> </w:t>
            </w:r>
            <w:r>
              <w:rPr>
                <w:sz w:val="18"/>
                <w:lang w:eastAsia="ko-KR"/>
              </w:rPr>
              <w:t>대한</w:t>
            </w:r>
            <w:r>
              <w:rPr>
                <w:sz w:val="18"/>
                <w:lang w:eastAsia="ko-KR"/>
              </w:rPr>
              <w:t xml:space="preserve"> </w:t>
            </w:r>
            <w:r>
              <w:rPr>
                <w:sz w:val="18"/>
                <w:lang w:eastAsia="ko-KR"/>
              </w:rPr>
              <w:t>오해를</w:t>
            </w:r>
            <w:r>
              <w:rPr>
                <w:sz w:val="18"/>
                <w:lang w:eastAsia="ko-KR"/>
              </w:rPr>
              <w:t xml:space="preserve"> </w:t>
            </w:r>
            <w:r>
              <w:rPr>
                <w:sz w:val="18"/>
                <w:lang w:eastAsia="ko-KR"/>
              </w:rPr>
              <w:t>해소하고</w:t>
            </w:r>
            <w:r>
              <w:rPr>
                <w:sz w:val="18"/>
                <w:lang w:eastAsia="ko-KR"/>
              </w:rPr>
              <w:t xml:space="preserve">, </w:t>
            </w:r>
            <w:r>
              <w:rPr>
                <w:sz w:val="18"/>
                <w:lang w:eastAsia="ko-KR"/>
              </w:rPr>
              <w:t>탄소소재의</w:t>
            </w:r>
            <w:r>
              <w:rPr>
                <w:sz w:val="18"/>
                <w:lang w:eastAsia="ko-KR"/>
              </w:rPr>
              <w:t xml:space="preserve"> </w:t>
            </w:r>
            <w:r>
              <w:rPr>
                <w:sz w:val="18"/>
                <w:lang w:eastAsia="ko-KR"/>
              </w:rPr>
              <w:t>특징</w:t>
            </w:r>
            <w:r>
              <w:rPr>
                <w:sz w:val="18"/>
                <w:lang w:eastAsia="ko-KR"/>
              </w:rPr>
              <w:t>·</w:t>
            </w:r>
            <w:r>
              <w:rPr>
                <w:sz w:val="18"/>
                <w:lang w:eastAsia="ko-KR"/>
              </w:rPr>
              <w:t>활용</w:t>
            </w:r>
            <w:r>
              <w:rPr>
                <w:sz w:val="18"/>
                <w:lang w:eastAsia="ko-KR"/>
              </w:rPr>
              <w:t>·</w:t>
            </w:r>
            <w:r>
              <w:rPr>
                <w:sz w:val="18"/>
                <w:lang w:eastAsia="ko-KR"/>
              </w:rPr>
              <w:t>가치를</w:t>
            </w:r>
            <w:r>
              <w:rPr>
                <w:sz w:val="18"/>
                <w:lang w:eastAsia="ko-KR"/>
              </w:rPr>
              <w:t xml:space="preserve"> </w:t>
            </w:r>
            <w:r>
              <w:rPr>
                <w:sz w:val="18"/>
                <w:lang w:eastAsia="ko-KR"/>
              </w:rPr>
              <w:t>쉽고</w:t>
            </w:r>
            <w:r>
              <w:rPr>
                <w:sz w:val="18"/>
                <w:lang w:eastAsia="ko-KR"/>
              </w:rPr>
              <w:t xml:space="preserve"> </w:t>
            </w:r>
            <w:r>
              <w:rPr>
                <w:sz w:val="18"/>
                <w:lang w:eastAsia="ko-KR"/>
              </w:rPr>
              <w:t>재미있게</w:t>
            </w:r>
            <w:r>
              <w:rPr>
                <w:sz w:val="18"/>
                <w:lang w:eastAsia="ko-KR"/>
              </w:rPr>
              <w:t xml:space="preserve"> </w:t>
            </w:r>
            <w:r>
              <w:rPr>
                <w:sz w:val="18"/>
                <w:lang w:eastAsia="ko-KR"/>
              </w:rPr>
              <w:t>알릴</w:t>
            </w:r>
            <w:r>
              <w:rPr>
                <w:sz w:val="18"/>
                <w:lang w:eastAsia="ko-KR"/>
              </w:rPr>
              <w:t xml:space="preserve"> </w:t>
            </w:r>
            <w:r>
              <w:rPr>
                <w:sz w:val="18"/>
                <w:lang w:eastAsia="ko-KR"/>
              </w:rPr>
              <w:t>수</w:t>
            </w:r>
            <w:r>
              <w:rPr>
                <w:sz w:val="18"/>
                <w:lang w:eastAsia="ko-KR"/>
              </w:rPr>
              <w:t xml:space="preserve"> </w:t>
            </w:r>
            <w:r>
              <w:rPr>
                <w:sz w:val="18"/>
                <w:lang w:eastAsia="ko-KR"/>
              </w:rPr>
              <w:t>있는</w:t>
            </w:r>
            <w:r>
              <w:rPr>
                <w:sz w:val="18"/>
                <w:lang w:eastAsia="ko-KR"/>
              </w:rPr>
              <w:t xml:space="preserve"> </w:t>
            </w:r>
            <w:r>
              <w:rPr>
                <w:sz w:val="18"/>
                <w:lang w:eastAsia="ko-KR"/>
              </w:rPr>
              <w:t>이미지</w:t>
            </w:r>
            <w:r>
              <w:rPr>
                <w:sz w:val="18"/>
                <w:lang w:eastAsia="ko-KR"/>
              </w:rPr>
              <w:t xml:space="preserve"> </w:t>
            </w:r>
            <w:r>
              <w:rPr>
                <w:sz w:val="18"/>
                <w:lang w:eastAsia="ko-KR"/>
              </w:rPr>
              <w:t>또는</w:t>
            </w:r>
            <w:r>
              <w:rPr>
                <w:sz w:val="18"/>
                <w:lang w:eastAsia="ko-KR"/>
              </w:rPr>
              <w:t xml:space="preserve"> </w:t>
            </w:r>
            <w:r>
              <w:rPr>
                <w:sz w:val="18"/>
                <w:lang w:eastAsia="ko-KR"/>
              </w:rPr>
              <w:t>영상</w:t>
            </w:r>
            <w:r>
              <w:rPr>
                <w:sz w:val="18"/>
                <w:lang w:eastAsia="ko-KR"/>
              </w:rPr>
              <w:t xml:space="preserve"> </w:t>
            </w:r>
            <w:r>
              <w:rPr>
                <w:sz w:val="18"/>
                <w:lang w:eastAsia="ko-KR"/>
              </w:rPr>
              <w:t>콘텐츠</w:t>
            </w:r>
            <w:r>
              <w:rPr>
                <w:sz w:val="18"/>
                <w:lang w:eastAsia="ko-KR"/>
              </w:rPr>
              <w:t xml:space="preserve"> </w:t>
            </w:r>
            <w:r>
              <w:rPr>
                <w:sz w:val="18"/>
                <w:lang w:eastAsia="ko-KR"/>
              </w:rPr>
              <w:t>제작</w:t>
            </w:r>
          </w:p>
        </w:tc>
      </w:tr>
      <w:tr w:rsidR="00D55C08" w14:paraId="74B27238" w14:textId="77777777">
        <w:trPr>
          <w:jc w:val="center"/>
        </w:trPr>
        <w:tc>
          <w:tcPr>
            <w:tcW w:w="170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91235ED" w14:textId="77777777" w:rsidR="00D55C08" w:rsidRDefault="00000000">
            <w:pPr>
              <w:spacing w:after="0"/>
              <w:jc w:val="center"/>
              <w:rPr>
                <w:rFonts w:hint="eastAsia"/>
              </w:rPr>
            </w:pPr>
            <w:proofErr w:type="spellStart"/>
            <w:r>
              <w:rPr>
                <w:sz w:val="18"/>
              </w:rPr>
              <w:t>참가대상</w:t>
            </w:r>
            <w:proofErr w:type="spellEnd"/>
          </w:p>
        </w:tc>
        <w:tc>
          <w:tcPr>
            <w:tcW w:w="737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AAB9CFE" w14:textId="77777777" w:rsidR="00D55C08" w:rsidRDefault="00000000">
            <w:pPr>
              <w:spacing w:after="0"/>
              <w:rPr>
                <w:rFonts w:hint="eastAsia"/>
                <w:lang w:eastAsia="ko-KR"/>
              </w:rPr>
            </w:pPr>
            <w:r>
              <w:rPr>
                <w:sz w:val="18"/>
                <w:lang w:eastAsia="ko-KR"/>
              </w:rPr>
              <w:t>탄소산업에</w:t>
            </w:r>
            <w:r>
              <w:rPr>
                <w:sz w:val="18"/>
                <w:lang w:eastAsia="ko-KR"/>
              </w:rPr>
              <w:t xml:space="preserve"> </w:t>
            </w:r>
            <w:r>
              <w:rPr>
                <w:sz w:val="18"/>
                <w:lang w:eastAsia="ko-KR"/>
              </w:rPr>
              <w:t>관심</w:t>
            </w:r>
            <w:r>
              <w:rPr>
                <w:sz w:val="18"/>
                <w:lang w:eastAsia="ko-KR"/>
              </w:rPr>
              <w:t xml:space="preserve"> </w:t>
            </w:r>
            <w:r>
              <w:rPr>
                <w:sz w:val="18"/>
                <w:lang w:eastAsia="ko-KR"/>
              </w:rPr>
              <w:t>있는</w:t>
            </w:r>
            <w:r>
              <w:rPr>
                <w:sz w:val="18"/>
                <w:lang w:eastAsia="ko-KR"/>
              </w:rPr>
              <w:t xml:space="preserve"> </w:t>
            </w:r>
            <w:r>
              <w:rPr>
                <w:sz w:val="18"/>
                <w:lang w:eastAsia="ko-KR"/>
              </w:rPr>
              <w:t>대학생</w:t>
            </w:r>
            <w:r>
              <w:rPr>
                <w:sz w:val="18"/>
                <w:lang w:eastAsia="ko-KR"/>
              </w:rPr>
              <w:t>·</w:t>
            </w:r>
            <w:r>
              <w:rPr>
                <w:sz w:val="18"/>
                <w:lang w:eastAsia="ko-KR"/>
              </w:rPr>
              <w:t>일반인</w:t>
            </w:r>
            <w:r>
              <w:rPr>
                <w:sz w:val="18"/>
                <w:lang w:eastAsia="ko-KR"/>
              </w:rPr>
              <w:t xml:space="preserve"> </w:t>
            </w:r>
            <w:r>
              <w:rPr>
                <w:sz w:val="18"/>
                <w:lang w:eastAsia="ko-KR"/>
              </w:rPr>
              <w:t>누구나</w:t>
            </w:r>
            <w:r>
              <w:rPr>
                <w:sz w:val="18"/>
                <w:lang w:eastAsia="ko-KR"/>
              </w:rPr>
              <w:t>(</w:t>
            </w:r>
            <w:r>
              <w:rPr>
                <w:sz w:val="18"/>
                <w:lang w:eastAsia="ko-KR"/>
              </w:rPr>
              <w:t>개인</w:t>
            </w:r>
            <w:r>
              <w:rPr>
                <w:sz w:val="18"/>
                <w:lang w:eastAsia="ko-KR"/>
              </w:rPr>
              <w:t xml:space="preserve"> </w:t>
            </w:r>
            <w:r>
              <w:rPr>
                <w:sz w:val="18"/>
                <w:lang w:eastAsia="ko-KR"/>
              </w:rPr>
              <w:t>또는</w:t>
            </w:r>
            <w:r>
              <w:rPr>
                <w:sz w:val="18"/>
                <w:lang w:eastAsia="ko-KR"/>
              </w:rPr>
              <w:t xml:space="preserve"> </w:t>
            </w:r>
            <w:r>
              <w:rPr>
                <w:sz w:val="18"/>
                <w:lang w:eastAsia="ko-KR"/>
              </w:rPr>
              <w:t>팀</w:t>
            </w:r>
            <w:r>
              <w:rPr>
                <w:sz w:val="18"/>
                <w:lang w:eastAsia="ko-KR"/>
              </w:rPr>
              <w:t xml:space="preserve"> </w:t>
            </w:r>
            <w:r>
              <w:rPr>
                <w:sz w:val="18"/>
                <w:lang w:eastAsia="ko-KR"/>
              </w:rPr>
              <w:t>참가</w:t>
            </w:r>
            <w:r>
              <w:rPr>
                <w:sz w:val="18"/>
                <w:lang w:eastAsia="ko-KR"/>
              </w:rPr>
              <w:t xml:space="preserve"> </w:t>
            </w:r>
            <w:r>
              <w:rPr>
                <w:sz w:val="18"/>
                <w:lang w:eastAsia="ko-KR"/>
              </w:rPr>
              <w:t>가능</w:t>
            </w:r>
            <w:r>
              <w:rPr>
                <w:sz w:val="18"/>
                <w:lang w:eastAsia="ko-KR"/>
              </w:rPr>
              <w:t>)</w:t>
            </w:r>
          </w:p>
        </w:tc>
      </w:tr>
      <w:tr w:rsidR="00D55C08" w14:paraId="0D10A0FE" w14:textId="77777777">
        <w:trPr>
          <w:jc w:val="center"/>
        </w:trPr>
        <w:tc>
          <w:tcPr>
            <w:tcW w:w="170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CD4C627" w14:textId="77777777" w:rsidR="00D55C08" w:rsidRDefault="00000000">
            <w:pPr>
              <w:spacing w:after="0"/>
              <w:jc w:val="center"/>
              <w:rPr>
                <w:rFonts w:hint="eastAsia"/>
              </w:rPr>
            </w:pPr>
            <w:proofErr w:type="spellStart"/>
            <w:r>
              <w:rPr>
                <w:sz w:val="18"/>
              </w:rPr>
              <w:t>공모기간</w:t>
            </w:r>
            <w:proofErr w:type="spellEnd"/>
          </w:p>
        </w:tc>
        <w:tc>
          <w:tcPr>
            <w:tcW w:w="737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9C2B118" w14:textId="77777777" w:rsidR="00D55C08" w:rsidRDefault="00000000">
            <w:pPr>
              <w:spacing w:after="0"/>
              <w:rPr>
                <w:rFonts w:hint="eastAsia"/>
              </w:rPr>
            </w:pPr>
            <w:r w:rsidRPr="000251E3">
              <w:rPr>
                <w:sz w:val="18"/>
                <w:highlight w:val="yellow"/>
              </w:rPr>
              <w:t>2026. 9. 2</w:t>
            </w:r>
            <w:r w:rsidR="000251E3" w:rsidRPr="000251E3">
              <w:rPr>
                <w:sz w:val="18"/>
                <w:highlight w:val="yellow"/>
              </w:rPr>
              <w:t>9</w:t>
            </w:r>
            <w:r w:rsidRPr="000251E3">
              <w:rPr>
                <w:sz w:val="18"/>
                <w:highlight w:val="yellow"/>
              </w:rPr>
              <w:t>.(</w:t>
            </w:r>
            <w:r w:rsidR="000251E3" w:rsidRPr="000251E3">
              <w:rPr>
                <w:rFonts w:hint="eastAsia"/>
                <w:sz w:val="18"/>
                <w:highlight w:val="yellow"/>
                <w:lang w:eastAsia="ko-KR"/>
              </w:rPr>
              <w:t>화</w:t>
            </w:r>
            <w:r w:rsidRPr="000251E3">
              <w:rPr>
                <w:sz w:val="18"/>
                <w:highlight w:val="yellow"/>
              </w:rPr>
              <w:t xml:space="preserve">) ~ 2026. 10. </w:t>
            </w:r>
            <w:proofErr w:type="gramStart"/>
            <w:r w:rsidR="000251E3" w:rsidRPr="000251E3">
              <w:rPr>
                <w:sz w:val="18"/>
                <w:highlight w:val="yellow"/>
              </w:rPr>
              <w:t>19</w:t>
            </w:r>
            <w:r w:rsidRPr="000251E3">
              <w:rPr>
                <w:sz w:val="18"/>
                <w:highlight w:val="yellow"/>
              </w:rPr>
              <w:t>.(</w:t>
            </w:r>
            <w:proofErr w:type="gramEnd"/>
            <w:r w:rsidR="000251E3" w:rsidRPr="000251E3">
              <w:rPr>
                <w:rFonts w:hint="eastAsia"/>
                <w:sz w:val="18"/>
                <w:highlight w:val="yellow"/>
                <w:lang w:eastAsia="ko-KR"/>
              </w:rPr>
              <w:t>월</w:t>
            </w:r>
            <w:r w:rsidRPr="000251E3">
              <w:rPr>
                <w:sz w:val="18"/>
                <w:highlight w:val="yellow"/>
              </w:rPr>
              <w:t xml:space="preserve">), </w:t>
            </w:r>
            <w:r w:rsidR="000251E3" w:rsidRPr="000251E3">
              <w:rPr>
                <w:sz w:val="18"/>
                <w:highlight w:val="yellow"/>
              </w:rPr>
              <w:t>2</w:t>
            </w:r>
            <w:r w:rsidRPr="000251E3">
              <w:rPr>
                <w:sz w:val="18"/>
                <w:highlight w:val="yellow"/>
              </w:rPr>
              <w:t>1</w:t>
            </w:r>
            <w:r w:rsidRPr="000251E3">
              <w:rPr>
                <w:sz w:val="18"/>
                <w:highlight w:val="yellow"/>
              </w:rPr>
              <w:t>일간</w:t>
            </w:r>
          </w:p>
        </w:tc>
      </w:tr>
      <w:tr w:rsidR="00D55C08" w14:paraId="0265DEAB" w14:textId="77777777">
        <w:trPr>
          <w:jc w:val="center"/>
        </w:trPr>
        <w:tc>
          <w:tcPr>
            <w:tcW w:w="170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1FCD763" w14:textId="77777777" w:rsidR="00D55C08" w:rsidRDefault="00000000">
            <w:pPr>
              <w:spacing w:after="0"/>
              <w:jc w:val="center"/>
              <w:rPr>
                <w:rFonts w:hint="eastAsia"/>
              </w:rPr>
            </w:pPr>
            <w:r>
              <w:rPr>
                <w:sz w:val="18"/>
              </w:rPr>
              <w:t>공모부문</w:t>
            </w:r>
          </w:p>
        </w:tc>
        <w:tc>
          <w:tcPr>
            <w:tcW w:w="737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BDFC3C2" w14:textId="77777777" w:rsidR="00D55C08" w:rsidRDefault="00000000">
            <w:pPr>
              <w:spacing w:after="0"/>
              <w:rPr>
                <w:rFonts w:hint="eastAsia"/>
                <w:lang w:eastAsia="ko-KR"/>
              </w:rPr>
            </w:pPr>
            <w:r w:rsidRPr="000251E3">
              <w:rPr>
                <w:sz w:val="18"/>
                <w:highlight w:val="yellow"/>
                <w:lang w:eastAsia="ko-KR"/>
              </w:rPr>
              <w:t xml:space="preserve">① </w:t>
            </w:r>
            <w:r w:rsidRPr="000251E3">
              <w:rPr>
                <w:sz w:val="18"/>
                <w:highlight w:val="yellow"/>
                <w:lang w:eastAsia="ko-KR"/>
              </w:rPr>
              <w:t>이미지</w:t>
            </w:r>
            <w:r w:rsidRPr="000251E3">
              <w:rPr>
                <w:sz w:val="18"/>
                <w:highlight w:val="yellow"/>
                <w:lang w:eastAsia="ko-KR"/>
              </w:rPr>
              <w:t xml:space="preserve"> </w:t>
            </w:r>
            <w:proofErr w:type="gramStart"/>
            <w:r w:rsidRPr="000251E3">
              <w:rPr>
                <w:sz w:val="18"/>
                <w:highlight w:val="yellow"/>
                <w:lang w:eastAsia="ko-KR"/>
              </w:rPr>
              <w:t>부문</w:t>
            </w:r>
            <w:r w:rsidRPr="000251E3">
              <w:rPr>
                <w:sz w:val="18"/>
                <w:highlight w:val="yellow"/>
                <w:lang w:eastAsia="ko-KR"/>
              </w:rPr>
              <w:t xml:space="preserve">  ②</w:t>
            </w:r>
            <w:proofErr w:type="gramEnd"/>
            <w:r w:rsidRPr="000251E3">
              <w:rPr>
                <w:sz w:val="18"/>
                <w:highlight w:val="yellow"/>
                <w:lang w:eastAsia="ko-KR"/>
              </w:rPr>
              <w:t xml:space="preserve"> </w:t>
            </w:r>
            <w:r w:rsidRPr="000251E3">
              <w:rPr>
                <w:sz w:val="18"/>
                <w:highlight w:val="yellow"/>
                <w:lang w:eastAsia="ko-KR"/>
              </w:rPr>
              <w:t>영상</w:t>
            </w:r>
            <w:r w:rsidRPr="000251E3">
              <w:rPr>
                <w:sz w:val="18"/>
                <w:highlight w:val="yellow"/>
                <w:lang w:eastAsia="ko-KR"/>
              </w:rPr>
              <w:t xml:space="preserve"> </w:t>
            </w:r>
            <w:r w:rsidRPr="000251E3">
              <w:rPr>
                <w:sz w:val="18"/>
                <w:highlight w:val="yellow"/>
                <w:lang w:eastAsia="ko-KR"/>
              </w:rPr>
              <w:t>부문</w:t>
            </w:r>
          </w:p>
        </w:tc>
      </w:tr>
      <w:tr w:rsidR="00D55C08" w14:paraId="5E52C532" w14:textId="77777777">
        <w:trPr>
          <w:jc w:val="center"/>
        </w:trPr>
        <w:tc>
          <w:tcPr>
            <w:tcW w:w="170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91BFCE5" w14:textId="77777777" w:rsidR="00D55C08" w:rsidRDefault="00000000">
            <w:pPr>
              <w:spacing w:after="0"/>
              <w:jc w:val="center"/>
              <w:rPr>
                <w:rFonts w:hint="eastAsia"/>
              </w:rPr>
            </w:pPr>
            <w:r>
              <w:rPr>
                <w:sz w:val="18"/>
              </w:rPr>
              <w:t xml:space="preserve">AI </w:t>
            </w:r>
            <w:proofErr w:type="spellStart"/>
            <w:r>
              <w:rPr>
                <w:sz w:val="18"/>
              </w:rPr>
              <w:t>활용</w:t>
            </w:r>
            <w:proofErr w:type="spellEnd"/>
          </w:p>
        </w:tc>
        <w:tc>
          <w:tcPr>
            <w:tcW w:w="737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1C1AE90" w14:textId="77777777" w:rsidR="00D55C08" w:rsidRDefault="00000000">
            <w:pPr>
              <w:spacing w:after="0"/>
              <w:rPr>
                <w:rFonts w:hint="eastAsia"/>
                <w:lang w:eastAsia="ko-KR"/>
              </w:rPr>
            </w:pPr>
            <w:r w:rsidRPr="000251E3">
              <w:rPr>
                <w:sz w:val="18"/>
                <w:highlight w:val="yellow"/>
                <w:lang w:eastAsia="ko-KR"/>
              </w:rPr>
              <w:t>생성형</w:t>
            </w:r>
            <w:r w:rsidRPr="000251E3">
              <w:rPr>
                <w:sz w:val="18"/>
                <w:highlight w:val="yellow"/>
                <w:lang w:eastAsia="ko-KR"/>
              </w:rPr>
              <w:t xml:space="preserve"> AI</w:t>
            </w:r>
            <w:r w:rsidRPr="000251E3">
              <w:rPr>
                <w:sz w:val="18"/>
                <w:highlight w:val="yellow"/>
                <w:lang w:eastAsia="ko-KR"/>
              </w:rPr>
              <w:t>를</w:t>
            </w:r>
            <w:r w:rsidRPr="000251E3">
              <w:rPr>
                <w:sz w:val="18"/>
                <w:highlight w:val="yellow"/>
                <w:lang w:eastAsia="ko-KR"/>
              </w:rPr>
              <w:t xml:space="preserve"> </w:t>
            </w:r>
            <w:r w:rsidRPr="000251E3">
              <w:rPr>
                <w:sz w:val="18"/>
                <w:highlight w:val="yellow"/>
                <w:lang w:eastAsia="ko-KR"/>
              </w:rPr>
              <w:t>제작</w:t>
            </w:r>
            <w:r w:rsidRPr="000251E3">
              <w:rPr>
                <w:sz w:val="18"/>
                <w:highlight w:val="yellow"/>
                <w:lang w:eastAsia="ko-KR"/>
              </w:rPr>
              <w:t xml:space="preserve"> </w:t>
            </w:r>
            <w:r w:rsidRPr="000251E3">
              <w:rPr>
                <w:sz w:val="18"/>
                <w:highlight w:val="yellow"/>
                <w:lang w:eastAsia="ko-KR"/>
              </w:rPr>
              <w:t>과정의</w:t>
            </w:r>
            <w:r w:rsidRPr="000251E3">
              <w:rPr>
                <w:sz w:val="18"/>
                <w:highlight w:val="yellow"/>
                <w:lang w:eastAsia="ko-KR"/>
              </w:rPr>
              <w:t xml:space="preserve"> </w:t>
            </w:r>
            <w:r w:rsidRPr="000251E3">
              <w:rPr>
                <w:sz w:val="18"/>
                <w:highlight w:val="yellow"/>
                <w:lang w:eastAsia="ko-KR"/>
              </w:rPr>
              <w:t>일부</w:t>
            </w:r>
            <w:r w:rsidRPr="000251E3">
              <w:rPr>
                <w:sz w:val="18"/>
                <w:highlight w:val="yellow"/>
                <w:lang w:eastAsia="ko-KR"/>
              </w:rPr>
              <w:t xml:space="preserve"> </w:t>
            </w:r>
            <w:r w:rsidRPr="000251E3">
              <w:rPr>
                <w:sz w:val="18"/>
                <w:highlight w:val="yellow"/>
                <w:lang w:eastAsia="ko-KR"/>
              </w:rPr>
              <w:t>또는</w:t>
            </w:r>
            <w:r w:rsidRPr="000251E3">
              <w:rPr>
                <w:sz w:val="18"/>
                <w:highlight w:val="yellow"/>
                <w:lang w:eastAsia="ko-KR"/>
              </w:rPr>
              <w:t xml:space="preserve"> </w:t>
            </w:r>
            <w:r w:rsidRPr="000251E3">
              <w:rPr>
                <w:sz w:val="18"/>
                <w:highlight w:val="yellow"/>
                <w:lang w:eastAsia="ko-KR"/>
              </w:rPr>
              <w:t>전부에</w:t>
            </w:r>
            <w:r w:rsidRPr="000251E3">
              <w:rPr>
                <w:sz w:val="18"/>
                <w:highlight w:val="yellow"/>
                <w:lang w:eastAsia="ko-KR"/>
              </w:rPr>
              <w:t xml:space="preserve"> </w:t>
            </w:r>
            <w:r w:rsidRPr="000251E3">
              <w:rPr>
                <w:sz w:val="18"/>
                <w:highlight w:val="yellow"/>
                <w:lang w:eastAsia="ko-KR"/>
              </w:rPr>
              <w:t>반드시</w:t>
            </w:r>
            <w:r w:rsidRPr="000251E3">
              <w:rPr>
                <w:sz w:val="18"/>
                <w:highlight w:val="yellow"/>
                <w:lang w:eastAsia="ko-KR"/>
              </w:rPr>
              <w:t xml:space="preserve"> </w:t>
            </w:r>
            <w:r w:rsidRPr="000251E3">
              <w:rPr>
                <w:sz w:val="18"/>
                <w:highlight w:val="yellow"/>
                <w:lang w:eastAsia="ko-KR"/>
              </w:rPr>
              <w:t>활용</w:t>
            </w:r>
          </w:p>
        </w:tc>
      </w:tr>
      <w:tr w:rsidR="00D55C08" w14:paraId="0CA411C9" w14:textId="77777777">
        <w:trPr>
          <w:jc w:val="center"/>
        </w:trPr>
        <w:tc>
          <w:tcPr>
            <w:tcW w:w="170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863E4CF" w14:textId="77777777" w:rsidR="00D55C08" w:rsidRDefault="00000000">
            <w:pPr>
              <w:spacing w:after="0"/>
              <w:jc w:val="center"/>
              <w:rPr>
                <w:rFonts w:hint="eastAsia"/>
              </w:rPr>
            </w:pPr>
            <w:proofErr w:type="spellStart"/>
            <w:r>
              <w:rPr>
                <w:sz w:val="18"/>
              </w:rPr>
              <w:t>시상</w:t>
            </w:r>
            <w:r>
              <w:rPr>
                <w:sz w:val="18"/>
              </w:rPr>
              <w:t>·</w:t>
            </w:r>
            <w:r>
              <w:rPr>
                <w:sz w:val="18"/>
              </w:rPr>
              <w:t>전시</w:t>
            </w:r>
            <w:proofErr w:type="spellEnd"/>
          </w:p>
        </w:tc>
        <w:tc>
          <w:tcPr>
            <w:tcW w:w="737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B4DA448" w14:textId="77777777" w:rsidR="00D55C08" w:rsidRDefault="00000000">
            <w:pPr>
              <w:spacing w:after="0"/>
              <w:rPr>
                <w:rFonts w:hint="eastAsia"/>
                <w:lang w:eastAsia="ko-KR"/>
              </w:rPr>
            </w:pPr>
            <w:r>
              <w:rPr>
                <w:sz w:val="18"/>
                <w:lang w:eastAsia="ko-KR"/>
              </w:rPr>
              <w:t>수상작은</w:t>
            </w:r>
            <w:r>
              <w:rPr>
                <w:sz w:val="18"/>
                <w:lang w:eastAsia="ko-KR"/>
              </w:rPr>
              <w:t xml:space="preserve"> </w:t>
            </w:r>
            <w:proofErr w:type="spellStart"/>
            <w:r>
              <w:rPr>
                <w:sz w:val="18"/>
                <w:lang w:eastAsia="ko-KR"/>
              </w:rPr>
              <w:t>한국탄소산업진흥원</w:t>
            </w:r>
            <w:proofErr w:type="spellEnd"/>
            <w:r>
              <w:rPr>
                <w:sz w:val="18"/>
                <w:lang w:eastAsia="ko-KR"/>
              </w:rPr>
              <w:t xml:space="preserve"> SNS </w:t>
            </w:r>
            <w:r>
              <w:rPr>
                <w:sz w:val="18"/>
                <w:lang w:eastAsia="ko-KR"/>
              </w:rPr>
              <w:t>채널을</w:t>
            </w:r>
            <w:r>
              <w:rPr>
                <w:sz w:val="18"/>
                <w:lang w:eastAsia="ko-KR"/>
              </w:rPr>
              <w:t xml:space="preserve"> </w:t>
            </w:r>
            <w:r>
              <w:rPr>
                <w:sz w:val="18"/>
                <w:lang w:eastAsia="ko-KR"/>
              </w:rPr>
              <w:t>통해</w:t>
            </w:r>
            <w:r>
              <w:rPr>
                <w:sz w:val="18"/>
                <w:lang w:eastAsia="ko-KR"/>
              </w:rPr>
              <w:t xml:space="preserve"> </w:t>
            </w:r>
            <w:r>
              <w:rPr>
                <w:sz w:val="18"/>
                <w:lang w:eastAsia="ko-KR"/>
              </w:rPr>
              <w:t>확산하며</w:t>
            </w:r>
            <w:r>
              <w:rPr>
                <w:sz w:val="18"/>
                <w:lang w:eastAsia="ko-KR"/>
              </w:rPr>
              <w:t>, 2026</w:t>
            </w:r>
            <w:r>
              <w:rPr>
                <w:sz w:val="18"/>
                <w:lang w:eastAsia="ko-KR"/>
              </w:rPr>
              <w:t>년</w:t>
            </w:r>
            <w:r>
              <w:rPr>
                <w:sz w:val="18"/>
                <w:lang w:eastAsia="ko-KR"/>
              </w:rPr>
              <w:t xml:space="preserve"> 11</w:t>
            </w:r>
            <w:r>
              <w:rPr>
                <w:sz w:val="18"/>
                <w:lang w:eastAsia="ko-KR"/>
              </w:rPr>
              <w:t>월</w:t>
            </w:r>
            <w:r>
              <w:rPr>
                <w:sz w:val="18"/>
                <w:lang w:eastAsia="ko-KR"/>
              </w:rPr>
              <w:t xml:space="preserve"> </w:t>
            </w:r>
            <w:r>
              <w:rPr>
                <w:sz w:val="18"/>
                <w:lang w:eastAsia="ko-KR"/>
              </w:rPr>
              <w:t>「</w:t>
            </w:r>
            <w:proofErr w:type="spellStart"/>
            <w:r>
              <w:rPr>
                <w:sz w:val="18"/>
                <w:lang w:eastAsia="ko-KR"/>
              </w:rPr>
              <w:t>카본코리아</w:t>
            </w:r>
            <w:proofErr w:type="spellEnd"/>
            <w:r>
              <w:rPr>
                <w:sz w:val="18"/>
                <w:lang w:eastAsia="ko-KR"/>
              </w:rPr>
              <w:t xml:space="preserve"> 2026</w:t>
            </w:r>
            <w:r>
              <w:rPr>
                <w:sz w:val="18"/>
                <w:lang w:eastAsia="ko-KR"/>
              </w:rPr>
              <w:t>」</w:t>
            </w:r>
            <w:r>
              <w:rPr>
                <w:sz w:val="18"/>
                <w:lang w:eastAsia="ko-KR"/>
              </w:rPr>
              <w:t xml:space="preserve"> </w:t>
            </w:r>
            <w:r>
              <w:rPr>
                <w:sz w:val="18"/>
                <w:lang w:eastAsia="ko-KR"/>
              </w:rPr>
              <w:t>행사장에서</w:t>
            </w:r>
            <w:r>
              <w:rPr>
                <w:sz w:val="18"/>
                <w:lang w:eastAsia="ko-KR"/>
              </w:rPr>
              <w:t xml:space="preserve"> </w:t>
            </w:r>
            <w:r>
              <w:rPr>
                <w:sz w:val="18"/>
                <w:lang w:eastAsia="ko-KR"/>
              </w:rPr>
              <w:t>시상식</w:t>
            </w:r>
            <w:r>
              <w:rPr>
                <w:sz w:val="18"/>
                <w:lang w:eastAsia="ko-KR"/>
              </w:rPr>
              <w:t xml:space="preserve"> </w:t>
            </w:r>
            <w:r>
              <w:rPr>
                <w:sz w:val="18"/>
                <w:lang w:eastAsia="ko-KR"/>
              </w:rPr>
              <w:t>및</w:t>
            </w:r>
            <w:r>
              <w:rPr>
                <w:sz w:val="18"/>
                <w:lang w:eastAsia="ko-KR"/>
              </w:rPr>
              <w:t xml:space="preserve"> </w:t>
            </w:r>
            <w:r>
              <w:rPr>
                <w:sz w:val="18"/>
                <w:lang w:eastAsia="ko-KR"/>
              </w:rPr>
              <w:t>전시</w:t>
            </w:r>
            <w:r>
              <w:rPr>
                <w:sz w:val="18"/>
                <w:lang w:eastAsia="ko-KR"/>
              </w:rPr>
              <w:t xml:space="preserve"> </w:t>
            </w:r>
            <w:r>
              <w:rPr>
                <w:sz w:val="18"/>
                <w:lang w:eastAsia="ko-KR"/>
              </w:rPr>
              <w:t>진행</w:t>
            </w:r>
            <w:r>
              <w:rPr>
                <w:sz w:val="18"/>
                <w:lang w:eastAsia="ko-KR"/>
              </w:rPr>
              <w:t xml:space="preserve"> </w:t>
            </w:r>
            <w:r>
              <w:rPr>
                <w:sz w:val="18"/>
                <w:lang w:eastAsia="ko-KR"/>
              </w:rPr>
              <w:t>예정</w:t>
            </w:r>
          </w:p>
        </w:tc>
      </w:tr>
    </w:tbl>
    <w:p w14:paraId="0D4B0545" w14:textId="77777777" w:rsidR="00D55C08" w:rsidRDefault="00D55C08">
      <w:pPr>
        <w:spacing w:after="40"/>
        <w:rPr>
          <w:rFonts w:hint="eastAsia"/>
          <w:lang w:eastAsia="ko-KR"/>
        </w:rPr>
      </w:pPr>
    </w:p>
    <w:p w14:paraId="1215D2DB" w14:textId="77777777" w:rsidR="00947E69" w:rsidRDefault="00947E69">
      <w:pPr>
        <w:rPr>
          <w:rFonts w:hint="eastAsia"/>
          <w:b/>
          <w:sz w:val="24"/>
          <w:lang w:eastAsia="ko-KR"/>
        </w:rPr>
      </w:pPr>
      <w:r>
        <w:rPr>
          <w:rFonts w:hint="eastAsia"/>
          <w:b/>
          <w:sz w:val="24"/>
          <w:lang w:eastAsia="ko-KR"/>
        </w:rPr>
        <w:br w:type="page"/>
      </w:r>
    </w:p>
    <w:p w14:paraId="6A46C42B" w14:textId="77777777" w:rsidR="00D55C08" w:rsidRPr="00106AC8" w:rsidRDefault="00106AC8">
      <w:pPr>
        <w:spacing w:before="200" w:after="80" w:line="240" w:lineRule="auto"/>
        <w:rPr>
          <w:rFonts w:hint="eastAsia"/>
          <w:b/>
          <w:sz w:val="24"/>
          <w:lang w:eastAsia="ko-KR"/>
        </w:rPr>
      </w:pPr>
      <w:r>
        <w:rPr>
          <w:b/>
          <w:sz w:val="24"/>
          <w:lang w:eastAsia="ko-KR"/>
        </w:rPr>
        <w:lastRenderedPageBreak/>
        <w:t>2</w:t>
      </w:r>
      <w:r>
        <w:rPr>
          <w:rFonts w:hint="eastAsia"/>
          <w:b/>
          <w:sz w:val="24"/>
          <w:lang w:eastAsia="ko-KR"/>
        </w:rPr>
        <w:t>.</w:t>
      </w:r>
      <w:r>
        <w:rPr>
          <w:b/>
          <w:sz w:val="24"/>
          <w:lang w:eastAsia="ko-KR"/>
        </w:rPr>
        <w:t xml:space="preserve"> </w:t>
      </w:r>
      <w:r>
        <w:rPr>
          <w:b/>
          <w:sz w:val="24"/>
          <w:lang w:eastAsia="ko-KR"/>
        </w:rPr>
        <w:t>공모</w:t>
      </w:r>
      <w:r>
        <w:rPr>
          <w:b/>
          <w:sz w:val="24"/>
          <w:lang w:eastAsia="ko-KR"/>
        </w:rPr>
        <w:t xml:space="preserve"> </w:t>
      </w:r>
      <w:r>
        <w:rPr>
          <w:b/>
          <w:sz w:val="24"/>
          <w:lang w:eastAsia="ko-KR"/>
        </w:rPr>
        <w:t>분야</w:t>
      </w:r>
      <w:r>
        <w:rPr>
          <w:b/>
          <w:sz w:val="24"/>
          <w:lang w:eastAsia="ko-KR"/>
        </w:rPr>
        <w:t xml:space="preserve"> </w:t>
      </w:r>
      <w:r>
        <w:rPr>
          <w:b/>
          <w:sz w:val="24"/>
          <w:lang w:eastAsia="ko-KR"/>
        </w:rPr>
        <w:t>및</w:t>
      </w:r>
      <w:r>
        <w:rPr>
          <w:b/>
          <w:sz w:val="24"/>
          <w:lang w:eastAsia="ko-KR"/>
        </w:rPr>
        <w:t xml:space="preserve"> </w:t>
      </w:r>
      <w:r>
        <w:rPr>
          <w:b/>
          <w:sz w:val="24"/>
          <w:lang w:eastAsia="ko-KR"/>
        </w:rPr>
        <w:t>출품</w:t>
      </w:r>
      <w:r>
        <w:rPr>
          <w:b/>
          <w:sz w:val="24"/>
          <w:lang w:eastAsia="ko-KR"/>
        </w:rPr>
        <w:t xml:space="preserve"> </w:t>
      </w:r>
      <w:r>
        <w:rPr>
          <w:b/>
          <w:sz w:val="24"/>
          <w:lang w:eastAsia="ko-KR"/>
        </w:rPr>
        <w:t>형태</w:t>
      </w:r>
    </w:p>
    <w:tbl>
      <w:tblPr>
        <w:tblW w:w="0" w:type="auto"/>
        <w:jc w:val="center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Look w:val="04A0" w:firstRow="1" w:lastRow="0" w:firstColumn="1" w:lastColumn="0" w:noHBand="0" w:noVBand="1"/>
      </w:tblPr>
      <w:tblGrid>
        <w:gridCol w:w="1361"/>
        <w:gridCol w:w="1897"/>
        <w:gridCol w:w="5813"/>
      </w:tblGrid>
      <w:tr w:rsidR="00D55C08" w14:paraId="5DF5F78A" w14:textId="77777777" w:rsidTr="00947E69">
        <w:trPr>
          <w:jc w:val="center"/>
        </w:trPr>
        <w:tc>
          <w:tcPr>
            <w:tcW w:w="1361" w:type="dxa"/>
            <w:shd w:val="clear" w:color="auto" w:fill="E7E6E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7E090B2" w14:textId="77777777" w:rsidR="00D55C08" w:rsidRDefault="00000000">
            <w:pPr>
              <w:spacing w:after="0"/>
              <w:jc w:val="center"/>
              <w:rPr>
                <w:rFonts w:hint="eastAsia"/>
              </w:rPr>
            </w:pPr>
            <w:proofErr w:type="spellStart"/>
            <w:r>
              <w:rPr>
                <w:b/>
                <w:sz w:val="18"/>
              </w:rPr>
              <w:t>부문</w:t>
            </w:r>
            <w:proofErr w:type="spellEnd"/>
          </w:p>
        </w:tc>
        <w:tc>
          <w:tcPr>
            <w:tcW w:w="1897" w:type="dxa"/>
            <w:shd w:val="clear" w:color="auto" w:fill="E7E6E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D1BC5CB" w14:textId="77777777" w:rsidR="00D55C08" w:rsidRDefault="00947E69" w:rsidP="00947E69">
            <w:pPr>
              <w:spacing w:after="0"/>
              <w:rPr>
                <w:rFonts w:hint="eastAsia"/>
                <w:lang w:eastAsia="ko-KR"/>
              </w:rPr>
            </w:pPr>
            <w:r>
              <w:rPr>
                <w:rFonts w:hint="eastAsia"/>
                <w:b/>
                <w:sz w:val="18"/>
                <w:lang w:eastAsia="ko-KR"/>
              </w:rPr>
              <w:t>세부</w:t>
            </w:r>
            <w:r>
              <w:rPr>
                <w:rFonts w:hint="eastAsia"/>
                <w:b/>
                <w:sz w:val="18"/>
                <w:lang w:eastAsia="ko-KR"/>
              </w:rPr>
              <w:t xml:space="preserve"> </w:t>
            </w:r>
            <w:r>
              <w:rPr>
                <w:rFonts w:hint="eastAsia"/>
                <w:b/>
                <w:sz w:val="18"/>
                <w:lang w:eastAsia="ko-KR"/>
              </w:rPr>
              <w:t>유형</w:t>
            </w:r>
          </w:p>
        </w:tc>
        <w:tc>
          <w:tcPr>
            <w:tcW w:w="5813" w:type="dxa"/>
            <w:shd w:val="clear" w:color="auto" w:fill="E7E6E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D7FE15F" w14:textId="77777777" w:rsidR="00D55C08" w:rsidRDefault="00947E69">
            <w:pPr>
              <w:spacing w:after="0"/>
              <w:jc w:val="center"/>
              <w:rPr>
                <w:rFonts w:hint="eastAsia"/>
                <w:lang w:eastAsia="ko-KR"/>
              </w:rPr>
            </w:pPr>
            <w:r>
              <w:rPr>
                <w:rFonts w:hint="eastAsia"/>
                <w:lang w:eastAsia="ko-KR"/>
              </w:rPr>
              <w:t>내용</w:t>
            </w:r>
            <w:r>
              <w:rPr>
                <w:rFonts w:hint="eastAsia"/>
                <w:lang w:eastAsia="ko-KR"/>
              </w:rPr>
              <w:t xml:space="preserve"> </w:t>
            </w:r>
            <w:r>
              <w:rPr>
                <w:rFonts w:hint="eastAsia"/>
                <w:lang w:eastAsia="ko-KR"/>
              </w:rPr>
              <w:t>및</w:t>
            </w:r>
            <w:r>
              <w:rPr>
                <w:rFonts w:hint="eastAsia"/>
                <w:lang w:eastAsia="ko-KR"/>
              </w:rPr>
              <w:t xml:space="preserve"> </w:t>
            </w:r>
            <w:r>
              <w:rPr>
                <w:rFonts w:hint="eastAsia"/>
                <w:lang w:eastAsia="ko-KR"/>
              </w:rPr>
              <w:t>출품</w:t>
            </w:r>
            <w:r>
              <w:rPr>
                <w:rFonts w:hint="eastAsia"/>
                <w:lang w:eastAsia="ko-KR"/>
              </w:rPr>
              <w:t xml:space="preserve"> </w:t>
            </w:r>
            <w:r>
              <w:rPr>
                <w:rFonts w:hint="eastAsia"/>
                <w:lang w:eastAsia="ko-KR"/>
              </w:rPr>
              <w:t>형태</w:t>
            </w:r>
          </w:p>
        </w:tc>
      </w:tr>
      <w:tr w:rsidR="00B568F5" w14:paraId="4E5E08CE" w14:textId="77777777" w:rsidTr="00947E69">
        <w:trPr>
          <w:jc w:val="center"/>
        </w:trPr>
        <w:tc>
          <w:tcPr>
            <w:tcW w:w="1361" w:type="dxa"/>
            <w:vMerge w:val="restart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026570E" w14:textId="77777777" w:rsidR="00B568F5" w:rsidRDefault="00B568F5" w:rsidP="006F279E">
            <w:pPr>
              <w:spacing w:after="0"/>
              <w:jc w:val="center"/>
              <w:rPr>
                <w:rFonts w:hint="eastAsia"/>
                <w:lang w:eastAsia="ko-KR"/>
              </w:rPr>
            </w:pPr>
            <w:r>
              <w:rPr>
                <w:rFonts w:hint="eastAsia"/>
                <w:lang w:eastAsia="ko-KR"/>
              </w:rPr>
              <w:t>이미지</w:t>
            </w:r>
          </w:p>
        </w:tc>
        <w:tc>
          <w:tcPr>
            <w:tcW w:w="189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9E67979" w14:textId="77777777" w:rsidR="00B568F5" w:rsidRDefault="00B568F5">
            <w:pPr>
              <w:spacing w:after="0"/>
              <w:rPr>
                <w:rFonts w:hint="eastAsia"/>
                <w:lang w:eastAsia="ko-KR"/>
              </w:rPr>
            </w:pPr>
            <w:proofErr w:type="spellStart"/>
            <w:r>
              <w:rPr>
                <w:rFonts w:ascii="맑은 고딕" w:eastAsia="맑은 고딕" w:hAnsi="맑은 고딕"/>
                <w:sz w:val="18"/>
              </w:rPr>
              <w:t>포스터·광고</w:t>
            </w:r>
            <w:proofErr w:type="spellEnd"/>
            <w:r>
              <w:rPr>
                <w:rFonts w:ascii="맑은 고딕" w:eastAsia="맑은 고딕" w:hAnsi="맑은 고딕"/>
                <w:sz w:val="18"/>
              </w:rPr>
              <w:t xml:space="preserve"> </w:t>
            </w:r>
            <w:proofErr w:type="spellStart"/>
            <w:r>
              <w:rPr>
                <w:rFonts w:ascii="맑은 고딕" w:eastAsia="맑은 고딕" w:hAnsi="맑은 고딕"/>
                <w:sz w:val="18"/>
              </w:rPr>
              <w:t>이미지</w:t>
            </w:r>
            <w:proofErr w:type="spellEnd"/>
          </w:p>
        </w:tc>
        <w:tc>
          <w:tcPr>
            <w:tcW w:w="581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9CED213" w14:textId="77777777" w:rsidR="00B568F5" w:rsidRPr="00DC1C6F" w:rsidRDefault="00DC1C6F">
            <w:pPr>
              <w:spacing w:after="0"/>
              <w:rPr>
                <w:rFonts w:hint="eastAsia"/>
                <w:sz w:val="18"/>
                <w:szCs w:val="18"/>
                <w:lang w:eastAsia="ko-KR"/>
              </w:rPr>
            </w:pPr>
            <w:r w:rsidRPr="00DC1C6F">
              <w:rPr>
                <w:rFonts w:ascii="Segoe UI" w:hAnsi="Segoe UI" w:cs="Segoe UI"/>
                <w:color w:val="0D0D0D"/>
                <w:sz w:val="18"/>
                <w:szCs w:val="18"/>
                <w:shd w:val="clear" w:color="auto" w:fill="FCFCFC"/>
                <w:lang w:eastAsia="ko-KR"/>
              </w:rPr>
              <w:t>생활</w:t>
            </w:r>
            <w:r w:rsidRPr="00DC1C6F">
              <w:rPr>
                <w:rFonts w:ascii="Segoe UI" w:hAnsi="Segoe UI" w:cs="Segoe UI"/>
                <w:color w:val="0D0D0D"/>
                <w:sz w:val="18"/>
                <w:szCs w:val="18"/>
                <w:shd w:val="clear" w:color="auto" w:fill="FCFCFC"/>
                <w:lang w:eastAsia="ko-KR"/>
              </w:rPr>
              <w:t xml:space="preserve"> </w:t>
            </w:r>
            <w:r w:rsidRPr="00DC1C6F">
              <w:rPr>
                <w:rFonts w:ascii="Segoe UI" w:hAnsi="Segoe UI" w:cs="Segoe UI"/>
                <w:color w:val="0D0D0D"/>
                <w:sz w:val="18"/>
                <w:szCs w:val="18"/>
                <w:shd w:val="clear" w:color="auto" w:fill="FCFCFC"/>
                <w:lang w:eastAsia="ko-KR"/>
              </w:rPr>
              <w:t>속</w:t>
            </w:r>
            <w:r w:rsidRPr="00DC1C6F">
              <w:rPr>
                <w:rFonts w:ascii="Segoe UI" w:hAnsi="Segoe UI" w:cs="Segoe UI"/>
                <w:color w:val="0D0D0D"/>
                <w:sz w:val="18"/>
                <w:szCs w:val="18"/>
                <w:shd w:val="clear" w:color="auto" w:fill="FCFCFC"/>
                <w:lang w:eastAsia="ko-KR"/>
              </w:rPr>
              <w:t xml:space="preserve"> </w:t>
            </w:r>
            <w:r w:rsidRPr="00DC1C6F">
              <w:rPr>
                <w:rFonts w:ascii="Segoe UI" w:hAnsi="Segoe UI" w:cs="Segoe UI"/>
                <w:color w:val="0D0D0D"/>
                <w:sz w:val="18"/>
                <w:szCs w:val="18"/>
                <w:shd w:val="clear" w:color="auto" w:fill="FCFCFC"/>
                <w:lang w:eastAsia="ko-KR"/>
              </w:rPr>
              <w:t>탄소소재의</w:t>
            </w:r>
            <w:r w:rsidRPr="00DC1C6F">
              <w:rPr>
                <w:rFonts w:ascii="Segoe UI" w:hAnsi="Segoe UI" w:cs="Segoe UI"/>
                <w:color w:val="0D0D0D"/>
                <w:sz w:val="18"/>
                <w:szCs w:val="18"/>
                <w:shd w:val="clear" w:color="auto" w:fill="FCFCFC"/>
                <w:lang w:eastAsia="ko-KR"/>
              </w:rPr>
              <w:t xml:space="preserve"> </w:t>
            </w:r>
            <w:r w:rsidRPr="00DC1C6F">
              <w:rPr>
                <w:rFonts w:ascii="Segoe UI" w:hAnsi="Segoe UI" w:cs="Segoe UI"/>
                <w:color w:val="0D0D0D"/>
                <w:sz w:val="18"/>
                <w:szCs w:val="18"/>
                <w:shd w:val="clear" w:color="auto" w:fill="FCFCFC"/>
                <w:lang w:eastAsia="ko-KR"/>
              </w:rPr>
              <w:t>활용과</w:t>
            </w:r>
            <w:r w:rsidRPr="00DC1C6F">
              <w:rPr>
                <w:rFonts w:ascii="Segoe UI" w:hAnsi="Segoe UI" w:cs="Segoe UI"/>
                <w:color w:val="0D0D0D"/>
                <w:sz w:val="18"/>
                <w:szCs w:val="18"/>
                <w:shd w:val="clear" w:color="auto" w:fill="FCFCFC"/>
                <w:lang w:eastAsia="ko-KR"/>
              </w:rPr>
              <w:t xml:space="preserve"> </w:t>
            </w:r>
            <w:r w:rsidRPr="00DC1C6F">
              <w:rPr>
                <w:rFonts w:ascii="Segoe UI" w:hAnsi="Segoe UI" w:cs="Segoe UI"/>
                <w:color w:val="0D0D0D"/>
                <w:sz w:val="18"/>
                <w:szCs w:val="18"/>
                <w:shd w:val="clear" w:color="auto" w:fill="FCFCFC"/>
                <w:lang w:eastAsia="ko-KR"/>
              </w:rPr>
              <w:t>가치를</w:t>
            </w:r>
            <w:r w:rsidRPr="00DC1C6F">
              <w:rPr>
                <w:rFonts w:ascii="Segoe UI" w:hAnsi="Segoe UI" w:cs="Segoe UI"/>
                <w:color w:val="0D0D0D"/>
                <w:sz w:val="18"/>
                <w:szCs w:val="18"/>
                <w:shd w:val="clear" w:color="auto" w:fill="FCFCFC"/>
                <w:lang w:eastAsia="ko-KR"/>
              </w:rPr>
              <w:t xml:space="preserve"> </w:t>
            </w:r>
            <w:r w:rsidRPr="00DC1C6F">
              <w:rPr>
                <w:rFonts w:ascii="Segoe UI" w:hAnsi="Segoe UI" w:cs="Segoe UI"/>
                <w:color w:val="0D0D0D"/>
                <w:sz w:val="18"/>
                <w:szCs w:val="18"/>
                <w:shd w:val="clear" w:color="auto" w:fill="FCFCFC"/>
                <w:lang w:eastAsia="ko-KR"/>
              </w:rPr>
              <w:t>한눈에</w:t>
            </w:r>
            <w:r w:rsidRPr="00DC1C6F">
              <w:rPr>
                <w:rFonts w:ascii="Segoe UI" w:hAnsi="Segoe UI" w:cs="Segoe UI"/>
                <w:color w:val="0D0D0D"/>
                <w:sz w:val="18"/>
                <w:szCs w:val="18"/>
                <w:shd w:val="clear" w:color="auto" w:fill="FCFCFC"/>
                <w:lang w:eastAsia="ko-KR"/>
              </w:rPr>
              <w:t xml:space="preserve"> </w:t>
            </w:r>
            <w:r w:rsidRPr="00DC1C6F">
              <w:rPr>
                <w:rFonts w:ascii="Segoe UI" w:hAnsi="Segoe UI" w:cs="Segoe UI"/>
                <w:color w:val="0D0D0D"/>
                <w:sz w:val="18"/>
                <w:szCs w:val="18"/>
                <w:shd w:val="clear" w:color="auto" w:fill="FCFCFC"/>
                <w:lang w:eastAsia="ko-KR"/>
              </w:rPr>
              <w:t>보여주는</w:t>
            </w:r>
            <w:r w:rsidRPr="00DC1C6F">
              <w:rPr>
                <w:rFonts w:ascii="Segoe UI" w:hAnsi="Segoe UI" w:cs="Segoe UI"/>
                <w:color w:val="0D0D0D"/>
                <w:sz w:val="18"/>
                <w:szCs w:val="18"/>
                <w:shd w:val="clear" w:color="auto" w:fill="FCFCFC"/>
                <w:lang w:eastAsia="ko-KR"/>
              </w:rPr>
              <w:t xml:space="preserve"> </w:t>
            </w:r>
            <w:r w:rsidRPr="00DC1C6F">
              <w:rPr>
                <w:rFonts w:ascii="Segoe UI" w:hAnsi="Segoe UI" w:cs="Segoe UI"/>
                <w:color w:val="0D0D0D"/>
                <w:sz w:val="18"/>
                <w:szCs w:val="18"/>
                <w:shd w:val="clear" w:color="auto" w:fill="FCFCFC"/>
                <w:lang w:eastAsia="ko-KR"/>
              </w:rPr>
              <w:t>홍보</w:t>
            </w:r>
            <w:r w:rsidRPr="00DC1C6F">
              <w:rPr>
                <w:rFonts w:ascii="Segoe UI" w:hAnsi="Segoe UI" w:cs="Segoe UI"/>
                <w:color w:val="0D0D0D"/>
                <w:sz w:val="18"/>
                <w:szCs w:val="18"/>
                <w:shd w:val="clear" w:color="auto" w:fill="FCFCFC"/>
                <w:lang w:eastAsia="ko-KR"/>
              </w:rPr>
              <w:t xml:space="preserve"> </w:t>
            </w:r>
            <w:r w:rsidRPr="00DC1C6F">
              <w:rPr>
                <w:rFonts w:ascii="Segoe UI" w:hAnsi="Segoe UI" w:cs="Segoe UI"/>
                <w:color w:val="0D0D0D"/>
                <w:sz w:val="18"/>
                <w:szCs w:val="18"/>
                <w:shd w:val="clear" w:color="auto" w:fill="FCFCFC"/>
                <w:lang w:eastAsia="ko-KR"/>
              </w:rPr>
              <w:t>이미지</w:t>
            </w:r>
            <w:r w:rsidRPr="00DC1C6F">
              <w:rPr>
                <w:rFonts w:hint="eastAsia"/>
                <w:sz w:val="18"/>
                <w:szCs w:val="18"/>
                <w:lang w:eastAsia="ko-KR"/>
              </w:rPr>
              <w:t xml:space="preserve"> </w:t>
            </w:r>
          </w:p>
        </w:tc>
      </w:tr>
      <w:tr w:rsidR="00B568F5" w14:paraId="5DA78A39" w14:textId="77777777" w:rsidTr="00947E69">
        <w:trPr>
          <w:jc w:val="center"/>
        </w:trPr>
        <w:tc>
          <w:tcPr>
            <w:tcW w:w="1361" w:type="dxa"/>
            <w:vMerge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884A1E1" w14:textId="77777777" w:rsidR="00B568F5" w:rsidRDefault="00B568F5" w:rsidP="006F279E">
            <w:pPr>
              <w:spacing w:after="0"/>
              <w:jc w:val="center"/>
              <w:rPr>
                <w:rFonts w:hint="eastAsia"/>
                <w:lang w:eastAsia="ko-KR"/>
              </w:rPr>
            </w:pPr>
          </w:p>
        </w:tc>
        <w:tc>
          <w:tcPr>
            <w:tcW w:w="189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342DC73" w14:textId="77777777" w:rsidR="00B568F5" w:rsidRDefault="00B568F5">
            <w:pPr>
              <w:spacing w:after="0"/>
              <w:rPr>
                <w:rFonts w:hint="eastAsia"/>
                <w:lang w:eastAsia="ko-KR"/>
              </w:rPr>
            </w:pPr>
            <w:r>
              <w:rPr>
                <w:rFonts w:ascii="맑은 고딕" w:eastAsia="맑은 고딕" w:hAnsi="맑은 고딕"/>
                <w:sz w:val="18"/>
                <w:lang w:eastAsia="ko-KR"/>
              </w:rPr>
              <w:t>카드뉴스·</w:t>
            </w:r>
            <w:proofErr w:type="spellStart"/>
            <w:r>
              <w:rPr>
                <w:rFonts w:ascii="맑은 고딕" w:eastAsia="맑은 고딕" w:hAnsi="맑은 고딕"/>
                <w:sz w:val="18"/>
                <w:lang w:eastAsia="ko-KR"/>
              </w:rPr>
              <w:t>인포그래픽</w:t>
            </w:r>
            <w:proofErr w:type="spellEnd"/>
          </w:p>
        </w:tc>
        <w:tc>
          <w:tcPr>
            <w:tcW w:w="581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7100BF6" w14:textId="77777777" w:rsidR="00B568F5" w:rsidRPr="00DC1C6F" w:rsidRDefault="00DC1C6F">
            <w:pPr>
              <w:spacing w:after="0"/>
              <w:rPr>
                <w:rFonts w:hint="eastAsia"/>
                <w:sz w:val="18"/>
                <w:lang w:eastAsia="ko-KR"/>
              </w:rPr>
            </w:pPr>
            <w:r>
              <w:rPr>
                <w:rFonts w:hint="eastAsia"/>
                <w:sz w:val="18"/>
                <w:lang w:eastAsia="ko-KR"/>
              </w:rPr>
              <w:t>탄소소재에</w:t>
            </w:r>
            <w:r>
              <w:rPr>
                <w:rFonts w:hint="eastAsia"/>
                <w:sz w:val="18"/>
                <w:lang w:eastAsia="ko-KR"/>
              </w:rPr>
              <w:t xml:space="preserve"> </w:t>
            </w:r>
            <w:r>
              <w:rPr>
                <w:rFonts w:hint="eastAsia"/>
                <w:sz w:val="18"/>
                <w:lang w:eastAsia="ko-KR"/>
              </w:rPr>
              <w:t>대한</w:t>
            </w:r>
            <w:r>
              <w:rPr>
                <w:rFonts w:hint="eastAsia"/>
                <w:sz w:val="18"/>
                <w:lang w:eastAsia="ko-KR"/>
              </w:rPr>
              <w:t xml:space="preserve"> </w:t>
            </w:r>
            <w:r>
              <w:rPr>
                <w:rFonts w:hint="eastAsia"/>
                <w:sz w:val="18"/>
                <w:lang w:eastAsia="ko-KR"/>
              </w:rPr>
              <w:t>오해와</w:t>
            </w:r>
            <w:r>
              <w:rPr>
                <w:rFonts w:hint="eastAsia"/>
                <w:sz w:val="18"/>
                <w:lang w:eastAsia="ko-KR"/>
              </w:rPr>
              <w:t xml:space="preserve"> </w:t>
            </w:r>
            <w:r>
              <w:rPr>
                <w:rFonts w:hint="eastAsia"/>
                <w:sz w:val="18"/>
                <w:lang w:eastAsia="ko-KR"/>
              </w:rPr>
              <w:t>실제</w:t>
            </w:r>
            <w:r>
              <w:rPr>
                <w:rFonts w:hint="eastAsia"/>
                <w:sz w:val="18"/>
                <w:lang w:eastAsia="ko-KR"/>
              </w:rPr>
              <w:t xml:space="preserve"> </w:t>
            </w:r>
            <w:r>
              <w:rPr>
                <w:rFonts w:hint="eastAsia"/>
                <w:sz w:val="18"/>
                <w:lang w:eastAsia="ko-KR"/>
              </w:rPr>
              <w:t>정보를</w:t>
            </w:r>
            <w:r>
              <w:rPr>
                <w:rFonts w:hint="eastAsia"/>
                <w:sz w:val="18"/>
                <w:lang w:eastAsia="ko-KR"/>
              </w:rPr>
              <w:t xml:space="preserve"> </w:t>
            </w:r>
            <w:r>
              <w:rPr>
                <w:rFonts w:hint="eastAsia"/>
                <w:sz w:val="18"/>
                <w:lang w:eastAsia="ko-KR"/>
              </w:rPr>
              <w:t>쉽고</w:t>
            </w:r>
            <w:r>
              <w:rPr>
                <w:rFonts w:hint="eastAsia"/>
                <w:sz w:val="18"/>
                <w:lang w:eastAsia="ko-KR"/>
              </w:rPr>
              <w:t xml:space="preserve"> </w:t>
            </w:r>
            <w:r>
              <w:rPr>
                <w:rFonts w:hint="eastAsia"/>
                <w:sz w:val="18"/>
                <w:lang w:eastAsia="ko-KR"/>
              </w:rPr>
              <w:t>단계적으로</w:t>
            </w:r>
            <w:r>
              <w:rPr>
                <w:rFonts w:hint="eastAsia"/>
                <w:sz w:val="18"/>
                <w:lang w:eastAsia="ko-KR"/>
              </w:rPr>
              <w:t xml:space="preserve"> </w:t>
            </w:r>
            <w:r>
              <w:rPr>
                <w:rFonts w:hint="eastAsia"/>
                <w:sz w:val="18"/>
                <w:lang w:eastAsia="ko-KR"/>
              </w:rPr>
              <w:t>설명하는</w:t>
            </w:r>
            <w:r>
              <w:rPr>
                <w:rFonts w:hint="eastAsia"/>
                <w:sz w:val="18"/>
                <w:lang w:eastAsia="ko-KR"/>
              </w:rPr>
              <w:t xml:space="preserve"> </w:t>
            </w:r>
            <w:r>
              <w:rPr>
                <w:rFonts w:hint="eastAsia"/>
                <w:sz w:val="18"/>
                <w:lang w:eastAsia="ko-KR"/>
              </w:rPr>
              <w:t>콘텐츠</w:t>
            </w:r>
          </w:p>
        </w:tc>
      </w:tr>
      <w:tr w:rsidR="00B568F5" w14:paraId="36E74D1C" w14:textId="77777777" w:rsidTr="00947E69">
        <w:trPr>
          <w:jc w:val="center"/>
        </w:trPr>
        <w:tc>
          <w:tcPr>
            <w:tcW w:w="1361" w:type="dxa"/>
            <w:vMerge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F6E8CD6" w14:textId="77777777" w:rsidR="00B568F5" w:rsidRDefault="00B568F5" w:rsidP="006F279E">
            <w:pPr>
              <w:spacing w:after="0"/>
              <w:jc w:val="center"/>
              <w:rPr>
                <w:rFonts w:hint="eastAsia"/>
                <w:sz w:val="18"/>
                <w:lang w:eastAsia="ko-KR"/>
              </w:rPr>
            </w:pPr>
          </w:p>
        </w:tc>
        <w:tc>
          <w:tcPr>
            <w:tcW w:w="189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F1DEFAB" w14:textId="77777777" w:rsidR="00B568F5" w:rsidRDefault="00B568F5">
            <w:pPr>
              <w:spacing w:after="0"/>
              <w:rPr>
                <w:rFonts w:hint="eastAsia"/>
                <w:sz w:val="18"/>
                <w:lang w:eastAsia="ko-KR"/>
              </w:rPr>
            </w:pPr>
            <w:proofErr w:type="spellStart"/>
            <w:r>
              <w:rPr>
                <w:rFonts w:ascii="맑은 고딕" w:eastAsia="맑은 고딕" w:hAnsi="맑은 고딕"/>
                <w:sz w:val="18"/>
              </w:rPr>
              <w:t>웹툰·인스타툰</w:t>
            </w:r>
            <w:proofErr w:type="spellEnd"/>
          </w:p>
        </w:tc>
        <w:tc>
          <w:tcPr>
            <w:tcW w:w="581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A804BC3" w14:textId="77777777" w:rsidR="00B568F5" w:rsidRDefault="00B568F5">
            <w:pPr>
              <w:spacing w:after="0"/>
              <w:rPr>
                <w:rFonts w:hint="eastAsia"/>
                <w:sz w:val="18"/>
                <w:lang w:eastAsia="ko-KR"/>
              </w:rPr>
            </w:pPr>
            <w:r>
              <w:rPr>
                <w:rFonts w:ascii="맑은 고딕" w:eastAsia="맑은 고딕" w:hAnsi="맑은 고딕"/>
                <w:sz w:val="18"/>
                <w:lang w:eastAsia="ko-KR"/>
              </w:rPr>
              <w:t>캐릭터·상황·대화 등 스토리를 활용해 메시지를 전달하는 2~10컷 콘텐츠</w:t>
            </w:r>
          </w:p>
        </w:tc>
      </w:tr>
      <w:tr w:rsidR="00B568F5" w14:paraId="4D77AE3E" w14:textId="77777777" w:rsidTr="00947E69">
        <w:trPr>
          <w:jc w:val="center"/>
        </w:trPr>
        <w:tc>
          <w:tcPr>
            <w:tcW w:w="1361" w:type="dxa"/>
            <w:vMerge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285F9C5" w14:textId="77777777" w:rsidR="00B568F5" w:rsidRDefault="00B568F5">
            <w:pPr>
              <w:spacing w:after="0"/>
              <w:jc w:val="center"/>
              <w:rPr>
                <w:rFonts w:hint="eastAsia"/>
                <w:sz w:val="18"/>
                <w:lang w:eastAsia="ko-KR"/>
              </w:rPr>
            </w:pPr>
          </w:p>
        </w:tc>
        <w:tc>
          <w:tcPr>
            <w:tcW w:w="189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8CBE929" w14:textId="77777777" w:rsidR="00B568F5" w:rsidRDefault="00B568F5">
            <w:pPr>
              <w:spacing w:after="0"/>
              <w:rPr>
                <w:rFonts w:hint="eastAsia"/>
                <w:sz w:val="18"/>
                <w:lang w:eastAsia="ko-KR"/>
              </w:rPr>
            </w:pPr>
            <w:proofErr w:type="spellStart"/>
            <w:r>
              <w:rPr>
                <w:rFonts w:ascii="맑은 고딕" w:eastAsia="맑은 고딕" w:hAnsi="맑은 고딕"/>
                <w:sz w:val="18"/>
              </w:rPr>
              <w:t>일러스트·키비주얼</w:t>
            </w:r>
            <w:proofErr w:type="spellEnd"/>
          </w:p>
        </w:tc>
        <w:tc>
          <w:tcPr>
            <w:tcW w:w="581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1BCA7A1" w14:textId="77777777" w:rsidR="00B568F5" w:rsidRDefault="00B568F5">
            <w:pPr>
              <w:spacing w:after="0"/>
              <w:rPr>
                <w:rFonts w:hint="eastAsia"/>
                <w:sz w:val="18"/>
                <w:lang w:eastAsia="ko-KR"/>
              </w:rPr>
            </w:pPr>
            <w:r>
              <w:rPr>
                <w:rFonts w:ascii="맑은 고딕" w:eastAsia="맑은 고딕" w:hAnsi="맑은 고딕"/>
                <w:sz w:val="18"/>
                <w:lang w:eastAsia="ko-KR"/>
              </w:rPr>
              <w:t>탄소소재의 이미지와 가치를 상징적·창의적으로 표현한 1장형 비주얼 콘텐츠</w:t>
            </w:r>
          </w:p>
        </w:tc>
      </w:tr>
      <w:tr w:rsidR="00B568F5" w14:paraId="4BCB3130" w14:textId="77777777" w:rsidTr="00947E69">
        <w:trPr>
          <w:jc w:val="center"/>
        </w:trPr>
        <w:tc>
          <w:tcPr>
            <w:tcW w:w="1361" w:type="dxa"/>
            <w:vMerge w:val="restart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36469CD" w14:textId="77777777" w:rsidR="00B568F5" w:rsidRPr="00B568F5" w:rsidRDefault="00B568F5" w:rsidP="00B568F5">
            <w:pPr>
              <w:spacing w:after="0"/>
              <w:jc w:val="center"/>
              <w:rPr>
                <w:rFonts w:ascii="맑은 고딕" w:eastAsia="맑은 고딕" w:hAnsi="맑은 고딕"/>
                <w:szCs w:val="21"/>
              </w:rPr>
            </w:pPr>
            <w:r w:rsidRPr="00B568F5">
              <w:rPr>
                <w:rFonts w:hint="eastAsia"/>
                <w:szCs w:val="21"/>
                <w:lang w:eastAsia="ko-KR"/>
              </w:rPr>
              <w:t>영상</w:t>
            </w:r>
          </w:p>
        </w:tc>
        <w:tc>
          <w:tcPr>
            <w:tcW w:w="189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E3B98D1" w14:textId="77777777" w:rsidR="00B568F5" w:rsidRDefault="00B568F5">
            <w:pPr>
              <w:spacing w:after="0"/>
              <w:rPr>
                <w:rFonts w:hint="eastAsia"/>
                <w:sz w:val="18"/>
                <w:lang w:eastAsia="ko-KR"/>
              </w:rPr>
            </w:pPr>
            <w:proofErr w:type="spellStart"/>
            <w:r>
              <w:rPr>
                <w:rFonts w:ascii="맑은 고딕" w:eastAsia="맑은 고딕" w:hAnsi="맑은 고딕"/>
                <w:sz w:val="18"/>
              </w:rPr>
              <w:t>숏폼</w:t>
            </w:r>
            <w:proofErr w:type="spellEnd"/>
          </w:p>
        </w:tc>
        <w:tc>
          <w:tcPr>
            <w:tcW w:w="581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F625E60" w14:textId="77777777" w:rsidR="00B568F5" w:rsidRDefault="00B568F5">
            <w:pPr>
              <w:spacing w:after="0"/>
              <w:rPr>
                <w:rFonts w:hint="eastAsia"/>
                <w:sz w:val="18"/>
                <w:lang w:eastAsia="ko-KR"/>
              </w:rPr>
            </w:pPr>
            <w:r>
              <w:rPr>
                <w:rFonts w:ascii="맑은 고딕" w:eastAsia="맑은 고딕" w:hAnsi="맑은 고딕"/>
                <w:sz w:val="18"/>
                <w:lang w:eastAsia="ko-KR"/>
              </w:rPr>
              <w:t>짧고 직관적인 구성의 세로형 중심 영상(15~60초 권장)</w:t>
            </w:r>
          </w:p>
        </w:tc>
      </w:tr>
      <w:tr w:rsidR="00B568F5" w14:paraId="132B7046" w14:textId="77777777" w:rsidTr="00947E69">
        <w:trPr>
          <w:jc w:val="center"/>
        </w:trPr>
        <w:tc>
          <w:tcPr>
            <w:tcW w:w="1361" w:type="dxa"/>
            <w:vMerge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D2ACDA3" w14:textId="77777777" w:rsidR="00B568F5" w:rsidRDefault="00B568F5" w:rsidP="00947E69">
            <w:pPr>
              <w:spacing w:after="0"/>
              <w:jc w:val="center"/>
              <w:rPr>
                <w:rFonts w:ascii="맑은 고딕" w:eastAsia="맑은 고딕" w:hAnsi="맑은 고딕"/>
                <w:sz w:val="18"/>
                <w:lang w:eastAsia="ko-KR"/>
              </w:rPr>
            </w:pPr>
          </w:p>
        </w:tc>
        <w:tc>
          <w:tcPr>
            <w:tcW w:w="189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E1FBFD3" w14:textId="77777777" w:rsidR="00B568F5" w:rsidRDefault="00B568F5" w:rsidP="00947E69">
            <w:pPr>
              <w:spacing w:after="0"/>
              <w:rPr>
                <w:rFonts w:hint="eastAsia"/>
                <w:sz w:val="18"/>
                <w:lang w:eastAsia="ko-KR"/>
              </w:rPr>
            </w:pPr>
            <w:proofErr w:type="spellStart"/>
            <w:r>
              <w:rPr>
                <w:rFonts w:ascii="맑은 고딕" w:eastAsia="맑은 고딕" w:hAnsi="맑은 고딕"/>
                <w:sz w:val="18"/>
              </w:rPr>
              <w:t>광고·캠페인</w:t>
            </w:r>
            <w:proofErr w:type="spellEnd"/>
            <w:r>
              <w:rPr>
                <w:rFonts w:ascii="맑은 고딕" w:eastAsia="맑은 고딕" w:hAnsi="맑은 고딕"/>
                <w:sz w:val="18"/>
              </w:rPr>
              <w:t xml:space="preserve"> </w:t>
            </w:r>
            <w:proofErr w:type="spellStart"/>
            <w:r>
              <w:rPr>
                <w:rFonts w:ascii="맑은 고딕" w:eastAsia="맑은 고딕" w:hAnsi="맑은 고딕"/>
                <w:sz w:val="18"/>
              </w:rPr>
              <w:t>영상</w:t>
            </w:r>
            <w:proofErr w:type="spellEnd"/>
          </w:p>
        </w:tc>
        <w:tc>
          <w:tcPr>
            <w:tcW w:w="581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30F0B26" w14:textId="77777777" w:rsidR="00B568F5" w:rsidRDefault="00B568F5" w:rsidP="00947E69">
            <w:pPr>
              <w:spacing w:after="0" w:line="252" w:lineRule="auto"/>
              <w:rPr>
                <w:rFonts w:hint="eastAsia"/>
                <w:lang w:eastAsia="ko-KR"/>
              </w:rPr>
            </w:pPr>
            <w:r>
              <w:rPr>
                <w:rFonts w:ascii="맑은 고딕" w:eastAsia="맑은 고딕" w:hAnsi="맑은 고딕"/>
                <w:sz w:val="18"/>
                <w:lang w:eastAsia="ko-KR"/>
              </w:rPr>
              <w:t>탄소소재의 가치 또는 인식전환 메시지를 광고 형식으로 표현한 영상</w:t>
            </w:r>
          </w:p>
        </w:tc>
      </w:tr>
      <w:tr w:rsidR="00B568F5" w14:paraId="4DA0C085" w14:textId="77777777" w:rsidTr="00947E69">
        <w:trPr>
          <w:jc w:val="center"/>
        </w:trPr>
        <w:tc>
          <w:tcPr>
            <w:tcW w:w="1361" w:type="dxa"/>
            <w:vMerge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47EDB24" w14:textId="77777777" w:rsidR="00B568F5" w:rsidRDefault="00B568F5" w:rsidP="00947E69">
            <w:pPr>
              <w:spacing w:after="0"/>
              <w:jc w:val="center"/>
              <w:rPr>
                <w:rFonts w:ascii="맑은 고딕" w:eastAsia="맑은 고딕" w:hAnsi="맑은 고딕"/>
                <w:sz w:val="18"/>
                <w:lang w:eastAsia="ko-KR"/>
              </w:rPr>
            </w:pPr>
          </w:p>
        </w:tc>
        <w:tc>
          <w:tcPr>
            <w:tcW w:w="189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1A99FEA" w14:textId="77777777" w:rsidR="00B568F5" w:rsidRDefault="00B568F5" w:rsidP="00947E69">
            <w:pPr>
              <w:spacing w:after="0"/>
              <w:rPr>
                <w:rFonts w:hint="eastAsia"/>
                <w:sz w:val="18"/>
                <w:lang w:eastAsia="ko-KR"/>
              </w:rPr>
            </w:pPr>
            <w:r>
              <w:rPr>
                <w:rFonts w:ascii="맑은 고딕" w:eastAsia="맑은 고딕" w:hAnsi="맑은 고딕"/>
                <w:sz w:val="18"/>
                <w:lang w:eastAsia="ko-KR"/>
              </w:rPr>
              <w:t>애니메이션·모션그래픽</w:t>
            </w:r>
          </w:p>
        </w:tc>
        <w:tc>
          <w:tcPr>
            <w:tcW w:w="581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3689173" w14:textId="77777777" w:rsidR="00B568F5" w:rsidRDefault="00B568F5" w:rsidP="00947E69">
            <w:pPr>
              <w:spacing w:after="0"/>
              <w:rPr>
                <w:rFonts w:hint="eastAsia"/>
                <w:sz w:val="18"/>
                <w:lang w:eastAsia="ko-KR"/>
              </w:rPr>
            </w:pPr>
            <w:r>
              <w:rPr>
                <w:rFonts w:ascii="맑은 고딕" w:eastAsia="맑은 고딕" w:hAnsi="맑은 고딕"/>
                <w:sz w:val="18"/>
                <w:lang w:eastAsia="ko-KR"/>
              </w:rPr>
              <w:t>AI 생성 이미지·영상·그래픽 등을 활용한 애니메이션 또는 모션그래픽 영상</w:t>
            </w:r>
          </w:p>
        </w:tc>
      </w:tr>
      <w:tr w:rsidR="00B568F5" w14:paraId="6809355B" w14:textId="77777777" w:rsidTr="00947E69">
        <w:trPr>
          <w:jc w:val="center"/>
        </w:trPr>
        <w:tc>
          <w:tcPr>
            <w:tcW w:w="1361" w:type="dxa"/>
            <w:vMerge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B067CB1" w14:textId="77777777" w:rsidR="00B568F5" w:rsidRDefault="00B568F5" w:rsidP="00947E69">
            <w:pPr>
              <w:spacing w:after="0"/>
              <w:jc w:val="center"/>
              <w:rPr>
                <w:rFonts w:ascii="맑은 고딕" w:eastAsia="맑은 고딕" w:hAnsi="맑은 고딕"/>
                <w:sz w:val="18"/>
                <w:lang w:eastAsia="ko-KR"/>
              </w:rPr>
            </w:pPr>
          </w:p>
        </w:tc>
        <w:tc>
          <w:tcPr>
            <w:tcW w:w="189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2EA6BFE" w14:textId="77777777" w:rsidR="00B568F5" w:rsidRDefault="00B568F5" w:rsidP="00947E69">
            <w:pPr>
              <w:spacing w:after="0"/>
              <w:rPr>
                <w:rFonts w:hint="eastAsia"/>
                <w:sz w:val="18"/>
                <w:lang w:eastAsia="ko-KR"/>
              </w:rPr>
            </w:pPr>
            <w:r>
              <w:rPr>
                <w:rFonts w:ascii="맑은 고딕" w:eastAsia="맑은 고딕" w:hAnsi="맑은 고딕"/>
                <w:sz w:val="18"/>
                <w:lang w:eastAsia="ko-KR"/>
              </w:rPr>
              <w:t>스토리텔링·설명 영상</w:t>
            </w:r>
          </w:p>
        </w:tc>
        <w:tc>
          <w:tcPr>
            <w:tcW w:w="581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63DB302" w14:textId="77777777" w:rsidR="00B568F5" w:rsidRDefault="00B568F5" w:rsidP="00947E69">
            <w:pPr>
              <w:spacing w:after="0"/>
              <w:rPr>
                <w:rFonts w:hint="eastAsia"/>
                <w:sz w:val="18"/>
                <w:lang w:eastAsia="ko-KR"/>
              </w:rPr>
            </w:pPr>
            <w:r>
              <w:rPr>
                <w:rFonts w:ascii="맑은 고딕" w:eastAsia="맑은 고딕" w:hAnsi="맑은 고딕"/>
                <w:sz w:val="18"/>
                <w:lang w:eastAsia="ko-KR"/>
              </w:rPr>
              <w:t>사례·상황·내레이션 등을 통해 탄소소재를 쉽고 재미있게 설명하는 영상</w:t>
            </w:r>
          </w:p>
        </w:tc>
      </w:tr>
    </w:tbl>
    <w:p w14:paraId="4450D7E6" w14:textId="77777777" w:rsidR="00D55C08" w:rsidRDefault="00D55C08">
      <w:pPr>
        <w:spacing w:after="40"/>
        <w:rPr>
          <w:rFonts w:hint="eastAsia"/>
          <w:lang w:eastAsia="ko-KR"/>
        </w:rPr>
      </w:pPr>
    </w:p>
    <w:p w14:paraId="6C776559" w14:textId="77777777" w:rsidR="00D55C08" w:rsidRDefault="00000000">
      <w:pPr>
        <w:spacing w:before="20" w:after="20" w:line="312" w:lineRule="auto"/>
        <w:ind w:left="113" w:hanging="113"/>
        <w:rPr>
          <w:rFonts w:hint="eastAsia"/>
          <w:lang w:eastAsia="ko-KR"/>
        </w:rPr>
      </w:pPr>
      <w:r>
        <w:rPr>
          <w:b/>
          <w:lang w:eastAsia="ko-KR"/>
        </w:rPr>
        <w:t xml:space="preserve">○ </w:t>
      </w:r>
      <w:r>
        <w:rPr>
          <w:lang w:eastAsia="ko-KR"/>
        </w:rPr>
        <w:t>작품은</w:t>
      </w:r>
      <w:r>
        <w:rPr>
          <w:lang w:eastAsia="ko-KR"/>
        </w:rPr>
        <w:t xml:space="preserve"> </w:t>
      </w:r>
      <w:r>
        <w:rPr>
          <w:lang w:eastAsia="ko-KR"/>
        </w:rPr>
        <w:t>탄소소재의</w:t>
      </w:r>
      <w:r>
        <w:rPr>
          <w:lang w:eastAsia="ko-KR"/>
        </w:rPr>
        <w:t xml:space="preserve"> </w:t>
      </w:r>
      <w:r>
        <w:rPr>
          <w:lang w:eastAsia="ko-KR"/>
        </w:rPr>
        <w:t>특징</w:t>
      </w:r>
      <w:r>
        <w:rPr>
          <w:lang w:eastAsia="ko-KR"/>
        </w:rPr>
        <w:t>·</w:t>
      </w:r>
      <w:r>
        <w:rPr>
          <w:lang w:eastAsia="ko-KR"/>
        </w:rPr>
        <w:t>활용</w:t>
      </w:r>
      <w:r>
        <w:rPr>
          <w:lang w:eastAsia="ko-KR"/>
        </w:rPr>
        <w:t>·</w:t>
      </w:r>
      <w:r>
        <w:rPr>
          <w:lang w:eastAsia="ko-KR"/>
        </w:rPr>
        <w:t>가치</w:t>
      </w:r>
      <w:r>
        <w:rPr>
          <w:lang w:eastAsia="ko-KR"/>
        </w:rPr>
        <w:t xml:space="preserve"> </w:t>
      </w:r>
      <w:r>
        <w:rPr>
          <w:lang w:eastAsia="ko-KR"/>
        </w:rPr>
        <w:t>또는</w:t>
      </w:r>
      <w:r>
        <w:rPr>
          <w:lang w:eastAsia="ko-KR"/>
        </w:rPr>
        <w:t xml:space="preserve"> </w:t>
      </w:r>
      <w:r>
        <w:rPr>
          <w:lang w:eastAsia="ko-KR"/>
        </w:rPr>
        <w:t>탄소산업에</w:t>
      </w:r>
      <w:r>
        <w:rPr>
          <w:lang w:eastAsia="ko-KR"/>
        </w:rPr>
        <w:t xml:space="preserve"> </w:t>
      </w:r>
      <w:r>
        <w:rPr>
          <w:lang w:eastAsia="ko-KR"/>
        </w:rPr>
        <w:t>대한</w:t>
      </w:r>
      <w:r>
        <w:rPr>
          <w:lang w:eastAsia="ko-KR"/>
        </w:rPr>
        <w:t xml:space="preserve"> </w:t>
      </w:r>
      <w:r>
        <w:rPr>
          <w:lang w:eastAsia="ko-KR"/>
        </w:rPr>
        <w:t>오해를</w:t>
      </w:r>
      <w:r>
        <w:rPr>
          <w:lang w:eastAsia="ko-KR"/>
        </w:rPr>
        <w:t xml:space="preserve"> </w:t>
      </w:r>
      <w:r>
        <w:rPr>
          <w:lang w:eastAsia="ko-KR"/>
        </w:rPr>
        <w:t>쉽고</w:t>
      </w:r>
      <w:r>
        <w:rPr>
          <w:lang w:eastAsia="ko-KR"/>
        </w:rPr>
        <w:t xml:space="preserve"> </w:t>
      </w:r>
      <w:r>
        <w:rPr>
          <w:lang w:eastAsia="ko-KR"/>
        </w:rPr>
        <w:t>정확하게</w:t>
      </w:r>
      <w:r>
        <w:rPr>
          <w:lang w:eastAsia="ko-KR"/>
        </w:rPr>
        <w:t xml:space="preserve"> </w:t>
      </w:r>
      <w:r>
        <w:rPr>
          <w:lang w:eastAsia="ko-KR"/>
        </w:rPr>
        <w:t>풀어내는</w:t>
      </w:r>
      <w:r>
        <w:rPr>
          <w:lang w:eastAsia="ko-KR"/>
        </w:rPr>
        <w:t xml:space="preserve"> </w:t>
      </w:r>
      <w:r>
        <w:rPr>
          <w:lang w:eastAsia="ko-KR"/>
        </w:rPr>
        <w:t>내용을</w:t>
      </w:r>
      <w:r>
        <w:rPr>
          <w:lang w:eastAsia="ko-KR"/>
        </w:rPr>
        <w:t xml:space="preserve"> </w:t>
      </w:r>
      <w:r>
        <w:rPr>
          <w:lang w:eastAsia="ko-KR"/>
        </w:rPr>
        <w:t>포함해야</w:t>
      </w:r>
      <w:r>
        <w:rPr>
          <w:lang w:eastAsia="ko-KR"/>
        </w:rPr>
        <w:t xml:space="preserve"> </w:t>
      </w:r>
      <w:r>
        <w:rPr>
          <w:lang w:eastAsia="ko-KR"/>
        </w:rPr>
        <w:t>합니다</w:t>
      </w:r>
      <w:r>
        <w:rPr>
          <w:lang w:eastAsia="ko-KR"/>
        </w:rPr>
        <w:t>.</w:t>
      </w:r>
    </w:p>
    <w:p w14:paraId="3B77FC85" w14:textId="77777777" w:rsidR="00D55C08" w:rsidRDefault="00000000">
      <w:pPr>
        <w:spacing w:before="20" w:after="20" w:line="312" w:lineRule="auto"/>
        <w:ind w:left="113" w:hanging="113"/>
        <w:rPr>
          <w:rFonts w:hint="eastAsia"/>
          <w:lang w:eastAsia="ko-KR"/>
        </w:rPr>
      </w:pPr>
      <w:r>
        <w:rPr>
          <w:b/>
          <w:lang w:eastAsia="ko-KR"/>
        </w:rPr>
        <w:t xml:space="preserve">○ </w:t>
      </w:r>
      <w:r>
        <w:rPr>
          <w:lang w:eastAsia="ko-KR"/>
        </w:rPr>
        <w:t>생성형</w:t>
      </w:r>
      <w:r>
        <w:rPr>
          <w:lang w:eastAsia="ko-KR"/>
        </w:rPr>
        <w:t xml:space="preserve"> AI</w:t>
      </w:r>
      <w:r>
        <w:rPr>
          <w:lang w:eastAsia="ko-KR"/>
        </w:rPr>
        <w:t>는</w:t>
      </w:r>
      <w:r>
        <w:rPr>
          <w:lang w:eastAsia="ko-KR"/>
        </w:rPr>
        <w:t xml:space="preserve"> </w:t>
      </w:r>
      <w:r>
        <w:rPr>
          <w:lang w:eastAsia="ko-KR"/>
        </w:rPr>
        <w:t>아이디어</w:t>
      </w:r>
      <w:r>
        <w:rPr>
          <w:lang w:eastAsia="ko-KR"/>
        </w:rPr>
        <w:t>·</w:t>
      </w:r>
      <w:r>
        <w:rPr>
          <w:lang w:eastAsia="ko-KR"/>
        </w:rPr>
        <w:t>이미지</w:t>
      </w:r>
      <w:r>
        <w:rPr>
          <w:lang w:eastAsia="ko-KR"/>
        </w:rPr>
        <w:t>·</w:t>
      </w:r>
      <w:r>
        <w:rPr>
          <w:lang w:eastAsia="ko-KR"/>
        </w:rPr>
        <w:t>영상</w:t>
      </w:r>
      <w:r>
        <w:rPr>
          <w:lang w:eastAsia="ko-KR"/>
        </w:rPr>
        <w:t>·</w:t>
      </w:r>
      <w:r>
        <w:rPr>
          <w:lang w:eastAsia="ko-KR"/>
        </w:rPr>
        <w:t>음성</w:t>
      </w:r>
      <w:r>
        <w:rPr>
          <w:lang w:eastAsia="ko-KR"/>
        </w:rPr>
        <w:t>·</w:t>
      </w:r>
      <w:r>
        <w:rPr>
          <w:lang w:eastAsia="ko-KR"/>
        </w:rPr>
        <w:t>음악</w:t>
      </w:r>
      <w:r>
        <w:rPr>
          <w:lang w:eastAsia="ko-KR"/>
        </w:rPr>
        <w:t>·</w:t>
      </w:r>
      <w:r>
        <w:rPr>
          <w:lang w:eastAsia="ko-KR"/>
        </w:rPr>
        <w:t>편집</w:t>
      </w:r>
      <w:r>
        <w:rPr>
          <w:lang w:eastAsia="ko-KR"/>
        </w:rPr>
        <w:t xml:space="preserve"> </w:t>
      </w:r>
      <w:r>
        <w:rPr>
          <w:lang w:eastAsia="ko-KR"/>
        </w:rPr>
        <w:t>등</w:t>
      </w:r>
      <w:r>
        <w:rPr>
          <w:lang w:eastAsia="ko-KR"/>
        </w:rPr>
        <w:t xml:space="preserve"> </w:t>
      </w:r>
      <w:r>
        <w:rPr>
          <w:lang w:eastAsia="ko-KR"/>
        </w:rPr>
        <w:t>제작</w:t>
      </w:r>
      <w:r>
        <w:rPr>
          <w:lang w:eastAsia="ko-KR"/>
        </w:rPr>
        <w:t xml:space="preserve"> </w:t>
      </w:r>
      <w:r>
        <w:rPr>
          <w:lang w:eastAsia="ko-KR"/>
        </w:rPr>
        <w:t>과정</w:t>
      </w:r>
      <w:r>
        <w:rPr>
          <w:lang w:eastAsia="ko-KR"/>
        </w:rPr>
        <w:t xml:space="preserve"> </w:t>
      </w:r>
      <w:r>
        <w:rPr>
          <w:lang w:eastAsia="ko-KR"/>
        </w:rPr>
        <w:t>일부</w:t>
      </w:r>
      <w:r>
        <w:rPr>
          <w:lang w:eastAsia="ko-KR"/>
        </w:rPr>
        <w:t xml:space="preserve"> </w:t>
      </w:r>
      <w:r>
        <w:rPr>
          <w:lang w:eastAsia="ko-KR"/>
        </w:rPr>
        <w:t>또는</w:t>
      </w:r>
      <w:r>
        <w:rPr>
          <w:lang w:eastAsia="ko-KR"/>
        </w:rPr>
        <w:t xml:space="preserve"> </w:t>
      </w:r>
      <w:r>
        <w:rPr>
          <w:lang w:eastAsia="ko-KR"/>
        </w:rPr>
        <w:t>전부에</w:t>
      </w:r>
      <w:r>
        <w:rPr>
          <w:lang w:eastAsia="ko-KR"/>
        </w:rPr>
        <w:t xml:space="preserve"> </w:t>
      </w:r>
      <w:r>
        <w:rPr>
          <w:lang w:eastAsia="ko-KR"/>
        </w:rPr>
        <w:t>활용할</w:t>
      </w:r>
      <w:r>
        <w:rPr>
          <w:lang w:eastAsia="ko-KR"/>
        </w:rPr>
        <w:t xml:space="preserve"> </w:t>
      </w:r>
      <w:r>
        <w:rPr>
          <w:lang w:eastAsia="ko-KR"/>
        </w:rPr>
        <w:t>수</w:t>
      </w:r>
      <w:r>
        <w:rPr>
          <w:lang w:eastAsia="ko-KR"/>
        </w:rPr>
        <w:t xml:space="preserve"> </w:t>
      </w:r>
      <w:r>
        <w:rPr>
          <w:lang w:eastAsia="ko-KR"/>
        </w:rPr>
        <w:t>있습니다</w:t>
      </w:r>
      <w:r>
        <w:rPr>
          <w:lang w:eastAsia="ko-KR"/>
        </w:rPr>
        <w:t>.</w:t>
      </w:r>
    </w:p>
    <w:p w14:paraId="051F5775" w14:textId="77777777" w:rsidR="00D55C08" w:rsidRDefault="00000000">
      <w:pPr>
        <w:spacing w:before="20" w:after="20" w:line="312" w:lineRule="auto"/>
        <w:ind w:left="113" w:hanging="113"/>
        <w:rPr>
          <w:rFonts w:hint="eastAsia"/>
          <w:lang w:eastAsia="ko-KR"/>
        </w:rPr>
      </w:pPr>
      <w:r>
        <w:rPr>
          <w:b/>
          <w:lang w:eastAsia="ko-KR"/>
        </w:rPr>
        <w:t xml:space="preserve">○ </w:t>
      </w:r>
      <w:r>
        <w:rPr>
          <w:lang w:eastAsia="ko-KR"/>
        </w:rPr>
        <w:t>동일</w:t>
      </w:r>
      <w:r>
        <w:rPr>
          <w:lang w:eastAsia="ko-KR"/>
        </w:rPr>
        <w:t xml:space="preserve"> </w:t>
      </w:r>
      <w:r>
        <w:rPr>
          <w:lang w:eastAsia="ko-KR"/>
        </w:rPr>
        <w:t>참가자는</w:t>
      </w:r>
      <w:r>
        <w:rPr>
          <w:lang w:eastAsia="ko-KR"/>
        </w:rPr>
        <w:t xml:space="preserve"> </w:t>
      </w:r>
      <w:r w:rsidRPr="000251E3">
        <w:rPr>
          <w:highlight w:val="yellow"/>
          <w:lang w:eastAsia="ko-KR"/>
        </w:rPr>
        <w:t>부문별</w:t>
      </w:r>
      <w:r w:rsidRPr="000251E3">
        <w:rPr>
          <w:highlight w:val="yellow"/>
          <w:lang w:eastAsia="ko-KR"/>
        </w:rPr>
        <w:t xml:space="preserve"> </w:t>
      </w:r>
      <w:r w:rsidRPr="000251E3">
        <w:rPr>
          <w:highlight w:val="yellow"/>
          <w:lang w:eastAsia="ko-KR"/>
        </w:rPr>
        <w:t>최대</w:t>
      </w:r>
      <w:r w:rsidRPr="000251E3">
        <w:rPr>
          <w:highlight w:val="yellow"/>
          <w:lang w:eastAsia="ko-KR"/>
        </w:rPr>
        <w:t xml:space="preserve"> 3</w:t>
      </w:r>
      <w:r w:rsidRPr="000251E3">
        <w:rPr>
          <w:highlight w:val="yellow"/>
          <w:lang w:eastAsia="ko-KR"/>
        </w:rPr>
        <w:t>작품까지</w:t>
      </w:r>
      <w:r w:rsidRPr="000251E3">
        <w:rPr>
          <w:highlight w:val="yellow"/>
          <w:lang w:eastAsia="ko-KR"/>
        </w:rPr>
        <w:t xml:space="preserve"> </w:t>
      </w:r>
      <w:r w:rsidRPr="000251E3">
        <w:rPr>
          <w:highlight w:val="yellow"/>
          <w:lang w:eastAsia="ko-KR"/>
        </w:rPr>
        <w:t>출품할</w:t>
      </w:r>
      <w:r w:rsidRPr="000251E3">
        <w:rPr>
          <w:highlight w:val="yellow"/>
          <w:lang w:eastAsia="ko-KR"/>
        </w:rPr>
        <w:t xml:space="preserve"> </w:t>
      </w:r>
      <w:r w:rsidRPr="000251E3">
        <w:rPr>
          <w:highlight w:val="yellow"/>
          <w:lang w:eastAsia="ko-KR"/>
        </w:rPr>
        <w:t>수</w:t>
      </w:r>
      <w:r w:rsidRPr="000251E3">
        <w:rPr>
          <w:highlight w:val="yellow"/>
          <w:lang w:eastAsia="ko-KR"/>
        </w:rPr>
        <w:t xml:space="preserve"> </w:t>
      </w:r>
      <w:r w:rsidRPr="000251E3">
        <w:rPr>
          <w:highlight w:val="yellow"/>
          <w:lang w:eastAsia="ko-KR"/>
        </w:rPr>
        <w:t>있으며</w:t>
      </w:r>
      <w:r w:rsidRPr="000251E3">
        <w:rPr>
          <w:highlight w:val="yellow"/>
          <w:lang w:eastAsia="ko-KR"/>
        </w:rPr>
        <w:t xml:space="preserve">, </w:t>
      </w:r>
      <w:r w:rsidRPr="000251E3">
        <w:rPr>
          <w:highlight w:val="yellow"/>
          <w:lang w:eastAsia="ko-KR"/>
        </w:rPr>
        <w:t>동일</w:t>
      </w:r>
      <w:r w:rsidRPr="000251E3">
        <w:rPr>
          <w:highlight w:val="yellow"/>
          <w:lang w:eastAsia="ko-KR"/>
        </w:rPr>
        <w:t xml:space="preserve"> </w:t>
      </w:r>
      <w:r w:rsidRPr="000251E3">
        <w:rPr>
          <w:highlight w:val="yellow"/>
          <w:lang w:eastAsia="ko-KR"/>
        </w:rPr>
        <w:t>부문</w:t>
      </w:r>
      <w:r w:rsidRPr="000251E3">
        <w:rPr>
          <w:highlight w:val="yellow"/>
          <w:lang w:eastAsia="ko-KR"/>
        </w:rPr>
        <w:t xml:space="preserve"> </w:t>
      </w:r>
      <w:r w:rsidRPr="000251E3">
        <w:rPr>
          <w:highlight w:val="yellow"/>
          <w:lang w:eastAsia="ko-KR"/>
        </w:rPr>
        <w:t>중복</w:t>
      </w:r>
      <w:r w:rsidRPr="000251E3">
        <w:rPr>
          <w:highlight w:val="yellow"/>
          <w:lang w:eastAsia="ko-KR"/>
        </w:rPr>
        <w:t xml:space="preserve"> </w:t>
      </w:r>
      <w:r w:rsidRPr="000251E3">
        <w:rPr>
          <w:highlight w:val="yellow"/>
          <w:lang w:eastAsia="ko-KR"/>
        </w:rPr>
        <w:t>수상</w:t>
      </w:r>
      <w:r w:rsidRPr="000251E3">
        <w:rPr>
          <w:highlight w:val="yellow"/>
          <w:lang w:eastAsia="ko-KR"/>
        </w:rPr>
        <w:t xml:space="preserve"> </w:t>
      </w:r>
      <w:r w:rsidRPr="000251E3">
        <w:rPr>
          <w:highlight w:val="yellow"/>
          <w:lang w:eastAsia="ko-KR"/>
        </w:rPr>
        <w:t>시</w:t>
      </w:r>
      <w:r w:rsidRPr="000251E3">
        <w:rPr>
          <w:highlight w:val="yellow"/>
          <w:lang w:eastAsia="ko-KR"/>
        </w:rPr>
        <w:t xml:space="preserve"> </w:t>
      </w:r>
      <w:r w:rsidRPr="000251E3">
        <w:rPr>
          <w:highlight w:val="yellow"/>
          <w:lang w:eastAsia="ko-KR"/>
        </w:rPr>
        <w:t>최고</w:t>
      </w:r>
      <w:r w:rsidRPr="000251E3">
        <w:rPr>
          <w:highlight w:val="yellow"/>
          <w:lang w:eastAsia="ko-KR"/>
        </w:rPr>
        <w:t xml:space="preserve"> </w:t>
      </w:r>
      <w:r w:rsidRPr="000251E3">
        <w:rPr>
          <w:highlight w:val="yellow"/>
          <w:lang w:eastAsia="ko-KR"/>
        </w:rPr>
        <w:t>상격</w:t>
      </w:r>
      <w:r w:rsidRPr="000251E3">
        <w:rPr>
          <w:highlight w:val="yellow"/>
          <w:lang w:eastAsia="ko-KR"/>
        </w:rPr>
        <w:t xml:space="preserve"> 1</w:t>
      </w:r>
      <w:r w:rsidRPr="000251E3">
        <w:rPr>
          <w:highlight w:val="yellow"/>
          <w:lang w:eastAsia="ko-KR"/>
        </w:rPr>
        <w:t>작품만</w:t>
      </w:r>
      <w:r w:rsidRPr="000251E3">
        <w:rPr>
          <w:highlight w:val="yellow"/>
          <w:lang w:eastAsia="ko-KR"/>
        </w:rPr>
        <w:t xml:space="preserve"> </w:t>
      </w:r>
      <w:r w:rsidRPr="000251E3">
        <w:rPr>
          <w:highlight w:val="yellow"/>
          <w:lang w:eastAsia="ko-KR"/>
        </w:rPr>
        <w:t>수상</w:t>
      </w:r>
      <w:r>
        <w:rPr>
          <w:lang w:eastAsia="ko-KR"/>
        </w:rPr>
        <w:t>하는</w:t>
      </w:r>
      <w:r>
        <w:rPr>
          <w:lang w:eastAsia="ko-KR"/>
        </w:rPr>
        <w:t xml:space="preserve"> </w:t>
      </w:r>
      <w:r>
        <w:rPr>
          <w:lang w:eastAsia="ko-KR"/>
        </w:rPr>
        <w:t>것을</w:t>
      </w:r>
      <w:r>
        <w:rPr>
          <w:lang w:eastAsia="ko-KR"/>
        </w:rPr>
        <w:t xml:space="preserve"> </w:t>
      </w:r>
      <w:r>
        <w:rPr>
          <w:lang w:eastAsia="ko-KR"/>
        </w:rPr>
        <w:t>원칙으로</w:t>
      </w:r>
      <w:r>
        <w:rPr>
          <w:lang w:eastAsia="ko-KR"/>
        </w:rPr>
        <w:t xml:space="preserve"> </w:t>
      </w:r>
      <w:r>
        <w:rPr>
          <w:lang w:eastAsia="ko-KR"/>
        </w:rPr>
        <w:t>합니다</w:t>
      </w:r>
      <w:r>
        <w:rPr>
          <w:lang w:eastAsia="ko-KR"/>
        </w:rPr>
        <w:t>.</w:t>
      </w:r>
    </w:p>
    <w:p w14:paraId="1E6ACE84" w14:textId="77777777" w:rsidR="0031203E" w:rsidRDefault="0031203E">
      <w:pPr>
        <w:rPr>
          <w:rFonts w:hint="eastAsia"/>
          <w:b/>
          <w:sz w:val="24"/>
          <w:lang w:eastAsia="ko-KR"/>
        </w:rPr>
      </w:pPr>
      <w:r>
        <w:rPr>
          <w:rFonts w:hint="eastAsia"/>
          <w:b/>
          <w:sz w:val="24"/>
          <w:lang w:eastAsia="ko-KR"/>
        </w:rPr>
        <w:br w:type="page"/>
      </w:r>
    </w:p>
    <w:p w14:paraId="02815B79" w14:textId="77777777" w:rsidR="00D55C08" w:rsidRDefault="00106AC8">
      <w:pPr>
        <w:spacing w:before="200" w:after="80" w:line="240" w:lineRule="auto"/>
        <w:rPr>
          <w:rFonts w:hint="eastAsia"/>
          <w:lang w:eastAsia="ko-KR"/>
        </w:rPr>
      </w:pPr>
      <w:r>
        <w:rPr>
          <w:b/>
          <w:sz w:val="24"/>
          <w:lang w:eastAsia="ko-KR"/>
        </w:rPr>
        <w:lastRenderedPageBreak/>
        <w:t xml:space="preserve">3. </w:t>
      </w:r>
      <w:r>
        <w:rPr>
          <w:b/>
          <w:sz w:val="24"/>
          <w:lang w:eastAsia="ko-KR"/>
        </w:rPr>
        <w:t>출품</w:t>
      </w:r>
      <w:r>
        <w:rPr>
          <w:b/>
          <w:sz w:val="24"/>
          <w:lang w:eastAsia="ko-KR"/>
        </w:rPr>
        <w:t xml:space="preserve"> </w:t>
      </w:r>
      <w:r>
        <w:rPr>
          <w:b/>
          <w:sz w:val="24"/>
          <w:lang w:eastAsia="ko-KR"/>
        </w:rPr>
        <w:t>규격</w:t>
      </w:r>
    </w:p>
    <w:p w14:paraId="379EE94E" w14:textId="77777777" w:rsidR="00D55C08" w:rsidRDefault="00000000">
      <w:pPr>
        <w:spacing w:before="20" w:after="20" w:line="312" w:lineRule="auto"/>
        <w:ind w:left="113" w:hanging="113"/>
        <w:rPr>
          <w:rFonts w:hint="eastAsia"/>
          <w:lang w:eastAsia="ko-KR"/>
        </w:rPr>
      </w:pPr>
      <w:r>
        <w:rPr>
          <w:b/>
          <w:lang w:eastAsia="ko-KR"/>
        </w:rPr>
        <w:t xml:space="preserve">○ </w:t>
      </w:r>
      <w:r>
        <w:rPr>
          <w:lang w:eastAsia="ko-KR"/>
        </w:rPr>
        <w:t>(</w:t>
      </w:r>
      <w:r>
        <w:rPr>
          <w:lang w:eastAsia="ko-KR"/>
        </w:rPr>
        <w:t>이미지</w:t>
      </w:r>
      <w:r>
        <w:rPr>
          <w:lang w:eastAsia="ko-KR"/>
        </w:rPr>
        <w:t xml:space="preserve"> </w:t>
      </w:r>
      <w:r>
        <w:rPr>
          <w:lang w:eastAsia="ko-KR"/>
        </w:rPr>
        <w:t>부문</w:t>
      </w:r>
      <w:r>
        <w:rPr>
          <w:lang w:eastAsia="ko-KR"/>
        </w:rPr>
        <w:t>)</w:t>
      </w:r>
    </w:p>
    <w:tbl>
      <w:tblPr>
        <w:tblW w:w="0" w:type="auto"/>
        <w:jc w:val="center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Look w:val="04A0" w:firstRow="1" w:lastRow="0" w:firstColumn="1" w:lastColumn="0" w:noHBand="0" w:noVBand="1"/>
      </w:tblPr>
      <w:tblGrid>
        <w:gridCol w:w="1701"/>
        <w:gridCol w:w="7370"/>
      </w:tblGrid>
      <w:tr w:rsidR="00D55C08" w14:paraId="640E3F3E" w14:textId="77777777">
        <w:trPr>
          <w:jc w:val="center"/>
        </w:trPr>
        <w:tc>
          <w:tcPr>
            <w:tcW w:w="1701" w:type="dxa"/>
            <w:shd w:val="clear" w:color="auto" w:fill="E7E6E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6691F97" w14:textId="77777777" w:rsidR="00D55C08" w:rsidRDefault="00000000">
            <w:pPr>
              <w:spacing w:after="0"/>
              <w:jc w:val="center"/>
              <w:rPr>
                <w:rFonts w:hint="eastAsia"/>
              </w:rPr>
            </w:pPr>
            <w:proofErr w:type="spellStart"/>
            <w:r>
              <w:rPr>
                <w:b/>
                <w:sz w:val="18"/>
              </w:rPr>
              <w:t>항목</w:t>
            </w:r>
            <w:proofErr w:type="spellEnd"/>
          </w:p>
        </w:tc>
        <w:tc>
          <w:tcPr>
            <w:tcW w:w="7370" w:type="dxa"/>
            <w:shd w:val="clear" w:color="auto" w:fill="E7E6E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9EDD4EC" w14:textId="77777777" w:rsidR="00D55C08" w:rsidRDefault="00000000">
            <w:pPr>
              <w:spacing w:after="0"/>
              <w:jc w:val="center"/>
              <w:rPr>
                <w:rFonts w:hint="eastAsia"/>
              </w:rPr>
            </w:pPr>
            <w:r>
              <w:rPr>
                <w:b/>
                <w:sz w:val="18"/>
              </w:rPr>
              <w:t>기준</w:t>
            </w:r>
          </w:p>
        </w:tc>
      </w:tr>
      <w:tr w:rsidR="00D55C08" w14:paraId="08C39769" w14:textId="77777777">
        <w:trPr>
          <w:jc w:val="center"/>
        </w:trPr>
        <w:tc>
          <w:tcPr>
            <w:tcW w:w="170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19D21BE" w14:textId="77777777" w:rsidR="00D55C08" w:rsidRDefault="00000000">
            <w:pPr>
              <w:spacing w:after="0"/>
              <w:jc w:val="center"/>
              <w:rPr>
                <w:rFonts w:hint="eastAsia"/>
              </w:rPr>
            </w:pPr>
            <w:r>
              <w:rPr>
                <w:sz w:val="18"/>
              </w:rPr>
              <w:t>파일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t>형식</w:t>
            </w:r>
          </w:p>
        </w:tc>
        <w:tc>
          <w:tcPr>
            <w:tcW w:w="737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4241EEF" w14:textId="77777777" w:rsidR="00D55C08" w:rsidRDefault="00000000">
            <w:pPr>
              <w:spacing w:after="0"/>
              <w:rPr>
                <w:rFonts w:hint="eastAsia"/>
                <w:lang w:eastAsia="ko-KR"/>
              </w:rPr>
            </w:pPr>
            <w:r>
              <w:rPr>
                <w:sz w:val="18"/>
                <w:lang w:eastAsia="ko-KR"/>
              </w:rPr>
              <w:t xml:space="preserve">JPG </w:t>
            </w:r>
            <w:r>
              <w:rPr>
                <w:sz w:val="18"/>
                <w:lang w:eastAsia="ko-KR"/>
              </w:rPr>
              <w:t>또는</w:t>
            </w:r>
            <w:r>
              <w:rPr>
                <w:sz w:val="18"/>
                <w:lang w:eastAsia="ko-KR"/>
              </w:rPr>
              <w:t xml:space="preserve"> PNG (RGB </w:t>
            </w:r>
            <w:r>
              <w:rPr>
                <w:sz w:val="18"/>
                <w:lang w:eastAsia="ko-KR"/>
              </w:rPr>
              <w:t>권장</w:t>
            </w:r>
            <w:r>
              <w:rPr>
                <w:sz w:val="18"/>
                <w:lang w:eastAsia="ko-KR"/>
              </w:rPr>
              <w:t>)</w:t>
            </w:r>
          </w:p>
        </w:tc>
      </w:tr>
      <w:tr w:rsidR="00D55C08" w14:paraId="27F6112C" w14:textId="77777777">
        <w:trPr>
          <w:jc w:val="center"/>
        </w:trPr>
        <w:tc>
          <w:tcPr>
            <w:tcW w:w="170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2944FCA" w14:textId="77777777" w:rsidR="00D55C08" w:rsidRDefault="00000000">
            <w:pPr>
              <w:spacing w:after="0"/>
              <w:jc w:val="center"/>
              <w:rPr>
                <w:rFonts w:hint="eastAsia"/>
              </w:rPr>
            </w:pPr>
            <w:proofErr w:type="spellStart"/>
            <w:r>
              <w:rPr>
                <w:sz w:val="18"/>
              </w:rPr>
              <w:t>해상도</w:t>
            </w:r>
            <w:proofErr w:type="spellEnd"/>
          </w:p>
        </w:tc>
        <w:tc>
          <w:tcPr>
            <w:tcW w:w="737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EC5DE83" w14:textId="77777777" w:rsidR="00D55C08" w:rsidRDefault="00000000">
            <w:pPr>
              <w:spacing w:after="0"/>
              <w:rPr>
                <w:rFonts w:hint="eastAsia"/>
                <w:lang w:eastAsia="ko-KR"/>
              </w:rPr>
            </w:pPr>
            <w:r>
              <w:rPr>
                <w:sz w:val="18"/>
                <w:lang w:eastAsia="ko-KR"/>
              </w:rPr>
              <w:t>긴</w:t>
            </w:r>
            <w:r>
              <w:rPr>
                <w:sz w:val="18"/>
                <w:lang w:eastAsia="ko-KR"/>
              </w:rPr>
              <w:t xml:space="preserve"> </w:t>
            </w:r>
            <w:r>
              <w:rPr>
                <w:sz w:val="18"/>
                <w:lang w:eastAsia="ko-KR"/>
              </w:rPr>
              <w:t>변</w:t>
            </w:r>
            <w:r>
              <w:rPr>
                <w:sz w:val="18"/>
                <w:lang w:eastAsia="ko-KR"/>
              </w:rPr>
              <w:t xml:space="preserve"> </w:t>
            </w:r>
            <w:r>
              <w:rPr>
                <w:sz w:val="18"/>
                <w:lang w:eastAsia="ko-KR"/>
              </w:rPr>
              <w:t>기준</w:t>
            </w:r>
            <w:r>
              <w:rPr>
                <w:sz w:val="18"/>
                <w:lang w:eastAsia="ko-KR"/>
              </w:rPr>
              <w:t xml:space="preserve"> 3,000px </w:t>
            </w:r>
            <w:r>
              <w:rPr>
                <w:sz w:val="18"/>
                <w:lang w:eastAsia="ko-KR"/>
              </w:rPr>
              <w:t>이상</w:t>
            </w:r>
            <w:r>
              <w:rPr>
                <w:sz w:val="18"/>
                <w:lang w:eastAsia="ko-KR"/>
              </w:rPr>
              <w:t xml:space="preserve"> </w:t>
            </w:r>
            <w:r>
              <w:rPr>
                <w:sz w:val="18"/>
                <w:lang w:eastAsia="ko-KR"/>
              </w:rPr>
              <w:t>권장</w:t>
            </w:r>
            <w:r>
              <w:rPr>
                <w:sz w:val="18"/>
                <w:lang w:eastAsia="ko-KR"/>
              </w:rPr>
              <w:t xml:space="preserve">, </w:t>
            </w:r>
            <w:r>
              <w:rPr>
                <w:sz w:val="18"/>
                <w:lang w:eastAsia="ko-KR"/>
              </w:rPr>
              <w:t>인쇄</w:t>
            </w:r>
            <w:r>
              <w:rPr>
                <w:sz w:val="18"/>
                <w:lang w:eastAsia="ko-KR"/>
              </w:rPr>
              <w:t xml:space="preserve"> </w:t>
            </w:r>
            <w:r>
              <w:rPr>
                <w:sz w:val="18"/>
                <w:lang w:eastAsia="ko-KR"/>
              </w:rPr>
              <w:t>활용을</w:t>
            </w:r>
            <w:r>
              <w:rPr>
                <w:sz w:val="18"/>
                <w:lang w:eastAsia="ko-KR"/>
              </w:rPr>
              <w:t xml:space="preserve"> </w:t>
            </w:r>
            <w:r>
              <w:rPr>
                <w:sz w:val="18"/>
                <w:lang w:eastAsia="ko-KR"/>
              </w:rPr>
              <w:t>고려해</w:t>
            </w:r>
            <w:r>
              <w:rPr>
                <w:sz w:val="18"/>
                <w:lang w:eastAsia="ko-KR"/>
              </w:rPr>
              <w:t xml:space="preserve"> 300dpi </w:t>
            </w:r>
            <w:r>
              <w:rPr>
                <w:sz w:val="18"/>
                <w:lang w:eastAsia="ko-KR"/>
              </w:rPr>
              <w:t>권장</w:t>
            </w:r>
          </w:p>
        </w:tc>
      </w:tr>
      <w:tr w:rsidR="00D55C08" w14:paraId="5213D6BF" w14:textId="77777777">
        <w:trPr>
          <w:jc w:val="center"/>
        </w:trPr>
        <w:tc>
          <w:tcPr>
            <w:tcW w:w="170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5FD86B3" w14:textId="77777777" w:rsidR="00D55C08" w:rsidRDefault="00000000">
            <w:pPr>
              <w:spacing w:after="0"/>
              <w:jc w:val="center"/>
              <w:rPr>
                <w:rFonts w:hint="eastAsia"/>
              </w:rPr>
            </w:pPr>
            <w:proofErr w:type="spellStart"/>
            <w:r>
              <w:rPr>
                <w:sz w:val="18"/>
              </w:rPr>
              <w:t>화면비</w:t>
            </w:r>
            <w:proofErr w:type="spellEnd"/>
          </w:p>
        </w:tc>
        <w:tc>
          <w:tcPr>
            <w:tcW w:w="737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A253FF9" w14:textId="77777777" w:rsidR="00D55C08" w:rsidRDefault="00000000">
            <w:pPr>
              <w:spacing w:after="0"/>
              <w:rPr>
                <w:rFonts w:hint="eastAsia"/>
                <w:lang w:eastAsia="ko-KR"/>
              </w:rPr>
            </w:pPr>
            <w:r>
              <w:rPr>
                <w:sz w:val="18"/>
                <w:lang w:eastAsia="ko-KR"/>
              </w:rPr>
              <w:t>자유</w:t>
            </w:r>
            <w:r>
              <w:rPr>
                <w:sz w:val="18"/>
                <w:lang w:eastAsia="ko-KR"/>
              </w:rPr>
              <w:t xml:space="preserve">. </w:t>
            </w:r>
            <w:r>
              <w:rPr>
                <w:sz w:val="18"/>
                <w:lang w:eastAsia="ko-KR"/>
              </w:rPr>
              <w:t>단</w:t>
            </w:r>
            <w:r>
              <w:rPr>
                <w:sz w:val="18"/>
                <w:lang w:eastAsia="ko-KR"/>
              </w:rPr>
              <w:t xml:space="preserve">, SNS </w:t>
            </w:r>
            <w:r>
              <w:rPr>
                <w:sz w:val="18"/>
                <w:lang w:eastAsia="ko-KR"/>
              </w:rPr>
              <w:t>활용성을</w:t>
            </w:r>
            <w:r>
              <w:rPr>
                <w:sz w:val="18"/>
                <w:lang w:eastAsia="ko-KR"/>
              </w:rPr>
              <w:t xml:space="preserve"> </w:t>
            </w:r>
            <w:r>
              <w:rPr>
                <w:sz w:val="18"/>
                <w:lang w:eastAsia="ko-KR"/>
              </w:rPr>
              <w:t>고려해</w:t>
            </w:r>
            <w:r>
              <w:rPr>
                <w:sz w:val="18"/>
                <w:lang w:eastAsia="ko-KR"/>
              </w:rPr>
              <w:t xml:space="preserve"> 4:5(1080×1350), 1:1(1080×1080), 9:16(1080×1920), 16:9(1920×1080) </w:t>
            </w:r>
            <w:r>
              <w:rPr>
                <w:sz w:val="18"/>
                <w:lang w:eastAsia="ko-KR"/>
              </w:rPr>
              <w:t>중</w:t>
            </w:r>
            <w:r>
              <w:rPr>
                <w:sz w:val="18"/>
                <w:lang w:eastAsia="ko-KR"/>
              </w:rPr>
              <w:t xml:space="preserve"> </w:t>
            </w:r>
            <w:r>
              <w:rPr>
                <w:sz w:val="18"/>
                <w:lang w:eastAsia="ko-KR"/>
              </w:rPr>
              <w:t>하나를</w:t>
            </w:r>
            <w:r>
              <w:rPr>
                <w:sz w:val="18"/>
                <w:lang w:eastAsia="ko-KR"/>
              </w:rPr>
              <w:t xml:space="preserve"> </w:t>
            </w:r>
            <w:r>
              <w:rPr>
                <w:sz w:val="18"/>
                <w:lang w:eastAsia="ko-KR"/>
              </w:rPr>
              <w:t>권장</w:t>
            </w:r>
          </w:p>
        </w:tc>
      </w:tr>
      <w:tr w:rsidR="00D55C08" w14:paraId="3F94CA79" w14:textId="77777777">
        <w:trPr>
          <w:jc w:val="center"/>
        </w:trPr>
        <w:tc>
          <w:tcPr>
            <w:tcW w:w="170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E224C6E" w14:textId="77777777" w:rsidR="00D55C08" w:rsidRDefault="00000000">
            <w:pPr>
              <w:spacing w:after="0"/>
              <w:jc w:val="center"/>
              <w:rPr>
                <w:rFonts w:hint="eastAsia"/>
              </w:rPr>
            </w:pPr>
            <w:proofErr w:type="spellStart"/>
            <w:r>
              <w:rPr>
                <w:sz w:val="18"/>
              </w:rPr>
              <w:t>다중</w:t>
            </w:r>
            <w:proofErr w:type="spellEnd"/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t>컷</w:t>
            </w:r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작품</w:t>
            </w:r>
            <w:proofErr w:type="spellEnd"/>
          </w:p>
        </w:tc>
        <w:tc>
          <w:tcPr>
            <w:tcW w:w="737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4DAF924" w14:textId="77777777" w:rsidR="00D55C08" w:rsidRDefault="00000000">
            <w:pPr>
              <w:spacing w:after="0"/>
              <w:rPr>
                <w:rFonts w:hint="eastAsia"/>
                <w:lang w:eastAsia="ko-KR"/>
              </w:rPr>
            </w:pPr>
            <w:r>
              <w:rPr>
                <w:sz w:val="18"/>
                <w:lang w:eastAsia="ko-KR"/>
              </w:rPr>
              <w:t>웹툰</w:t>
            </w:r>
            <w:r>
              <w:rPr>
                <w:sz w:val="18"/>
                <w:lang w:eastAsia="ko-KR"/>
              </w:rPr>
              <w:t>·</w:t>
            </w:r>
            <w:proofErr w:type="spellStart"/>
            <w:r>
              <w:rPr>
                <w:sz w:val="18"/>
                <w:lang w:eastAsia="ko-KR"/>
              </w:rPr>
              <w:t>인스타툰</w:t>
            </w:r>
            <w:proofErr w:type="spellEnd"/>
            <w:r>
              <w:rPr>
                <w:sz w:val="18"/>
                <w:lang w:eastAsia="ko-KR"/>
              </w:rPr>
              <w:t xml:space="preserve"> </w:t>
            </w:r>
            <w:r>
              <w:rPr>
                <w:sz w:val="18"/>
                <w:lang w:eastAsia="ko-KR"/>
              </w:rPr>
              <w:t>등</w:t>
            </w:r>
            <w:r>
              <w:rPr>
                <w:sz w:val="18"/>
                <w:lang w:eastAsia="ko-KR"/>
              </w:rPr>
              <w:t xml:space="preserve"> </w:t>
            </w:r>
            <w:r>
              <w:rPr>
                <w:sz w:val="18"/>
                <w:lang w:eastAsia="ko-KR"/>
              </w:rPr>
              <w:t>연속형</w:t>
            </w:r>
            <w:r>
              <w:rPr>
                <w:sz w:val="18"/>
                <w:lang w:eastAsia="ko-KR"/>
              </w:rPr>
              <w:t xml:space="preserve"> </w:t>
            </w:r>
            <w:r>
              <w:rPr>
                <w:sz w:val="18"/>
                <w:lang w:eastAsia="ko-KR"/>
              </w:rPr>
              <w:t>작품은</w:t>
            </w:r>
            <w:r>
              <w:rPr>
                <w:sz w:val="18"/>
                <w:lang w:eastAsia="ko-KR"/>
              </w:rPr>
              <w:t xml:space="preserve"> 1</w:t>
            </w:r>
            <w:r>
              <w:rPr>
                <w:sz w:val="18"/>
                <w:lang w:eastAsia="ko-KR"/>
              </w:rPr>
              <w:t>작품당</w:t>
            </w:r>
            <w:r>
              <w:rPr>
                <w:sz w:val="18"/>
                <w:lang w:eastAsia="ko-KR"/>
              </w:rPr>
              <w:t xml:space="preserve"> </w:t>
            </w:r>
            <w:r>
              <w:rPr>
                <w:sz w:val="18"/>
                <w:lang w:eastAsia="ko-KR"/>
              </w:rPr>
              <w:t>최대</w:t>
            </w:r>
            <w:r>
              <w:rPr>
                <w:sz w:val="18"/>
                <w:lang w:eastAsia="ko-KR"/>
              </w:rPr>
              <w:t xml:space="preserve"> 10</w:t>
            </w:r>
            <w:r>
              <w:rPr>
                <w:sz w:val="18"/>
                <w:lang w:eastAsia="ko-KR"/>
              </w:rPr>
              <w:t>컷</w:t>
            </w:r>
            <w:r>
              <w:rPr>
                <w:sz w:val="18"/>
                <w:lang w:eastAsia="ko-KR"/>
              </w:rPr>
              <w:t xml:space="preserve">. </w:t>
            </w:r>
            <w:r>
              <w:rPr>
                <w:sz w:val="18"/>
                <w:lang w:eastAsia="ko-KR"/>
              </w:rPr>
              <w:t>컷</w:t>
            </w:r>
            <w:r>
              <w:rPr>
                <w:sz w:val="18"/>
                <w:lang w:eastAsia="ko-KR"/>
              </w:rPr>
              <w:t xml:space="preserve"> </w:t>
            </w:r>
            <w:r>
              <w:rPr>
                <w:sz w:val="18"/>
                <w:lang w:eastAsia="ko-KR"/>
              </w:rPr>
              <w:t>순서를</w:t>
            </w:r>
            <w:r>
              <w:rPr>
                <w:sz w:val="18"/>
                <w:lang w:eastAsia="ko-KR"/>
              </w:rPr>
              <w:t xml:space="preserve"> </w:t>
            </w:r>
            <w:r>
              <w:rPr>
                <w:sz w:val="18"/>
                <w:lang w:eastAsia="ko-KR"/>
              </w:rPr>
              <w:t>파일명에</w:t>
            </w:r>
            <w:r>
              <w:rPr>
                <w:sz w:val="18"/>
                <w:lang w:eastAsia="ko-KR"/>
              </w:rPr>
              <w:t xml:space="preserve"> </w:t>
            </w:r>
            <w:r>
              <w:rPr>
                <w:sz w:val="18"/>
                <w:lang w:eastAsia="ko-KR"/>
              </w:rPr>
              <w:t>표기</w:t>
            </w:r>
          </w:p>
        </w:tc>
      </w:tr>
      <w:tr w:rsidR="00D55C08" w14:paraId="700FA438" w14:textId="77777777">
        <w:trPr>
          <w:jc w:val="center"/>
        </w:trPr>
        <w:tc>
          <w:tcPr>
            <w:tcW w:w="170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A28491E" w14:textId="77777777" w:rsidR="00D55C08" w:rsidRDefault="00000000">
            <w:pPr>
              <w:spacing w:after="0"/>
              <w:jc w:val="center"/>
              <w:rPr>
                <w:rFonts w:hint="eastAsia"/>
              </w:rPr>
            </w:pPr>
            <w:proofErr w:type="spellStart"/>
            <w:r>
              <w:rPr>
                <w:sz w:val="18"/>
              </w:rPr>
              <w:t>파일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용량</w:t>
            </w:r>
            <w:proofErr w:type="spellEnd"/>
          </w:p>
        </w:tc>
        <w:tc>
          <w:tcPr>
            <w:tcW w:w="737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689D07B" w14:textId="77777777" w:rsidR="00D55C08" w:rsidRDefault="00000000">
            <w:pPr>
              <w:spacing w:after="0"/>
              <w:rPr>
                <w:rFonts w:hint="eastAsia"/>
                <w:lang w:eastAsia="ko-KR"/>
              </w:rPr>
            </w:pPr>
            <w:r>
              <w:rPr>
                <w:sz w:val="18"/>
                <w:lang w:eastAsia="ko-KR"/>
              </w:rPr>
              <w:t>1</w:t>
            </w:r>
            <w:r>
              <w:rPr>
                <w:sz w:val="18"/>
                <w:lang w:eastAsia="ko-KR"/>
              </w:rPr>
              <w:t>작품</w:t>
            </w:r>
            <w:r>
              <w:rPr>
                <w:sz w:val="18"/>
                <w:lang w:eastAsia="ko-KR"/>
              </w:rPr>
              <w:t xml:space="preserve"> </w:t>
            </w:r>
            <w:r>
              <w:rPr>
                <w:sz w:val="18"/>
                <w:lang w:eastAsia="ko-KR"/>
              </w:rPr>
              <w:t>전체</w:t>
            </w:r>
            <w:r>
              <w:rPr>
                <w:sz w:val="18"/>
                <w:lang w:eastAsia="ko-KR"/>
              </w:rPr>
              <w:t xml:space="preserve"> 50MB </w:t>
            </w:r>
            <w:r>
              <w:rPr>
                <w:sz w:val="18"/>
                <w:lang w:eastAsia="ko-KR"/>
              </w:rPr>
              <w:t>이하</w:t>
            </w:r>
            <w:r>
              <w:rPr>
                <w:sz w:val="18"/>
                <w:lang w:eastAsia="ko-KR"/>
              </w:rPr>
              <w:t xml:space="preserve"> </w:t>
            </w:r>
            <w:r>
              <w:rPr>
                <w:sz w:val="18"/>
                <w:lang w:eastAsia="ko-KR"/>
              </w:rPr>
              <w:t>권장</w:t>
            </w:r>
          </w:p>
        </w:tc>
      </w:tr>
      <w:tr w:rsidR="00D55C08" w14:paraId="280478B0" w14:textId="77777777">
        <w:trPr>
          <w:jc w:val="center"/>
        </w:trPr>
        <w:tc>
          <w:tcPr>
            <w:tcW w:w="170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31BF8A0" w14:textId="77777777" w:rsidR="00D55C08" w:rsidRDefault="00000000">
            <w:pPr>
              <w:spacing w:after="0"/>
              <w:jc w:val="center"/>
              <w:rPr>
                <w:rFonts w:hint="eastAsia"/>
              </w:rPr>
            </w:pPr>
            <w:proofErr w:type="spellStart"/>
            <w:r>
              <w:rPr>
                <w:sz w:val="18"/>
              </w:rPr>
              <w:t>원본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보관</w:t>
            </w:r>
            <w:proofErr w:type="spellEnd"/>
          </w:p>
        </w:tc>
        <w:tc>
          <w:tcPr>
            <w:tcW w:w="737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31DC468" w14:textId="77777777" w:rsidR="00D55C08" w:rsidRDefault="00000000">
            <w:pPr>
              <w:spacing w:after="0"/>
              <w:rPr>
                <w:rFonts w:hint="eastAsia"/>
                <w:lang w:eastAsia="ko-KR"/>
              </w:rPr>
            </w:pPr>
            <w:r>
              <w:rPr>
                <w:sz w:val="18"/>
                <w:lang w:eastAsia="ko-KR"/>
              </w:rPr>
              <w:t>수상</w:t>
            </w:r>
            <w:r>
              <w:rPr>
                <w:sz w:val="18"/>
                <w:lang w:eastAsia="ko-KR"/>
              </w:rPr>
              <w:t xml:space="preserve"> </w:t>
            </w:r>
            <w:r>
              <w:rPr>
                <w:sz w:val="18"/>
                <w:lang w:eastAsia="ko-KR"/>
              </w:rPr>
              <w:t>시</w:t>
            </w:r>
            <w:r>
              <w:rPr>
                <w:sz w:val="18"/>
                <w:lang w:eastAsia="ko-KR"/>
              </w:rPr>
              <w:t xml:space="preserve"> </w:t>
            </w:r>
            <w:r>
              <w:rPr>
                <w:sz w:val="18"/>
                <w:lang w:eastAsia="ko-KR"/>
              </w:rPr>
              <w:t>편집</w:t>
            </w:r>
            <w:r>
              <w:rPr>
                <w:sz w:val="18"/>
                <w:lang w:eastAsia="ko-KR"/>
              </w:rPr>
              <w:t xml:space="preserve"> </w:t>
            </w:r>
            <w:r>
              <w:rPr>
                <w:sz w:val="18"/>
                <w:lang w:eastAsia="ko-KR"/>
              </w:rPr>
              <w:t>가능한</w:t>
            </w:r>
            <w:r>
              <w:rPr>
                <w:sz w:val="18"/>
                <w:lang w:eastAsia="ko-KR"/>
              </w:rPr>
              <w:t xml:space="preserve"> </w:t>
            </w:r>
            <w:r>
              <w:rPr>
                <w:sz w:val="18"/>
                <w:lang w:eastAsia="ko-KR"/>
              </w:rPr>
              <w:t>원본</w:t>
            </w:r>
            <w:r>
              <w:rPr>
                <w:sz w:val="18"/>
                <w:lang w:eastAsia="ko-KR"/>
              </w:rPr>
              <w:t xml:space="preserve"> </w:t>
            </w:r>
            <w:r>
              <w:rPr>
                <w:sz w:val="18"/>
                <w:lang w:eastAsia="ko-KR"/>
              </w:rPr>
              <w:t>또는</w:t>
            </w:r>
            <w:r>
              <w:rPr>
                <w:sz w:val="18"/>
                <w:lang w:eastAsia="ko-KR"/>
              </w:rPr>
              <w:t xml:space="preserve"> </w:t>
            </w:r>
            <w:r>
              <w:rPr>
                <w:sz w:val="18"/>
                <w:lang w:eastAsia="ko-KR"/>
              </w:rPr>
              <w:t>고해상도</w:t>
            </w:r>
            <w:r>
              <w:rPr>
                <w:sz w:val="18"/>
                <w:lang w:eastAsia="ko-KR"/>
              </w:rPr>
              <w:t xml:space="preserve"> </w:t>
            </w:r>
            <w:r>
              <w:rPr>
                <w:sz w:val="18"/>
                <w:lang w:eastAsia="ko-KR"/>
              </w:rPr>
              <w:t>마스터</w:t>
            </w:r>
            <w:r>
              <w:rPr>
                <w:sz w:val="18"/>
                <w:lang w:eastAsia="ko-KR"/>
              </w:rPr>
              <w:t xml:space="preserve"> </w:t>
            </w:r>
            <w:r>
              <w:rPr>
                <w:sz w:val="18"/>
                <w:lang w:eastAsia="ko-KR"/>
              </w:rPr>
              <w:t>파일</w:t>
            </w:r>
            <w:r>
              <w:rPr>
                <w:sz w:val="18"/>
                <w:lang w:eastAsia="ko-KR"/>
              </w:rPr>
              <w:t xml:space="preserve"> </w:t>
            </w:r>
            <w:r>
              <w:rPr>
                <w:sz w:val="18"/>
                <w:lang w:eastAsia="ko-KR"/>
              </w:rPr>
              <w:t>제출을</w:t>
            </w:r>
            <w:r>
              <w:rPr>
                <w:sz w:val="18"/>
                <w:lang w:eastAsia="ko-KR"/>
              </w:rPr>
              <w:t xml:space="preserve"> </w:t>
            </w:r>
            <w:r>
              <w:rPr>
                <w:sz w:val="18"/>
                <w:lang w:eastAsia="ko-KR"/>
              </w:rPr>
              <w:t>요청할</w:t>
            </w:r>
            <w:r>
              <w:rPr>
                <w:sz w:val="18"/>
                <w:lang w:eastAsia="ko-KR"/>
              </w:rPr>
              <w:t xml:space="preserve"> </w:t>
            </w:r>
            <w:r>
              <w:rPr>
                <w:sz w:val="18"/>
                <w:lang w:eastAsia="ko-KR"/>
              </w:rPr>
              <w:t>수</w:t>
            </w:r>
            <w:r>
              <w:rPr>
                <w:sz w:val="18"/>
                <w:lang w:eastAsia="ko-KR"/>
              </w:rPr>
              <w:t xml:space="preserve"> </w:t>
            </w:r>
            <w:r>
              <w:rPr>
                <w:sz w:val="18"/>
                <w:lang w:eastAsia="ko-KR"/>
              </w:rPr>
              <w:t>있음</w:t>
            </w:r>
          </w:p>
        </w:tc>
      </w:tr>
    </w:tbl>
    <w:p w14:paraId="4E96C68A" w14:textId="77777777" w:rsidR="00D55C08" w:rsidRDefault="00D55C08">
      <w:pPr>
        <w:spacing w:after="40"/>
        <w:rPr>
          <w:rFonts w:hint="eastAsia"/>
          <w:lang w:eastAsia="ko-KR"/>
        </w:rPr>
      </w:pPr>
    </w:p>
    <w:p w14:paraId="094B7B5F" w14:textId="77777777" w:rsidR="00D55C08" w:rsidRDefault="00000000">
      <w:pPr>
        <w:spacing w:before="20" w:after="20" w:line="312" w:lineRule="auto"/>
        <w:ind w:left="113" w:hanging="113"/>
        <w:rPr>
          <w:rFonts w:hint="eastAsia"/>
        </w:rPr>
      </w:pPr>
      <w:r>
        <w:rPr>
          <w:b/>
        </w:rPr>
        <w:t xml:space="preserve">○ </w:t>
      </w:r>
      <w:r>
        <w:t>(</w:t>
      </w:r>
      <w:proofErr w:type="spellStart"/>
      <w:r>
        <w:t>영상</w:t>
      </w:r>
      <w:proofErr w:type="spellEnd"/>
      <w:r>
        <w:t xml:space="preserve"> </w:t>
      </w:r>
      <w:proofErr w:type="spellStart"/>
      <w:r>
        <w:t>부문</w:t>
      </w:r>
      <w:proofErr w:type="spellEnd"/>
      <w:r>
        <w:t>)</w:t>
      </w:r>
    </w:p>
    <w:tbl>
      <w:tblPr>
        <w:tblW w:w="0" w:type="auto"/>
        <w:jc w:val="center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Look w:val="04A0" w:firstRow="1" w:lastRow="0" w:firstColumn="1" w:lastColumn="0" w:noHBand="0" w:noVBand="1"/>
      </w:tblPr>
      <w:tblGrid>
        <w:gridCol w:w="1701"/>
        <w:gridCol w:w="7370"/>
      </w:tblGrid>
      <w:tr w:rsidR="00D55C08" w14:paraId="4E82A010" w14:textId="77777777">
        <w:trPr>
          <w:jc w:val="center"/>
        </w:trPr>
        <w:tc>
          <w:tcPr>
            <w:tcW w:w="1701" w:type="dxa"/>
            <w:shd w:val="clear" w:color="auto" w:fill="E7E6E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FC899D2" w14:textId="77777777" w:rsidR="00D55C08" w:rsidRDefault="00000000">
            <w:pPr>
              <w:spacing w:after="0"/>
              <w:jc w:val="center"/>
              <w:rPr>
                <w:rFonts w:hint="eastAsia"/>
              </w:rPr>
            </w:pPr>
            <w:r>
              <w:rPr>
                <w:b/>
                <w:sz w:val="18"/>
              </w:rPr>
              <w:t>항목</w:t>
            </w:r>
          </w:p>
        </w:tc>
        <w:tc>
          <w:tcPr>
            <w:tcW w:w="7370" w:type="dxa"/>
            <w:shd w:val="clear" w:color="auto" w:fill="E7E6E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DC1CA82" w14:textId="77777777" w:rsidR="00D55C08" w:rsidRDefault="00000000">
            <w:pPr>
              <w:spacing w:after="0"/>
              <w:jc w:val="center"/>
              <w:rPr>
                <w:rFonts w:hint="eastAsia"/>
              </w:rPr>
            </w:pPr>
            <w:r>
              <w:rPr>
                <w:b/>
                <w:sz w:val="18"/>
              </w:rPr>
              <w:t>기준</w:t>
            </w:r>
          </w:p>
        </w:tc>
      </w:tr>
      <w:tr w:rsidR="00D55C08" w14:paraId="383EE8AF" w14:textId="77777777">
        <w:trPr>
          <w:jc w:val="center"/>
        </w:trPr>
        <w:tc>
          <w:tcPr>
            <w:tcW w:w="170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443608E" w14:textId="77777777" w:rsidR="00D55C08" w:rsidRDefault="00000000">
            <w:pPr>
              <w:spacing w:after="0"/>
              <w:jc w:val="center"/>
              <w:rPr>
                <w:rFonts w:hint="eastAsia"/>
              </w:rPr>
            </w:pPr>
            <w:r>
              <w:rPr>
                <w:sz w:val="18"/>
              </w:rPr>
              <w:t>파일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t>형식</w:t>
            </w:r>
          </w:p>
        </w:tc>
        <w:tc>
          <w:tcPr>
            <w:tcW w:w="737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7DBD9CA" w14:textId="77777777" w:rsidR="00D55C08" w:rsidRDefault="00000000">
            <w:pPr>
              <w:spacing w:after="0"/>
              <w:rPr>
                <w:rFonts w:hint="eastAsia"/>
                <w:lang w:eastAsia="ko-KR"/>
              </w:rPr>
            </w:pPr>
            <w:r>
              <w:rPr>
                <w:sz w:val="18"/>
                <w:lang w:eastAsia="ko-KR"/>
              </w:rPr>
              <w:t xml:space="preserve">MP4 </w:t>
            </w:r>
            <w:r>
              <w:rPr>
                <w:sz w:val="18"/>
                <w:lang w:eastAsia="ko-KR"/>
              </w:rPr>
              <w:t>권장</w:t>
            </w:r>
            <w:r>
              <w:rPr>
                <w:sz w:val="18"/>
                <w:lang w:eastAsia="ko-KR"/>
              </w:rPr>
              <w:t xml:space="preserve">(H.264 </w:t>
            </w:r>
            <w:r>
              <w:rPr>
                <w:sz w:val="18"/>
                <w:lang w:eastAsia="ko-KR"/>
              </w:rPr>
              <w:t>코덱</w:t>
            </w:r>
            <w:r>
              <w:rPr>
                <w:sz w:val="18"/>
                <w:lang w:eastAsia="ko-KR"/>
              </w:rPr>
              <w:t xml:space="preserve">, </w:t>
            </w:r>
            <w:r>
              <w:rPr>
                <w:sz w:val="18"/>
                <w:lang w:eastAsia="ko-KR"/>
              </w:rPr>
              <w:t>오디오</w:t>
            </w:r>
            <w:r>
              <w:rPr>
                <w:sz w:val="18"/>
                <w:lang w:eastAsia="ko-KR"/>
              </w:rPr>
              <w:t xml:space="preserve"> AAC)</w:t>
            </w:r>
          </w:p>
        </w:tc>
      </w:tr>
      <w:tr w:rsidR="00D55C08" w14:paraId="1947497D" w14:textId="77777777">
        <w:trPr>
          <w:jc w:val="center"/>
        </w:trPr>
        <w:tc>
          <w:tcPr>
            <w:tcW w:w="170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071544B" w14:textId="77777777" w:rsidR="00D55C08" w:rsidRDefault="00000000">
            <w:pPr>
              <w:spacing w:after="0"/>
              <w:jc w:val="center"/>
              <w:rPr>
                <w:rFonts w:hint="eastAsia"/>
              </w:rPr>
            </w:pPr>
            <w:proofErr w:type="spellStart"/>
            <w:r>
              <w:rPr>
                <w:sz w:val="18"/>
              </w:rPr>
              <w:t>영상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길이</w:t>
            </w:r>
            <w:proofErr w:type="spellEnd"/>
          </w:p>
        </w:tc>
        <w:tc>
          <w:tcPr>
            <w:tcW w:w="737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6BBAF76" w14:textId="77777777" w:rsidR="00D55C08" w:rsidRDefault="00000000">
            <w:pPr>
              <w:spacing w:after="0"/>
              <w:rPr>
                <w:rFonts w:hint="eastAsia"/>
              </w:rPr>
            </w:pPr>
            <w:r>
              <w:rPr>
                <w:sz w:val="18"/>
              </w:rPr>
              <w:t>15</w:t>
            </w:r>
            <w:r>
              <w:rPr>
                <w:sz w:val="18"/>
              </w:rPr>
              <w:t>초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t>이상</w:t>
            </w:r>
            <w:r>
              <w:rPr>
                <w:sz w:val="18"/>
              </w:rPr>
              <w:t xml:space="preserve"> 3</w:t>
            </w:r>
            <w:r>
              <w:rPr>
                <w:sz w:val="18"/>
              </w:rPr>
              <w:t>분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t>이내</w:t>
            </w:r>
          </w:p>
        </w:tc>
      </w:tr>
      <w:tr w:rsidR="00D55C08" w14:paraId="70156DCE" w14:textId="77777777">
        <w:trPr>
          <w:jc w:val="center"/>
        </w:trPr>
        <w:tc>
          <w:tcPr>
            <w:tcW w:w="170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EDB118E" w14:textId="77777777" w:rsidR="00D55C08" w:rsidRDefault="00000000">
            <w:pPr>
              <w:spacing w:after="0"/>
              <w:jc w:val="center"/>
              <w:rPr>
                <w:rFonts w:hint="eastAsia"/>
              </w:rPr>
            </w:pPr>
            <w:r>
              <w:rPr>
                <w:sz w:val="18"/>
              </w:rPr>
              <w:t>해상도</w:t>
            </w:r>
          </w:p>
        </w:tc>
        <w:tc>
          <w:tcPr>
            <w:tcW w:w="737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53D69ED" w14:textId="77777777" w:rsidR="00D55C08" w:rsidRDefault="00000000">
            <w:pPr>
              <w:spacing w:after="0"/>
              <w:rPr>
                <w:rFonts w:hint="eastAsia"/>
                <w:lang w:eastAsia="ko-KR"/>
              </w:rPr>
            </w:pPr>
            <w:r>
              <w:rPr>
                <w:sz w:val="18"/>
                <w:lang w:eastAsia="ko-KR"/>
              </w:rPr>
              <w:t xml:space="preserve">FHD </w:t>
            </w:r>
            <w:r>
              <w:rPr>
                <w:sz w:val="18"/>
                <w:lang w:eastAsia="ko-KR"/>
              </w:rPr>
              <w:t>이상</w:t>
            </w:r>
            <w:r>
              <w:rPr>
                <w:sz w:val="18"/>
                <w:lang w:eastAsia="ko-KR"/>
              </w:rPr>
              <w:t xml:space="preserve">: </w:t>
            </w:r>
            <w:r>
              <w:rPr>
                <w:sz w:val="18"/>
                <w:lang w:eastAsia="ko-KR"/>
              </w:rPr>
              <w:t>가로형</w:t>
            </w:r>
            <w:r>
              <w:rPr>
                <w:sz w:val="18"/>
                <w:lang w:eastAsia="ko-KR"/>
              </w:rPr>
              <w:t xml:space="preserve"> 1920×1080 </w:t>
            </w:r>
            <w:r>
              <w:rPr>
                <w:sz w:val="18"/>
                <w:lang w:eastAsia="ko-KR"/>
              </w:rPr>
              <w:t>또는</w:t>
            </w:r>
            <w:r>
              <w:rPr>
                <w:sz w:val="18"/>
                <w:lang w:eastAsia="ko-KR"/>
              </w:rPr>
              <w:t xml:space="preserve"> </w:t>
            </w:r>
            <w:r>
              <w:rPr>
                <w:sz w:val="18"/>
                <w:lang w:eastAsia="ko-KR"/>
              </w:rPr>
              <w:t>세로형</w:t>
            </w:r>
            <w:r>
              <w:rPr>
                <w:sz w:val="18"/>
                <w:lang w:eastAsia="ko-KR"/>
              </w:rPr>
              <w:t xml:space="preserve"> 1080×1920 </w:t>
            </w:r>
            <w:r>
              <w:rPr>
                <w:sz w:val="18"/>
                <w:lang w:eastAsia="ko-KR"/>
              </w:rPr>
              <w:t>권장</w:t>
            </w:r>
          </w:p>
        </w:tc>
      </w:tr>
      <w:tr w:rsidR="00D55C08" w14:paraId="5EA3F11B" w14:textId="77777777">
        <w:trPr>
          <w:jc w:val="center"/>
        </w:trPr>
        <w:tc>
          <w:tcPr>
            <w:tcW w:w="170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1226755" w14:textId="77777777" w:rsidR="00D55C08" w:rsidRDefault="00000000">
            <w:pPr>
              <w:spacing w:after="0"/>
              <w:jc w:val="center"/>
              <w:rPr>
                <w:rFonts w:hint="eastAsia"/>
              </w:rPr>
            </w:pPr>
            <w:proofErr w:type="spellStart"/>
            <w:r>
              <w:rPr>
                <w:sz w:val="18"/>
              </w:rPr>
              <w:t>프레임레이트</w:t>
            </w:r>
            <w:proofErr w:type="spellEnd"/>
          </w:p>
        </w:tc>
        <w:tc>
          <w:tcPr>
            <w:tcW w:w="737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FE2E626" w14:textId="77777777" w:rsidR="00D55C08" w:rsidRDefault="00000000">
            <w:pPr>
              <w:spacing w:after="0"/>
              <w:rPr>
                <w:rFonts w:hint="eastAsia"/>
                <w:lang w:eastAsia="ko-KR"/>
              </w:rPr>
            </w:pPr>
            <w:proofErr w:type="gramStart"/>
            <w:r>
              <w:rPr>
                <w:sz w:val="18"/>
                <w:lang w:eastAsia="ko-KR"/>
              </w:rPr>
              <w:t>24 /</w:t>
            </w:r>
            <w:proofErr w:type="gramEnd"/>
            <w:r>
              <w:rPr>
                <w:sz w:val="18"/>
                <w:lang w:eastAsia="ko-KR"/>
              </w:rPr>
              <w:t xml:space="preserve"> 30 / 60fps </w:t>
            </w:r>
            <w:r>
              <w:rPr>
                <w:sz w:val="18"/>
                <w:lang w:eastAsia="ko-KR"/>
              </w:rPr>
              <w:t>중</w:t>
            </w:r>
            <w:r>
              <w:rPr>
                <w:sz w:val="18"/>
                <w:lang w:eastAsia="ko-KR"/>
              </w:rPr>
              <w:t xml:space="preserve"> </w:t>
            </w:r>
            <w:r>
              <w:rPr>
                <w:sz w:val="18"/>
                <w:lang w:eastAsia="ko-KR"/>
              </w:rPr>
              <w:t>제작</w:t>
            </w:r>
            <w:r>
              <w:rPr>
                <w:sz w:val="18"/>
                <w:lang w:eastAsia="ko-KR"/>
              </w:rPr>
              <w:t xml:space="preserve"> </w:t>
            </w:r>
            <w:r>
              <w:rPr>
                <w:sz w:val="18"/>
                <w:lang w:eastAsia="ko-KR"/>
              </w:rPr>
              <w:t>목적에</w:t>
            </w:r>
            <w:r>
              <w:rPr>
                <w:sz w:val="18"/>
                <w:lang w:eastAsia="ko-KR"/>
              </w:rPr>
              <w:t xml:space="preserve"> </w:t>
            </w:r>
            <w:r>
              <w:rPr>
                <w:sz w:val="18"/>
                <w:lang w:eastAsia="ko-KR"/>
              </w:rPr>
              <w:t>맞춰</w:t>
            </w:r>
            <w:r>
              <w:rPr>
                <w:sz w:val="18"/>
                <w:lang w:eastAsia="ko-KR"/>
              </w:rPr>
              <w:t xml:space="preserve"> </w:t>
            </w:r>
            <w:r>
              <w:rPr>
                <w:sz w:val="18"/>
                <w:lang w:eastAsia="ko-KR"/>
              </w:rPr>
              <w:t>사용</w:t>
            </w:r>
          </w:p>
        </w:tc>
      </w:tr>
      <w:tr w:rsidR="00D55C08" w14:paraId="695E1447" w14:textId="77777777">
        <w:trPr>
          <w:jc w:val="center"/>
        </w:trPr>
        <w:tc>
          <w:tcPr>
            <w:tcW w:w="170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2659214" w14:textId="77777777" w:rsidR="00D55C08" w:rsidRDefault="00000000">
            <w:pPr>
              <w:spacing w:after="0"/>
              <w:jc w:val="center"/>
              <w:rPr>
                <w:rFonts w:hint="eastAsia"/>
              </w:rPr>
            </w:pPr>
            <w:proofErr w:type="spellStart"/>
            <w:r>
              <w:rPr>
                <w:sz w:val="18"/>
              </w:rPr>
              <w:t>화면비</w:t>
            </w:r>
            <w:proofErr w:type="spellEnd"/>
          </w:p>
        </w:tc>
        <w:tc>
          <w:tcPr>
            <w:tcW w:w="737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DA1F5C4" w14:textId="77777777" w:rsidR="00D55C08" w:rsidRDefault="00000000">
            <w:pPr>
              <w:spacing w:after="0"/>
              <w:rPr>
                <w:rFonts w:hint="eastAsia"/>
                <w:lang w:eastAsia="ko-KR"/>
              </w:rPr>
            </w:pPr>
            <w:r>
              <w:rPr>
                <w:sz w:val="18"/>
                <w:lang w:eastAsia="ko-KR"/>
              </w:rPr>
              <w:t xml:space="preserve">16:9 </w:t>
            </w:r>
            <w:r>
              <w:rPr>
                <w:sz w:val="18"/>
                <w:lang w:eastAsia="ko-KR"/>
              </w:rPr>
              <w:t>가로형</w:t>
            </w:r>
            <w:r>
              <w:rPr>
                <w:sz w:val="18"/>
                <w:lang w:eastAsia="ko-KR"/>
              </w:rPr>
              <w:t xml:space="preserve"> </w:t>
            </w:r>
            <w:r>
              <w:rPr>
                <w:sz w:val="18"/>
                <w:lang w:eastAsia="ko-KR"/>
              </w:rPr>
              <w:t>또는</w:t>
            </w:r>
            <w:r>
              <w:rPr>
                <w:sz w:val="18"/>
                <w:lang w:eastAsia="ko-KR"/>
              </w:rPr>
              <w:t xml:space="preserve"> 9:16 </w:t>
            </w:r>
            <w:r>
              <w:rPr>
                <w:sz w:val="18"/>
                <w:lang w:eastAsia="ko-KR"/>
              </w:rPr>
              <w:t>세로형</w:t>
            </w:r>
            <w:r>
              <w:rPr>
                <w:sz w:val="18"/>
                <w:lang w:eastAsia="ko-KR"/>
              </w:rPr>
              <w:t xml:space="preserve"> </w:t>
            </w:r>
            <w:r>
              <w:rPr>
                <w:sz w:val="18"/>
                <w:lang w:eastAsia="ko-KR"/>
              </w:rPr>
              <w:t>권장</w:t>
            </w:r>
            <w:r>
              <w:rPr>
                <w:sz w:val="18"/>
                <w:lang w:eastAsia="ko-KR"/>
              </w:rPr>
              <w:t xml:space="preserve">. </w:t>
            </w:r>
            <w:r>
              <w:rPr>
                <w:sz w:val="18"/>
                <w:lang w:eastAsia="ko-KR"/>
              </w:rPr>
              <w:t>기타</w:t>
            </w:r>
            <w:r>
              <w:rPr>
                <w:sz w:val="18"/>
                <w:lang w:eastAsia="ko-KR"/>
              </w:rPr>
              <w:t xml:space="preserve"> </w:t>
            </w:r>
            <w:r>
              <w:rPr>
                <w:sz w:val="18"/>
                <w:lang w:eastAsia="ko-KR"/>
              </w:rPr>
              <w:t>비율도</w:t>
            </w:r>
            <w:r>
              <w:rPr>
                <w:sz w:val="18"/>
                <w:lang w:eastAsia="ko-KR"/>
              </w:rPr>
              <w:t xml:space="preserve"> </w:t>
            </w:r>
            <w:r>
              <w:rPr>
                <w:sz w:val="18"/>
                <w:lang w:eastAsia="ko-KR"/>
              </w:rPr>
              <w:t>내용</w:t>
            </w:r>
            <w:r>
              <w:rPr>
                <w:sz w:val="18"/>
                <w:lang w:eastAsia="ko-KR"/>
              </w:rPr>
              <w:t xml:space="preserve"> </w:t>
            </w:r>
            <w:r>
              <w:rPr>
                <w:sz w:val="18"/>
                <w:lang w:eastAsia="ko-KR"/>
              </w:rPr>
              <w:t>전달에</w:t>
            </w:r>
            <w:r>
              <w:rPr>
                <w:sz w:val="18"/>
                <w:lang w:eastAsia="ko-KR"/>
              </w:rPr>
              <w:t xml:space="preserve"> </w:t>
            </w:r>
            <w:r>
              <w:rPr>
                <w:sz w:val="18"/>
                <w:lang w:eastAsia="ko-KR"/>
              </w:rPr>
              <w:t>문제가</w:t>
            </w:r>
            <w:r>
              <w:rPr>
                <w:sz w:val="18"/>
                <w:lang w:eastAsia="ko-KR"/>
              </w:rPr>
              <w:t xml:space="preserve"> </w:t>
            </w:r>
            <w:r>
              <w:rPr>
                <w:sz w:val="18"/>
                <w:lang w:eastAsia="ko-KR"/>
              </w:rPr>
              <w:t>없으면</w:t>
            </w:r>
            <w:r>
              <w:rPr>
                <w:sz w:val="18"/>
                <w:lang w:eastAsia="ko-KR"/>
              </w:rPr>
              <w:t xml:space="preserve"> </w:t>
            </w:r>
            <w:r>
              <w:rPr>
                <w:sz w:val="18"/>
                <w:lang w:eastAsia="ko-KR"/>
              </w:rPr>
              <w:t>가능</w:t>
            </w:r>
          </w:p>
        </w:tc>
      </w:tr>
      <w:tr w:rsidR="00D55C08" w14:paraId="5F300F9E" w14:textId="77777777">
        <w:trPr>
          <w:jc w:val="center"/>
        </w:trPr>
        <w:tc>
          <w:tcPr>
            <w:tcW w:w="170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93CCAD9" w14:textId="77777777" w:rsidR="00D55C08" w:rsidRDefault="00000000">
            <w:pPr>
              <w:spacing w:after="0"/>
              <w:jc w:val="center"/>
              <w:rPr>
                <w:rFonts w:hint="eastAsia"/>
              </w:rPr>
            </w:pPr>
            <w:proofErr w:type="spellStart"/>
            <w:r>
              <w:rPr>
                <w:sz w:val="18"/>
              </w:rPr>
              <w:t>파일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용량</w:t>
            </w:r>
            <w:proofErr w:type="spellEnd"/>
          </w:p>
        </w:tc>
        <w:tc>
          <w:tcPr>
            <w:tcW w:w="737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C3EC59F" w14:textId="77777777" w:rsidR="00D55C08" w:rsidRDefault="00000000">
            <w:pPr>
              <w:spacing w:after="0"/>
              <w:rPr>
                <w:rFonts w:hint="eastAsia"/>
                <w:lang w:eastAsia="ko-KR"/>
              </w:rPr>
            </w:pPr>
            <w:r>
              <w:rPr>
                <w:sz w:val="18"/>
                <w:lang w:eastAsia="ko-KR"/>
              </w:rPr>
              <w:t xml:space="preserve">500MB </w:t>
            </w:r>
            <w:r>
              <w:rPr>
                <w:sz w:val="18"/>
                <w:lang w:eastAsia="ko-KR"/>
              </w:rPr>
              <w:t>이하</w:t>
            </w:r>
            <w:r>
              <w:rPr>
                <w:sz w:val="18"/>
                <w:lang w:eastAsia="ko-KR"/>
              </w:rPr>
              <w:t xml:space="preserve"> </w:t>
            </w:r>
            <w:r>
              <w:rPr>
                <w:sz w:val="18"/>
                <w:lang w:eastAsia="ko-KR"/>
              </w:rPr>
              <w:t>권장</w:t>
            </w:r>
            <w:r>
              <w:rPr>
                <w:sz w:val="18"/>
                <w:lang w:eastAsia="ko-KR"/>
              </w:rPr>
              <w:t xml:space="preserve">. </w:t>
            </w:r>
            <w:r>
              <w:rPr>
                <w:sz w:val="18"/>
                <w:lang w:eastAsia="ko-KR"/>
              </w:rPr>
              <w:t>이메일</w:t>
            </w:r>
            <w:r>
              <w:rPr>
                <w:sz w:val="18"/>
                <w:lang w:eastAsia="ko-KR"/>
              </w:rPr>
              <w:t xml:space="preserve"> </w:t>
            </w:r>
            <w:r>
              <w:rPr>
                <w:sz w:val="18"/>
                <w:lang w:eastAsia="ko-KR"/>
              </w:rPr>
              <w:t>직접</w:t>
            </w:r>
            <w:r>
              <w:rPr>
                <w:sz w:val="18"/>
                <w:lang w:eastAsia="ko-KR"/>
              </w:rPr>
              <w:t xml:space="preserve"> </w:t>
            </w:r>
            <w:r>
              <w:rPr>
                <w:sz w:val="18"/>
                <w:lang w:eastAsia="ko-KR"/>
              </w:rPr>
              <w:t>첨부가</w:t>
            </w:r>
            <w:r>
              <w:rPr>
                <w:sz w:val="18"/>
                <w:lang w:eastAsia="ko-KR"/>
              </w:rPr>
              <w:t xml:space="preserve"> </w:t>
            </w:r>
            <w:r>
              <w:rPr>
                <w:sz w:val="18"/>
                <w:lang w:eastAsia="ko-KR"/>
              </w:rPr>
              <w:t>어려운</w:t>
            </w:r>
            <w:r>
              <w:rPr>
                <w:sz w:val="18"/>
                <w:lang w:eastAsia="ko-KR"/>
              </w:rPr>
              <w:t xml:space="preserve"> </w:t>
            </w:r>
            <w:r>
              <w:rPr>
                <w:sz w:val="18"/>
                <w:lang w:eastAsia="ko-KR"/>
              </w:rPr>
              <w:t>경우</w:t>
            </w:r>
            <w:r>
              <w:rPr>
                <w:sz w:val="18"/>
                <w:lang w:eastAsia="ko-KR"/>
              </w:rPr>
              <w:t xml:space="preserve"> </w:t>
            </w:r>
            <w:r>
              <w:rPr>
                <w:sz w:val="18"/>
                <w:lang w:eastAsia="ko-KR"/>
              </w:rPr>
              <w:t>다운로드</w:t>
            </w:r>
            <w:r>
              <w:rPr>
                <w:sz w:val="18"/>
                <w:lang w:eastAsia="ko-KR"/>
              </w:rPr>
              <w:t xml:space="preserve"> </w:t>
            </w:r>
            <w:r>
              <w:rPr>
                <w:sz w:val="18"/>
                <w:lang w:eastAsia="ko-KR"/>
              </w:rPr>
              <w:t>링크로</w:t>
            </w:r>
            <w:r>
              <w:rPr>
                <w:sz w:val="18"/>
                <w:lang w:eastAsia="ko-KR"/>
              </w:rPr>
              <w:t xml:space="preserve"> </w:t>
            </w:r>
            <w:r>
              <w:rPr>
                <w:sz w:val="18"/>
                <w:lang w:eastAsia="ko-KR"/>
              </w:rPr>
              <w:t>제출</w:t>
            </w:r>
          </w:p>
        </w:tc>
      </w:tr>
      <w:tr w:rsidR="00D55C08" w14:paraId="200C557A" w14:textId="77777777">
        <w:trPr>
          <w:jc w:val="center"/>
        </w:trPr>
        <w:tc>
          <w:tcPr>
            <w:tcW w:w="170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1D41CB4" w14:textId="77777777" w:rsidR="00D55C08" w:rsidRDefault="00000000">
            <w:pPr>
              <w:spacing w:after="0"/>
              <w:jc w:val="center"/>
              <w:rPr>
                <w:rFonts w:hint="eastAsia"/>
              </w:rPr>
            </w:pPr>
            <w:proofErr w:type="spellStart"/>
            <w:r>
              <w:rPr>
                <w:sz w:val="18"/>
              </w:rPr>
              <w:t>썸네일</w:t>
            </w:r>
            <w:proofErr w:type="spellEnd"/>
          </w:p>
        </w:tc>
        <w:tc>
          <w:tcPr>
            <w:tcW w:w="737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15E0C57" w14:textId="77777777" w:rsidR="00D55C08" w:rsidRDefault="00000000">
            <w:pPr>
              <w:spacing w:after="0"/>
              <w:rPr>
                <w:rFonts w:hint="eastAsia"/>
                <w:lang w:eastAsia="ko-KR"/>
              </w:rPr>
            </w:pPr>
            <w:r>
              <w:rPr>
                <w:sz w:val="18"/>
                <w:lang w:eastAsia="ko-KR"/>
              </w:rPr>
              <w:t>대표</w:t>
            </w:r>
            <w:r>
              <w:rPr>
                <w:sz w:val="18"/>
                <w:lang w:eastAsia="ko-KR"/>
              </w:rPr>
              <w:t xml:space="preserve"> </w:t>
            </w:r>
            <w:r>
              <w:rPr>
                <w:sz w:val="18"/>
                <w:lang w:eastAsia="ko-KR"/>
              </w:rPr>
              <w:t>이미지</w:t>
            </w:r>
            <w:r>
              <w:rPr>
                <w:sz w:val="18"/>
                <w:lang w:eastAsia="ko-KR"/>
              </w:rPr>
              <w:t xml:space="preserve"> 1</w:t>
            </w:r>
            <w:r>
              <w:rPr>
                <w:sz w:val="18"/>
                <w:lang w:eastAsia="ko-KR"/>
              </w:rPr>
              <w:t>장</w:t>
            </w:r>
            <w:r>
              <w:rPr>
                <w:sz w:val="18"/>
                <w:lang w:eastAsia="ko-KR"/>
              </w:rPr>
              <w:t xml:space="preserve"> JPG/PNG </w:t>
            </w:r>
            <w:r>
              <w:rPr>
                <w:sz w:val="18"/>
                <w:lang w:eastAsia="ko-KR"/>
              </w:rPr>
              <w:t>제출</w:t>
            </w:r>
            <w:r>
              <w:rPr>
                <w:sz w:val="18"/>
                <w:lang w:eastAsia="ko-KR"/>
              </w:rPr>
              <w:t xml:space="preserve"> </w:t>
            </w:r>
            <w:r>
              <w:rPr>
                <w:sz w:val="18"/>
                <w:lang w:eastAsia="ko-KR"/>
              </w:rPr>
              <w:t>권장</w:t>
            </w:r>
            <w:r>
              <w:rPr>
                <w:sz w:val="18"/>
                <w:lang w:eastAsia="ko-KR"/>
              </w:rPr>
              <w:t>(</w:t>
            </w:r>
            <w:r>
              <w:rPr>
                <w:sz w:val="18"/>
                <w:lang w:eastAsia="ko-KR"/>
              </w:rPr>
              <w:t>영상</w:t>
            </w:r>
            <w:r>
              <w:rPr>
                <w:sz w:val="18"/>
                <w:lang w:eastAsia="ko-KR"/>
              </w:rPr>
              <w:t xml:space="preserve"> </w:t>
            </w:r>
            <w:r>
              <w:rPr>
                <w:sz w:val="18"/>
                <w:lang w:eastAsia="ko-KR"/>
              </w:rPr>
              <w:t>화면비와</w:t>
            </w:r>
            <w:r>
              <w:rPr>
                <w:sz w:val="18"/>
                <w:lang w:eastAsia="ko-KR"/>
              </w:rPr>
              <w:t xml:space="preserve"> </w:t>
            </w:r>
            <w:r>
              <w:rPr>
                <w:sz w:val="18"/>
                <w:lang w:eastAsia="ko-KR"/>
              </w:rPr>
              <w:t>동일한</w:t>
            </w:r>
            <w:r>
              <w:rPr>
                <w:sz w:val="18"/>
                <w:lang w:eastAsia="ko-KR"/>
              </w:rPr>
              <w:t xml:space="preserve"> </w:t>
            </w:r>
            <w:r>
              <w:rPr>
                <w:sz w:val="18"/>
                <w:lang w:eastAsia="ko-KR"/>
              </w:rPr>
              <w:t>비율</w:t>
            </w:r>
            <w:r>
              <w:rPr>
                <w:sz w:val="18"/>
                <w:lang w:eastAsia="ko-KR"/>
              </w:rPr>
              <w:t>)</w:t>
            </w:r>
          </w:p>
        </w:tc>
      </w:tr>
      <w:tr w:rsidR="00D55C08" w14:paraId="7495A470" w14:textId="77777777">
        <w:trPr>
          <w:jc w:val="center"/>
        </w:trPr>
        <w:tc>
          <w:tcPr>
            <w:tcW w:w="170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437E411" w14:textId="77777777" w:rsidR="00D55C08" w:rsidRDefault="00000000">
            <w:pPr>
              <w:spacing w:after="0"/>
              <w:jc w:val="center"/>
              <w:rPr>
                <w:rFonts w:hint="eastAsia"/>
              </w:rPr>
            </w:pPr>
            <w:proofErr w:type="spellStart"/>
            <w:r>
              <w:rPr>
                <w:sz w:val="18"/>
              </w:rPr>
              <w:t>원본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보관</w:t>
            </w:r>
            <w:proofErr w:type="spellEnd"/>
          </w:p>
        </w:tc>
        <w:tc>
          <w:tcPr>
            <w:tcW w:w="737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F35233D" w14:textId="77777777" w:rsidR="00D55C08" w:rsidRDefault="00000000">
            <w:pPr>
              <w:spacing w:after="0"/>
              <w:rPr>
                <w:rFonts w:hint="eastAsia"/>
                <w:lang w:eastAsia="ko-KR"/>
              </w:rPr>
            </w:pPr>
            <w:r>
              <w:rPr>
                <w:sz w:val="18"/>
                <w:lang w:eastAsia="ko-KR"/>
              </w:rPr>
              <w:t>수상</w:t>
            </w:r>
            <w:r>
              <w:rPr>
                <w:sz w:val="18"/>
                <w:lang w:eastAsia="ko-KR"/>
              </w:rPr>
              <w:t xml:space="preserve"> </w:t>
            </w:r>
            <w:r>
              <w:rPr>
                <w:sz w:val="18"/>
                <w:lang w:eastAsia="ko-KR"/>
              </w:rPr>
              <w:t>시</w:t>
            </w:r>
            <w:r>
              <w:rPr>
                <w:sz w:val="18"/>
                <w:lang w:eastAsia="ko-KR"/>
              </w:rPr>
              <w:t xml:space="preserve"> </w:t>
            </w:r>
            <w:r>
              <w:rPr>
                <w:sz w:val="18"/>
                <w:lang w:eastAsia="ko-KR"/>
              </w:rPr>
              <w:t>고화질</w:t>
            </w:r>
            <w:r>
              <w:rPr>
                <w:sz w:val="18"/>
                <w:lang w:eastAsia="ko-KR"/>
              </w:rPr>
              <w:t xml:space="preserve"> </w:t>
            </w:r>
            <w:r>
              <w:rPr>
                <w:sz w:val="18"/>
                <w:lang w:eastAsia="ko-KR"/>
              </w:rPr>
              <w:t>마스터</w:t>
            </w:r>
            <w:r>
              <w:rPr>
                <w:sz w:val="18"/>
                <w:lang w:eastAsia="ko-KR"/>
              </w:rPr>
              <w:t xml:space="preserve"> </w:t>
            </w:r>
            <w:r>
              <w:rPr>
                <w:sz w:val="18"/>
                <w:lang w:eastAsia="ko-KR"/>
              </w:rPr>
              <w:t>및</w:t>
            </w:r>
            <w:r>
              <w:rPr>
                <w:sz w:val="18"/>
                <w:lang w:eastAsia="ko-KR"/>
              </w:rPr>
              <w:t xml:space="preserve"> </w:t>
            </w:r>
            <w:r>
              <w:rPr>
                <w:sz w:val="18"/>
                <w:lang w:eastAsia="ko-KR"/>
              </w:rPr>
              <w:t>자막</w:t>
            </w:r>
            <w:r>
              <w:rPr>
                <w:sz w:val="18"/>
                <w:lang w:eastAsia="ko-KR"/>
              </w:rPr>
              <w:t xml:space="preserve"> </w:t>
            </w:r>
            <w:r>
              <w:rPr>
                <w:sz w:val="18"/>
                <w:lang w:eastAsia="ko-KR"/>
              </w:rPr>
              <w:t>없는</w:t>
            </w:r>
            <w:r>
              <w:rPr>
                <w:sz w:val="18"/>
                <w:lang w:eastAsia="ko-KR"/>
              </w:rPr>
              <w:t xml:space="preserve"> </w:t>
            </w:r>
            <w:proofErr w:type="spellStart"/>
            <w:r>
              <w:rPr>
                <w:sz w:val="18"/>
                <w:lang w:eastAsia="ko-KR"/>
              </w:rPr>
              <w:t>클린본</w:t>
            </w:r>
            <w:proofErr w:type="spellEnd"/>
            <w:r>
              <w:rPr>
                <w:sz w:val="18"/>
                <w:lang w:eastAsia="ko-KR"/>
              </w:rPr>
              <w:t xml:space="preserve"> </w:t>
            </w:r>
            <w:r>
              <w:rPr>
                <w:sz w:val="18"/>
                <w:lang w:eastAsia="ko-KR"/>
              </w:rPr>
              <w:t>제출을</w:t>
            </w:r>
            <w:r>
              <w:rPr>
                <w:sz w:val="18"/>
                <w:lang w:eastAsia="ko-KR"/>
              </w:rPr>
              <w:t xml:space="preserve"> </w:t>
            </w:r>
            <w:r>
              <w:rPr>
                <w:sz w:val="18"/>
                <w:lang w:eastAsia="ko-KR"/>
              </w:rPr>
              <w:t>요청할</w:t>
            </w:r>
            <w:r>
              <w:rPr>
                <w:sz w:val="18"/>
                <w:lang w:eastAsia="ko-KR"/>
              </w:rPr>
              <w:t xml:space="preserve"> </w:t>
            </w:r>
            <w:r>
              <w:rPr>
                <w:sz w:val="18"/>
                <w:lang w:eastAsia="ko-KR"/>
              </w:rPr>
              <w:t>수</w:t>
            </w:r>
            <w:r>
              <w:rPr>
                <w:sz w:val="18"/>
                <w:lang w:eastAsia="ko-KR"/>
              </w:rPr>
              <w:t xml:space="preserve"> </w:t>
            </w:r>
            <w:r>
              <w:rPr>
                <w:sz w:val="18"/>
                <w:lang w:eastAsia="ko-KR"/>
              </w:rPr>
              <w:t>있음</w:t>
            </w:r>
          </w:p>
        </w:tc>
      </w:tr>
    </w:tbl>
    <w:p w14:paraId="2BD24F41" w14:textId="77777777" w:rsidR="00D55C08" w:rsidRDefault="00D55C08">
      <w:pPr>
        <w:spacing w:after="40"/>
        <w:rPr>
          <w:rFonts w:hint="eastAsia"/>
          <w:lang w:eastAsia="ko-KR"/>
        </w:rPr>
      </w:pPr>
    </w:p>
    <w:p w14:paraId="3E37401D" w14:textId="77777777" w:rsidR="00D55C08" w:rsidRDefault="00000000">
      <w:pPr>
        <w:spacing w:before="20" w:after="40" w:line="288" w:lineRule="auto"/>
        <w:ind w:left="425"/>
        <w:rPr>
          <w:rFonts w:hint="eastAsia"/>
          <w:lang w:eastAsia="ko-KR"/>
        </w:rPr>
      </w:pPr>
      <w:r>
        <w:rPr>
          <w:sz w:val="18"/>
          <w:lang w:eastAsia="ko-KR"/>
        </w:rPr>
        <w:t xml:space="preserve">※ AI </w:t>
      </w:r>
      <w:r>
        <w:rPr>
          <w:sz w:val="18"/>
          <w:lang w:eastAsia="ko-KR"/>
        </w:rPr>
        <w:t>이미지</w:t>
      </w:r>
      <w:r>
        <w:rPr>
          <w:sz w:val="18"/>
          <w:lang w:eastAsia="ko-KR"/>
        </w:rPr>
        <w:t>·</w:t>
      </w:r>
      <w:r>
        <w:rPr>
          <w:sz w:val="18"/>
          <w:lang w:eastAsia="ko-KR"/>
        </w:rPr>
        <w:t>영상의</w:t>
      </w:r>
      <w:r>
        <w:rPr>
          <w:sz w:val="18"/>
          <w:lang w:eastAsia="ko-KR"/>
        </w:rPr>
        <w:t xml:space="preserve"> </w:t>
      </w:r>
      <w:r>
        <w:rPr>
          <w:sz w:val="18"/>
          <w:lang w:eastAsia="ko-KR"/>
        </w:rPr>
        <w:t>생성</w:t>
      </w:r>
      <w:r>
        <w:rPr>
          <w:sz w:val="18"/>
          <w:lang w:eastAsia="ko-KR"/>
        </w:rPr>
        <w:t xml:space="preserve"> </w:t>
      </w:r>
      <w:r>
        <w:rPr>
          <w:sz w:val="18"/>
          <w:lang w:eastAsia="ko-KR"/>
        </w:rPr>
        <w:t>단계에서</w:t>
      </w:r>
      <w:r>
        <w:rPr>
          <w:sz w:val="18"/>
          <w:lang w:eastAsia="ko-KR"/>
        </w:rPr>
        <w:t xml:space="preserve"> </w:t>
      </w:r>
      <w:r>
        <w:rPr>
          <w:sz w:val="18"/>
          <w:lang w:eastAsia="ko-KR"/>
        </w:rPr>
        <w:t>출력</w:t>
      </w:r>
      <w:r>
        <w:rPr>
          <w:sz w:val="18"/>
          <w:lang w:eastAsia="ko-KR"/>
        </w:rPr>
        <w:t xml:space="preserve"> </w:t>
      </w:r>
      <w:r>
        <w:rPr>
          <w:sz w:val="18"/>
          <w:lang w:eastAsia="ko-KR"/>
        </w:rPr>
        <w:t>해상도가</w:t>
      </w:r>
      <w:r>
        <w:rPr>
          <w:sz w:val="18"/>
          <w:lang w:eastAsia="ko-KR"/>
        </w:rPr>
        <w:t xml:space="preserve"> </w:t>
      </w:r>
      <w:r>
        <w:rPr>
          <w:sz w:val="18"/>
          <w:lang w:eastAsia="ko-KR"/>
        </w:rPr>
        <w:t>낮은</w:t>
      </w:r>
      <w:r>
        <w:rPr>
          <w:sz w:val="18"/>
          <w:lang w:eastAsia="ko-KR"/>
        </w:rPr>
        <w:t xml:space="preserve"> </w:t>
      </w:r>
      <w:r>
        <w:rPr>
          <w:sz w:val="18"/>
          <w:lang w:eastAsia="ko-KR"/>
        </w:rPr>
        <w:t>경우</w:t>
      </w:r>
      <w:r>
        <w:rPr>
          <w:sz w:val="18"/>
          <w:lang w:eastAsia="ko-KR"/>
        </w:rPr>
        <w:t xml:space="preserve"> </w:t>
      </w:r>
      <w:proofErr w:type="spellStart"/>
      <w:r>
        <w:rPr>
          <w:sz w:val="18"/>
          <w:lang w:eastAsia="ko-KR"/>
        </w:rPr>
        <w:t>업스케일링</w:t>
      </w:r>
      <w:proofErr w:type="spellEnd"/>
      <w:r>
        <w:rPr>
          <w:sz w:val="18"/>
          <w:lang w:eastAsia="ko-KR"/>
        </w:rPr>
        <w:t xml:space="preserve">, </w:t>
      </w:r>
      <w:r>
        <w:rPr>
          <w:sz w:val="18"/>
          <w:lang w:eastAsia="ko-KR"/>
        </w:rPr>
        <w:t>편집</w:t>
      </w:r>
      <w:r>
        <w:rPr>
          <w:sz w:val="18"/>
          <w:lang w:eastAsia="ko-KR"/>
        </w:rPr>
        <w:t xml:space="preserve">, </w:t>
      </w:r>
      <w:r>
        <w:rPr>
          <w:sz w:val="18"/>
          <w:lang w:eastAsia="ko-KR"/>
        </w:rPr>
        <w:t>합성</w:t>
      </w:r>
      <w:r>
        <w:rPr>
          <w:sz w:val="18"/>
          <w:lang w:eastAsia="ko-KR"/>
        </w:rPr>
        <w:t xml:space="preserve"> </w:t>
      </w:r>
      <w:r>
        <w:rPr>
          <w:sz w:val="18"/>
          <w:lang w:eastAsia="ko-KR"/>
        </w:rPr>
        <w:t>등을</w:t>
      </w:r>
      <w:r>
        <w:rPr>
          <w:sz w:val="18"/>
          <w:lang w:eastAsia="ko-KR"/>
        </w:rPr>
        <w:t xml:space="preserve"> </w:t>
      </w:r>
      <w:r>
        <w:rPr>
          <w:sz w:val="18"/>
          <w:lang w:eastAsia="ko-KR"/>
        </w:rPr>
        <w:t>통해</w:t>
      </w:r>
      <w:r>
        <w:rPr>
          <w:sz w:val="18"/>
          <w:lang w:eastAsia="ko-KR"/>
        </w:rPr>
        <w:t xml:space="preserve"> </w:t>
      </w:r>
      <w:r>
        <w:rPr>
          <w:sz w:val="18"/>
          <w:lang w:eastAsia="ko-KR"/>
        </w:rPr>
        <w:t>최종</w:t>
      </w:r>
      <w:r>
        <w:rPr>
          <w:sz w:val="18"/>
          <w:lang w:eastAsia="ko-KR"/>
        </w:rPr>
        <w:t xml:space="preserve"> </w:t>
      </w:r>
      <w:r>
        <w:rPr>
          <w:sz w:val="18"/>
          <w:lang w:eastAsia="ko-KR"/>
        </w:rPr>
        <w:t>제출</w:t>
      </w:r>
      <w:r>
        <w:rPr>
          <w:sz w:val="18"/>
          <w:lang w:eastAsia="ko-KR"/>
        </w:rPr>
        <w:t xml:space="preserve"> </w:t>
      </w:r>
      <w:r>
        <w:rPr>
          <w:sz w:val="18"/>
          <w:lang w:eastAsia="ko-KR"/>
        </w:rPr>
        <w:t>규격을</w:t>
      </w:r>
      <w:r>
        <w:rPr>
          <w:sz w:val="18"/>
          <w:lang w:eastAsia="ko-KR"/>
        </w:rPr>
        <w:t xml:space="preserve"> </w:t>
      </w:r>
      <w:r>
        <w:rPr>
          <w:sz w:val="18"/>
          <w:lang w:eastAsia="ko-KR"/>
        </w:rPr>
        <w:t>충족할</w:t>
      </w:r>
      <w:r>
        <w:rPr>
          <w:sz w:val="18"/>
          <w:lang w:eastAsia="ko-KR"/>
        </w:rPr>
        <w:t xml:space="preserve"> </w:t>
      </w:r>
      <w:r>
        <w:rPr>
          <w:sz w:val="18"/>
          <w:lang w:eastAsia="ko-KR"/>
        </w:rPr>
        <w:t>수</w:t>
      </w:r>
      <w:r>
        <w:rPr>
          <w:sz w:val="18"/>
          <w:lang w:eastAsia="ko-KR"/>
        </w:rPr>
        <w:t xml:space="preserve"> </w:t>
      </w:r>
      <w:r>
        <w:rPr>
          <w:sz w:val="18"/>
          <w:lang w:eastAsia="ko-KR"/>
        </w:rPr>
        <w:t>있습니다</w:t>
      </w:r>
      <w:r>
        <w:rPr>
          <w:sz w:val="18"/>
          <w:lang w:eastAsia="ko-KR"/>
        </w:rPr>
        <w:t xml:space="preserve">. </w:t>
      </w:r>
      <w:r>
        <w:rPr>
          <w:sz w:val="18"/>
          <w:lang w:eastAsia="ko-KR"/>
        </w:rPr>
        <w:t>다만</w:t>
      </w:r>
      <w:r>
        <w:rPr>
          <w:sz w:val="18"/>
          <w:lang w:eastAsia="ko-KR"/>
        </w:rPr>
        <w:t xml:space="preserve"> </w:t>
      </w:r>
      <w:r>
        <w:rPr>
          <w:sz w:val="18"/>
          <w:lang w:eastAsia="ko-KR"/>
        </w:rPr>
        <w:t>단순</w:t>
      </w:r>
      <w:r>
        <w:rPr>
          <w:sz w:val="18"/>
          <w:lang w:eastAsia="ko-KR"/>
        </w:rPr>
        <w:t xml:space="preserve"> </w:t>
      </w:r>
      <w:r>
        <w:rPr>
          <w:sz w:val="18"/>
          <w:lang w:eastAsia="ko-KR"/>
        </w:rPr>
        <w:t>해상도</w:t>
      </w:r>
      <w:r>
        <w:rPr>
          <w:sz w:val="18"/>
          <w:lang w:eastAsia="ko-KR"/>
        </w:rPr>
        <w:t xml:space="preserve"> </w:t>
      </w:r>
      <w:r>
        <w:rPr>
          <w:sz w:val="18"/>
          <w:lang w:eastAsia="ko-KR"/>
        </w:rPr>
        <w:t>확대만으로</w:t>
      </w:r>
      <w:r>
        <w:rPr>
          <w:sz w:val="18"/>
          <w:lang w:eastAsia="ko-KR"/>
        </w:rPr>
        <w:t xml:space="preserve"> </w:t>
      </w:r>
      <w:r>
        <w:rPr>
          <w:sz w:val="18"/>
          <w:lang w:eastAsia="ko-KR"/>
        </w:rPr>
        <w:t>화질이</w:t>
      </w:r>
      <w:r>
        <w:rPr>
          <w:sz w:val="18"/>
          <w:lang w:eastAsia="ko-KR"/>
        </w:rPr>
        <w:t xml:space="preserve"> </w:t>
      </w:r>
      <w:r>
        <w:rPr>
          <w:sz w:val="18"/>
          <w:lang w:eastAsia="ko-KR"/>
        </w:rPr>
        <w:t>심하게</w:t>
      </w:r>
      <w:r>
        <w:rPr>
          <w:sz w:val="18"/>
          <w:lang w:eastAsia="ko-KR"/>
        </w:rPr>
        <w:t xml:space="preserve"> </w:t>
      </w:r>
      <w:r>
        <w:rPr>
          <w:sz w:val="18"/>
          <w:lang w:eastAsia="ko-KR"/>
        </w:rPr>
        <w:t>저하된</w:t>
      </w:r>
      <w:r>
        <w:rPr>
          <w:sz w:val="18"/>
          <w:lang w:eastAsia="ko-KR"/>
        </w:rPr>
        <w:t xml:space="preserve"> </w:t>
      </w:r>
      <w:r>
        <w:rPr>
          <w:sz w:val="18"/>
          <w:lang w:eastAsia="ko-KR"/>
        </w:rPr>
        <w:t>작품은</w:t>
      </w:r>
      <w:r>
        <w:rPr>
          <w:sz w:val="18"/>
          <w:lang w:eastAsia="ko-KR"/>
        </w:rPr>
        <w:t xml:space="preserve"> </w:t>
      </w:r>
      <w:r>
        <w:rPr>
          <w:sz w:val="18"/>
          <w:lang w:eastAsia="ko-KR"/>
        </w:rPr>
        <w:t>완성도</w:t>
      </w:r>
      <w:r>
        <w:rPr>
          <w:sz w:val="18"/>
          <w:lang w:eastAsia="ko-KR"/>
        </w:rPr>
        <w:t xml:space="preserve"> </w:t>
      </w:r>
      <w:r>
        <w:rPr>
          <w:sz w:val="18"/>
          <w:lang w:eastAsia="ko-KR"/>
        </w:rPr>
        <w:t>평가에</w:t>
      </w:r>
      <w:r>
        <w:rPr>
          <w:sz w:val="18"/>
          <w:lang w:eastAsia="ko-KR"/>
        </w:rPr>
        <w:t xml:space="preserve"> </w:t>
      </w:r>
      <w:r>
        <w:rPr>
          <w:sz w:val="18"/>
          <w:lang w:eastAsia="ko-KR"/>
        </w:rPr>
        <w:t>영향을</w:t>
      </w:r>
      <w:r>
        <w:rPr>
          <w:sz w:val="18"/>
          <w:lang w:eastAsia="ko-KR"/>
        </w:rPr>
        <w:t xml:space="preserve"> </w:t>
      </w:r>
      <w:r>
        <w:rPr>
          <w:sz w:val="18"/>
          <w:lang w:eastAsia="ko-KR"/>
        </w:rPr>
        <w:t>받을</w:t>
      </w:r>
      <w:r>
        <w:rPr>
          <w:sz w:val="18"/>
          <w:lang w:eastAsia="ko-KR"/>
        </w:rPr>
        <w:t xml:space="preserve"> </w:t>
      </w:r>
      <w:r>
        <w:rPr>
          <w:sz w:val="18"/>
          <w:lang w:eastAsia="ko-KR"/>
        </w:rPr>
        <w:t>수</w:t>
      </w:r>
      <w:r>
        <w:rPr>
          <w:sz w:val="18"/>
          <w:lang w:eastAsia="ko-KR"/>
        </w:rPr>
        <w:t xml:space="preserve"> </w:t>
      </w:r>
      <w:r>
        <w:rPr>
          <w:sz w:val="18"/>
          <w:lang w:eastAsia="ko-KR"/>
        </w:rPr>
        <w:t>있습니다</w:t>
      </w:r>
      <w:r>
        <w:rPr>
          <w:sz w:val="18"/>
          <w:lang w:eastAsia="ko-KR"/>
        </w:rPr>
        <w:t>.</w:t>
      </w:r>
    </w:p>
    <w:p w14:paraId="68A367A8" w14:textId="77777777" w:rsidR="0031203E" w:rsidRDefault="0031203E">
      <w:pPr>
        <w:rPr>
          <w:rFonts w:hint="eastAsia"/>
          <w:b/>
          <w:sz w:val="24"/>
          <w:lang w:eastAsia="ko-KR"/>
        </w:rPr>
      </w:pPr>
      <w:r>
        <w:rPr>
          <w:rFonts w:hint="eastAsia"/>
          <w:b/>
          <w:sz w:val="24"/>
          <w:lang w:eastAsia="ko-KR"/>
        </w:rPr>
        <w:br w:type="page"/>
      </w:r>
    </w:p>
    <w:p w14:paraId="5FCC910A" w14:textId="77777777" w:rsidR="00D55C08" w:rsidRDefault="00106AC8">
      <w:pPr>
        <w:spacing w:before="200" w:after="80" w:line="240" w:lineRule="auto"/>
        <w:rPr>
          <w:rFonts w:hint="eastAsia"/>
          <w:lang w:eastAsia="ko-KR"/>
        </w:rPr>
      </w:pPr>
      <w:r>
        <w:rPr>
          <w:b/>
          <w:sz w:val="24"/>
          <w:lang w:eastAsia="ko-KR"/>
        </w:rPr>
        <w:lastRenderedPageBreak/>
        <w:t xml:space="preserve">4. </w:t>
      </w:r>
      <w:r>
        <w:rPr>
          <w:b/>
          <w:sz w:val="24"/>
          <w:lang w:eastAsia="ko-KR"/>
        </w:rPr>
        <w:t>생성형</w:t>
      </w:r>
      <w:r>
        <w:rPr>
          <w:b/>
          <w:sz w:val="24"/>
          <w:lang w:eastAsia="ko-KR"/>
        </w:rPr>
        <w:t xml:space="preserve"> AI </w:t>
      </w:r>
      <w:r>
        <w:rPr>
          <w:b/>
          <w:sz w:val="24"/>
          <w:lang w:eastAsia="ko-KR"/>
        </w:rPr>
        <w:t>활용</w:t>
      </w:r>
      <w:r>
        <w:rPr>
          <w:b/>
          <w:sz w:val="24"/>
          <w:lang w:eastAsia="ko-KR"/>
        </w:rPr>
        <w:t xml:space="preserve"> </w:t>
      </w:r>
      <w:r>
        <w:rPr>
          <w:b/>
          <w:sz w:val="24"/>
          <w:lang w:eastAsia="ko-KR"/>
        </w:rPr>
        <w:t>기준</w:t>
      </w:r>
      <w:r>
        <w:rPr>
          <w:b/>
          <w:sz w:val="24"/>
          <w:lang w:eastAsia="ko-KR"/>
        </w:rPr>
        <w:t xml:space="preserve"> </w:t>
      </w:r>
      <w:r>
        <w:rPr>
          <w:b/>
          <w:sz w:val="24"/>
          <w:lang w:eastAsia="ko-KR"/>
        </w:rPr>
        <w:t>및</w:t>
      </w:r>
      <w:r>
        <w:rPr>
          <w:b/>
          <w:sz w:val="24"/>
          <w:lang w:eastAsia="ko-KR"/>
        </w:rPr>
        <w:t xml:space="preserve"> </w:t>
      </w:r>
      <w:r>
        <w:rPr>
          <w:b/>
          <w:sz w:val="24"/>
          <w:lang w:eastAsia="ko-KR"/>
        </w:rPr>
        <w:t>설명서</w:t>
      </w:r>
    </w:p>
    <w:p w14:paraId="45E513E2" w14:textId="77777777" w:rsidR="00D55C08" w:rsidRDefault="00000000">
      <w:pPr>
        <w:spacing w:before="20" w:after="20" w:line="312" w:lineRule="auto"/>
        <w:ind w:left="113" w:hanging="113"/>
        <w:rPr>
          <w:rFonts w:hint="eastAsia"/>
          <w:lang w:eastAsia="ko-KR"/>
        </w:rPr>
      </w:pPr>
      <w:r>
        <w:rPr>
          <w:b/>
          <w:lang w:eastAsia="ko-KR"/>
        </w:rPr>
        <w:t xml:space="preserve">○ </w:t>
      </w:r>
      <w:r>
        <w:rPr>
          <w:lang w:eastAsia="ko-KR"/>
        </w:rPr>
        <w:t>제출</w:t>
      </w:r>
      <w:r>
        <w:rPr>
          <w:lang w:eastAsia="ko-KR"/>
        </w:rPr>
        <w:t xml:space="preserve"> </w:t>
      </w:r>
      <w:r>
        <w:rPr>
          <w:lang w:eastAsia="ko-KR"/>
        </w:rPr>
        <w:t>작품은</w:t>
      </w:r>
      <w:r>
        <w:rPr>
          <w:lang w:eastAsia="ko-KR"/>
        </w:rPr>
        <w:t xml:space="preserve"> </w:t>
      </w:r>
      <w:r>
        <w:rPr>
          <w:lang w:eastAsia="ko-KR"/>
        </w:rPr>
        <w:t>생성형</w:t>
      </w:r>
      <w:r>
        <w:rPr>
          <w:lang w:eastAsia="ko-KR"/>
        </w:rPr>
        <w:t xml:space="preserve"> AI</w:t>
      </w:r>
      <w:r>
        <w:rPr>
          <w:lang w:eastAsia="ko-KR"/>
        </w:rPr>
        <w:t>를</w:t>
      </w:r>
      <w:r>
        <w:rPr>
          <w:lang w:eastAsia="ko-KR"/>
        </w:rPr>
        <w:t xml:space="preserve"> </w:t>
      </w:r>
      <w:r>
        <w:rPr>
          <w:lang w:eastAsia="ko-KR"/>
        </w:rPr>
        <w:t>반드시</w:t>
      </w:r>
      <w:r>
        <w:rPr>
          <w:lang w:eastAsia="ko-KR"/>
        </w:rPr>
        <w:t xml:space="preserve"> </w:t>
      </w:r>
      <w:r>
        <w:rPr>
          <w:lang w:eastAsia="ko-KR"/>
        </w:rPr>
        <w:t>활용해야</w:t>
      </w:r>
      <w:r>
        <w:rPr>
          <w:lang w:eastAsia="ko-KR"/>
        </w:rPr>
        <w:t xml:space="preserve"> </w:t>
      </w:r>
      <w:r>
        <w:rPr>
          <w:lang w:eastAsia="ko-KR"/>
        </w:rPr>
        <w:t>하며</w:t>
      </w:r>
      <w:r>
        <w:rPr>
          <w:lang w:eastAsia="ko-KR"/>
        </w:rPr>
        <w:t xml:space="preserve">, </w:t>
      </w:r>
      <w:r>
        <w:rPr>
          <w:lang w:eastAsia="ko-KR"/>
        </w:rPr>
        <w:t>제출</w:t>
      </w:r>
      <w:r>
        <w:rPr>
          <w:lang w:eastAsia="ko-KR"/>
        </w:rPr>
        <w:t xml:space="preserve"> </w:t>
      </w:r>
      <w:r>
        <w:rPr>
          <w:lang w:eastAsia="ko-KR"/>
        </w:rPr>
        <w:t>시</w:t>
      </w:r>
      <w:r>
        <w:rPr>
          <w:lang w:eastAsia="ko-KR"/>
        </w:rPr>
        <w:t xml:space="preserve"> </w:t>
      </w:r>
      <w:r>
        <w:rPr>
          <w:lang w:eastAsia="ko-KR"/>
        </w:rPr>
        <w:t>「</w:t>
      </w:r>
      <w:r>
        <w:rPr>
          <w:lang w:eastAsia="ko-KR"/>
        </w:rPr>
        <w:t xml:space="preserve">AI </w:t>
      </w:r>
      <w:r>
        <w:rPr>
          <w:lang w:eastAsia="ko-KR"/>
        </w:rPr>
        <w:t>활용</w:t>
      </w:r>
      <w:r>
        <w:rPr>
          <w:lang w:eastAsia="ko-KR"/>
        </w:rPr>
        <w:t xml:space="preserve"> </w:t>
      </w:r>
      <w:proofErr w:type="spellStart"/>
      <w:r>
        <w:rPr>
          <w:lang w:eastAsia="ko-KR"/>
        </w:rPr>
        <w:t>설명서」를</w:t>
      </w:r>
      <w:proofErr w:type="spellEnd"/>
      <w:r>
        <w:rPr>
          <w:lang w:eastAsia="ko-KR"/>
        </w:rPr>
        <w:t xml:space="preserve"> </w:t>
      </w:r>
      <w:r>
        <w:rPr>
          <w:lang w:eastAsia="ko-KR"/>
        </w:rPr>
        <w:t>필수로</w:t>
      </w:r>
      <w:r>
        <w:rPr>
          <w:lang w:eastAsia="ko-KR"/>
        </w:rPr>
        <w:t xml:space="preserve"> </w:t>
      </w:r>
      <w:r>
        <w:rPr>
          <w:lang w:eastAsia="ko-KR"/>
        </w:rPr>
        <w:t>첨부합니다</w:t>
      </w:r>
      <w:r>
        <w:rPr>
          <w:lang w:eastAsia="ko-KR"/>
        </w:rPr>
        <w:t>.</w:t>
      </w:r>
    </w:p>
    <w:p w14:paraId="0038AA7C" w14:textId="77777777" w:rsidR="00D55C08" w:rsidRDefault="00000000">
      <w:pPr>
        <w:spacing w:before="20" w:after="20" w:line="312" w:lineRule="auto"/>
        <w:ind w:left="113" w:hanging="113"/>
        <w:rPr>
          <w:rFonts w:hint="eastAsia"/>
          <w:lang w:eastAsia="ko-KR"/>
        </w:rPr>
      </w:pPr>
      <w:r>
        <w:rPr>
          <w:b/>
          <w:lang w:eastAsia="ko-KR"/>
        </w:rPr>
        <w:t xml:space="preserve">○ </w:t>
      </w:r>
      <w:r>
        <w:rPr>
          <w:lang w:eastAsia="ko-KR"/>
        </w:rPr>
        <w:t>설명서에는</w:t>
      </w:r>
      <w:r>
        <w:rPr>
          <w:lang w:eastAsia="ko-KR"/>
        </w:rPr>
        <w:t xml:space="preserve"> ① </w:t>
      </w:r>
      <w:r>
        <w:rPr>
          <w:lang w:eastAsia="ko-KR"/>
        </w:rPr>
        <w:t>활용</w:t>
      </w:r>
      <w:r>
        <w:rPr>
          <w:lang w:eastAsia="ko-KR"/>
        </w:rPr>
        <w:t xml:space="preserve"> </w:t>
      </w:r>
      <w:r>
        <w:rPr>
          <w:lang w:eastAsia="ko-KR"/>
        </w:rPr>
        <w:t>도구</w:t>
      </w:r>
      <w:r>
        <w:rPr>
          <w:lang w:eastAsia="ko-KR"/>
        </w:rPr>
        <w:t>·</w:t>
      </w:r>
      <w:r>
        <w:rPr>
          <w:lang w:eastAsia="ko-KR"/>
        </w:rPr>
        <w:t>서비스명</w:t>
      </w:r>
      <w:r>
        <w:rPr>
          <w:lang w:eastAsia="ko-KR"/>
        </w:rPr>
        <w:t xml:space="preserve"> ② AI</w:t>
      </w:r>
      <w:r>
        <w:rPr>
          <w:lang w:eastAsia="ko-KR"/>
        </w:rPr>
        <w:t>를</w:t>
      </w:r>
      <w:r>
        <w:rPr>
          <w:lang w:eastAsia="ko-KR"/>
        </w:rPr>
        <w:t xml:space="preserve"> </w:t>
      </w:r>
      <w:r>
        <w:rPr>
          <w:lang w:eastAsia="ko-KR"/>
        </w:rPr>
        <w:t>활용한</w:t>
      </w:r>
      <w:r>
        <w:rPr>
          <w:lang w:eastAsia="ko-KR"/>
        </w:rPr>
        <w:t xml:space="preserve"> </w:t>
      </w:r>
      <w:r>
        <w:rPr>
          <w:lang w:eastAsia="ko-KR"/>
        </w:rPr>
        <w:t>단계와</w:t>
      </w:r>
      <w:r>
        <w:rPr>
          <w:lang w:eastAsia="ko-KR"/>
        </w:rPr>
        <w:t xml:space="preserve"> </w:t>
      </w:r>
      <w:r>
        <w:rPr>
          <w:lang w:eastAsia="ko-KR"/>
        </w:rPr>
        <w:t>범위</w:t>
      </w:r>
      <w:r>
        <w:rPr>
          <w:lang w:eastAsia="ko-KR"/>
        </w:rPr>
        <w:t xml:space="preserve"> ③ </w:t>
      </w:r>
      <w:r>
        <w:rPr>
          <w:lang w:eastAsia="ko-KR"/>
        </w:rPr>
        <w:t>주요</w:t>
      </w:r>
      <w:r>
        <w:rPr>
          <w:lang w:eastAsia="ko-KR"/>
        </w:rPr>
        <w:t xml:space="preserve"> </w:t>
      </w:r>
      <w:r>
        <w:rPr>
          <w:lang w:eastAsia="ko-KR"/>
        </w:rPr>
        <w:t>프롬프트</w:t>
      </w:r>
      <w:r>
        <w:rPr>
          <w:lang w:eastAsia="ko-KR"/>
        </w:rPr>
        <w:t xml:space="preserve"> </w:t>
      </w:r>
      <w:r>
        <w:rPr>
          <w:lang w:eastAsia="ko-KR"/>
        </w:rPr>
        <w:t>또는</w:t>
      </w:r>
      <w:r>
        <w:rPr>
          <w:lang w:eastAsia="ko-KR"/>
        </w:rPr>
        <w:t xml:space="preserve"> </w:t>
      </w:r>
      <w:r>
        <w:rPr>
          <w:lang w:eastAsia="ko-KR"/>
        </w:rPr>
        <w:t>작업</w:t>
      </w:r>
      <w:r>
        <w:rPr>
          <w:lang w:eastAsia="ko-KR"/>
        </w:rPr>
        <w:t xml:space="preserve"> </w:t>
      </w:r>
      <w:proofErr w:type="spellStart"/>
      <w:r>
        <w:rPr>
          <w:lang w:eastAsia="ko-KR"/>
        </w:rPr>
        <w:t>지시문</w:t>
      </w:r>
      <w:proofErr w:type="spellEnd"/>
      <w:r>
        <w:rPr>
          <w:lang w:eastAsia="ko-KR"/>
        </w:rPr>
        <w:t xml:space="preserve"> ④ </w:t>
      </w:r>
      <w:r>
        <w:rPr>
          <w:lang w:eastAsia="ko-KR"/>
        </w:rPr>
        <w:t>제작자의</w:t>
      </w:r>
      <w:r>
        <w:rPr>
          <w:lang w:eastAsia="ko-KR"/>
        </w:rPr>
        <w:t xml:space="preserve"> </w:t>
      </w:r>
      <w:r>
        <w:rPr>
          <w:lang w:eastAsia="ko-KR"/>
        </w:rPr>
        <w:t>직접</w:t>
      </w:r>
      <w:r>
        <w:rPr>
          <w:lang w:eastAsia="ko-KR"/>
        </w:rPr>
        <w:t xml:space="preserve"> </w:t>
      </w:r>
      <w:r>
        <w:rPr>
          <w:lang w:eastAsia="ko-KR"/>
        </w:rPr>
        <w:t>기획</w:t>
      </w:r>
      <w:r>
        <w:rPr>
          <w:lang w:eastAsia="ko-KR"/>
        </w:rPr>
        <w:t>·</w:t>
      </w:r>
      <w:r>
        <w:rPr>
          <w:lang w:eastAsia="ko-KR"/>
        </w:rPr>
        <w:t>촬영</w:t>
      </w:r>
      <w:r>
        <w:rPr>
          <w:lang w:eastAsia="ko-KR"/>
        </w:rPr>
        <w:t>·</w:t>
      </w:r>
      <w:r>
        <w:rPr>
          <w:lang w:eastAsia="ko-KR"/>
        </w:rPr>
        <w:t>편집</w:t>
      </w:r>
      <w:r>
        <w:rPr>
          <w:lang w:eastAsia="ko-KR"/>
        </w:rPr>
        <w:t>·</w:t>
      </w:r>
      <w:proofErr w:type="spellStart"/>
      <w:r>
        <w:rPr>
          <w:lang w:eastAsia="ko-KR"/>
        </w:rPr>
        <w:t>후보정</w:t>
      </w:r>
      <w:proofErr w:type="spellEnd"/>
      <w:r>
        <w:rPr>
          <w:lang w:eastAsia="ko-KR"/>
        </w:rPr>
        <w:t xml:space="preserve"> </w:t>
      </w:r>
      <w:r>
        <w:rPr>
          <w:lang w:eastAsia="ko-KR"/>
        </w:rPr>
        <w:t>내용</w:t>
      </w:r>
      <w:r>
        <w:rPr>
          <w:lang w:eastAsia="ko-KR"/>
        </w:rPr>
        <w:t xml:space="preserve"> ⑤ </w:t>
      </w:r>
      <w:r>
        <w:rPr>
          <w:lang w:eastAsia="ko-KR"/>
        </w:rPr>
        <w:t>외부</w:t>
      </w:r>
      <w:r>
        <w:rPr>
          <w:lang w:eastAsia="ko-KR"/>
        </w:rPr>
        <w:t xml:space="preserve"> </w:t>
      </w:r>
      <w:r>
        <w:rPr>
          <w:lang w:eastAsia="ko-KR"/>
        </w:rPr>
        <w:t>소스</w:t>
      </w:r>
      <w:r>
        <w:rPr>
          <w:lang w:eastAsia="ko-KR"/>
        </w:rPr>
        <w:t xml:space="preserve"> </w:t>
      </w:r>
      <w:r>
        <w:rPr>
          <w:lang w:eastAsia="ko-KR"/>
        </w:rPr>
        <w:t>사용</w:t>
      </w:r>
      <w:r>
        <w:rPr>
          <w:lang w:eastAsia="ko-KR"/>
        </w:rPr>
        <w:t xml:space="preserve"> </w:t>
      </w:r>
      <w:r>
        <w:rPr>
          <w:lang w:eastAsia="ko-KR"/>
        </w:rPr>
        <w:t>여부를</w:t>
      </w:r>
      <w:r>
        <w:rPr>
          <w:lang w:eastAsia="ko-KR"/>
        </w:rPr>
        <w:t xml:space="preserve"> </w:t>
      </w:r>
      <w:r>
        <w:rPr>
          <w:lang w:eastAsia="ko-KR"/>
        </w:rPr>
        <w:t>기재합니다</w:t>
      </w:r>
      <w:r>
        <w:rPr>
          <w:lang w:eastAsia="ko-KR"/>
        </w:rPr>
        <w:t>.</w:t>
      </w:r>
    </w:p>
    <w:p w14:paraId="18F1014F" w14:textId="77777777" w:rsidR="00D55C08" w:rsidRDefault="00000000">
      <w:pPr>
        <w:spacing w:before="20" w:after="20" w:line="312" w:lineRule="auto"/>
        <w:ind w:left="113" w:hanging="113"/>
        <w:rPr>
          <w:rFonts w:hint="eastAsia"/>
          <w:lang w:eastAsia="ko-KR"/>
        </w:rPr>
      </w:pPr>
      <w:r>
        <w:rPr>
          <w:b/>
          <w:lang w:eastAsia="ko-KR"/>
        </w:rPr>
        <w:t xml:space="preserve">○ </w:t>
      </w:r>
      <w:r>
        <w:rPr>
          <w:lang w:eastAsia="ko-KR"/>
        </w:rPr>
        <w:t>사용한</w:t>
      </w:r>
      <w:r>
        <w:rPr>
          <w:lang w:eastAsia="ko-KR"/>
        </w:rPr>
        <w:t xml:space="preserve"> AI </w:t>
      </w:r>
      <w:r>
        <w:rPr>
          <w:lang w:eastAsia="ko-KR"/>
        </w:rPr>
        <w:t>서비스의</w:t>
      </w:r>
      <w:r>
        <w:rPr>
          <w:lang w:eastAsia="ko-KR"/>
        </w:rPr>
        <w:t xml:space="preserve"> </w:t>
      </w:r>
      <w:r>
        <w:rPr>
          <w:lang w:eastAsia="ko-KR"/>
        </w:rPr>
        <w:t>모델명</w:t>
      </w:r>
      <w:r>
        <w:rPr>
          <w:lang w:eastAsia="ko-KR"/>
        </w:rPr>
        <w:t>·</w:t>
      </w:r>
      <w:r>
        <w:rPr>
          <w:lang w:eastAsia="ko-KR"/>
        </w:rPr>
        <w:t>버전이</w:t>
      </w:r>
      <w:r>
        <w:rPr>
          <w:lang w:eastAsia="ko-KR"/>
        </w:rPr>
        <w:t xml:space="preserve"> </w:t>
      </w:r>
      <w:r>
        <w:rPr>
          <w:lang w:eastAsia="ko-KR"/>
        </w:rPr>
        <w:t>확인되는</w:t>
      </w:r>
      <w:r>
        <w:rPr>
          <w:lang w:eastAsia="ko-KR"/>
        </w:rPr>
        <w:t xml:space="preserve"> </w:t>
      </w:r>
      <w:r>
        <w:rPr>
          <w:lang w:eastAsia="ko-KR"/>
        </w:rPr>
        <w:t>경우</w:t>
      </w:r>
      <w:r>
        <w:rPr>
          <w:lang w:eastAsia="ko-KR"/>
        </w:rPr>
        <w:t xml:space="preserve"> </w:t>
      </w:r>
      <w:r>
        <w:rPr>
          <w:lang w:eastAsia="ko-KR"/>
        </w:rPr>
        <w:t>함께</w:t>
      </w:r>
      <w:r>
        <w:rPr>
          <w:lang w:eastAsia="ko-KR"/>
        </w:rPr>
        <w:t xml:space="preserve"> </w:t>
      </w:r>
      <w:r>
        <w:rPr>
          <w:lang w:eastAsia="ko-KR"/>
        </w:rPr>
        <w:t>적고</w:t>
      </w:r>
      <w:r>
        <w:rPr>
          <w:lang w:eastAsia="ko-KR"/>
        </w:rPr>
        <w:t xml:space="preserve">, </w:t>
      </w:r>
      <w:r>
        <w:rPr>
          <w:lang w:eastAsia="ko-KR"/>
        </w:rPr>
        <w:t>모델</w:t>
      </w:r>
      <w:r>
        <w:rPr>
          <w:lang w:eastAsia="ko-KR"/>
        </w:rPr>
        <w:t xml:space="preserve"> </w:t>
      </w:r>
      <w:r>
        <w:rPr>
          <w:lang w:eastAsia="ko-KR"/>
        </w:rPr>
        <w:t>정보가</w:t>
      </w:r>
      <w:r>
        <w:rPr>
          <w:lang w:eastAsia="ko-KR"/>
        </w:rPr>
        <w:t xml:space="preserve"> </w:t>
      </w:r>
      <w:r>
        <w:rPr>
          <w:lang w:eastAsia="ko-KR"/>
        </w:rPr>
        <w:t>표시되지</w:t>
      </w:r>
      <w:r>
        <w:rPr>
          <w:lang w:eastAsia="ko-KR"/>
        </w:rPr>
        <w:t xml:space="preserve"> </w:t>
      </w:r>
      <w:r>
        <w:rPr>
          <w:lang w:eastAsia="ko-KR"/>
        </w:rPr>
        <w:t>않는</w:t>
      </w:r>
      <w:r>
        <w:rPr>
          <w:lang w:eastAsia="ko-KR"/>
        </w:rPr>
        <w:t xml:space="preserve"> </w:t>
      </w:r>
      <w:r>
        <w:rPr>
          <w:lang w:eastAsia="ko-KR"/>
        </w:rPr>
        <w:t>서비스는</w:t>
      </w:r>
      <w:r>
        <w:rPr>
          <w:lang w:eastAsia="ko-KR"/>
        </w:rPr>
        <w:t xml:space="preserve"> </w:t>
      </w:r>
      <w:r>
        <w:rPr>
          <w:lang w:eastAsia="ko-KR"/>
        </w:rPr>
        <w:t>서비스명만</w:t>
      </w:r>
      <w:r>
        <w:rPr>
          <w:lang w:eastAsia="ko-KR"/>
        </w:rPr>
        <w:t xml:space="preserve"> </w:t>
      </w:r>
      <w:r>
        <w:rPr>
          <w:lang w:eastAsia="ko-KR"/>
        </w:rPr>
        <w:t>작성해도</w:t>
      </w:r>
      <w:r>
        <w:rPr>
          <w:lang w:eastAsia="ko-KR"/>
        </w:rPr>
        <w:t xml:space="preserve"> </w:t>
      </w:r>
      <w:r>
        <w:rPr>
          <w:lang w:eastAsia="ko-KR"/>
        </w:rPr>
        <w:t>됩니다</w:t>
      </w:r>
      <w:r>
        <w:rPr>
          <w:lang w:eastAsia="ko-KR"/>
        </w:rPr>
        <w:t>.</w:t>
      </w:r>
    </w:p>
    <w:p w14:paraId="70CBF842" w14:textId="77777777" w:rsidR="00D55C08" w:rsidRDefault="00000000">
      <w:pPr>
        <w:spacing w:before="20" w:after="20" w:line="312" w:lineRule="auto"/>
        <w:ind w:left="113" w:hanging="113"/>
        <w:rPr>
          <w:rFonts w:hint="eastAsia"/>
          <w:lang w:eastAsia="ko-KR"/>
        </w:rPr>
      </w:pPr>
      <w:r>
        <w:rPr>
          <w:b/>
          <w:lang w:eastAsia="ko-KR"/>
        </w:rPr>
        <w:t xml:space="preserve">○ </w:t>
      </w:r>
      <w:r>
        <w:rPr>
          <w:lang w:eastAsia="ko-KR"/>
        </w:rPr>
        <w:t>주요</w:t>
      </w:r>
      <w:r>
        <w:rPr>
          <w:lang w:eastAsia="ko-KR"/>
        </w:rPr>
        <w:t xml:space="preserve"> </w:t>
      </w:r>
      <w:r>
        <w:rPr>
          <w:lang w:eastAsia="ko-KR"/>
        </w:rPr>
        <w:t>프롬프트는</w:t>
      </w:r>
      <w:r>
        <w:rPr>
          <w:lang w:eastAsia="ko-KR"/>
        </w:rPr>
        <w:t xml:space="preserve"> </w:t>
      </w:r>
      <w:r>
        <w:rPr>
          <w:lang w:eastAsia="ko-KR"/>
        </w:rPr>
        <w:t>작품의</w:t>
      </w:r>
      <w:r>
        <w:rPr>
          <w:lang w:eastAsia="ko-KR"/>
        </w:rPr>
        <w:t xml:space="preserve"> </w:t>
      </w:r>
      <w:r>
        <w:rPr>
          <w:lang w:eastAsia="ko-KR"/>
        </w:rPr>
        <w:t>핵심</w:t>
      </w:r>
      <w:r>
        <w:rPr>
          <w:lang w:eastAsia="ko-KR"/>
        </w:rPr>
        <w:t xml:space="preserve"> </w:t>
      </w:r>
      <w:r>
        <w:rPr>
          <w:lang w:eastAsia="ko-KR"/>
        </w:rPr>
        <w:t>결과물</w:t>
      </w:r>
      <w:r>
        <w:rPr>
          <w:lang w:eastAsia="ko-KR"/>
        </w:rPr>
        <w:t xml:space="preserve"> </w:t>
      </w:r>
      <w:r>
        <w:rPr>
          <w:lang w:eastAsia="ko-KR"/>
        </w:rPr>
        <w:t>생성에</w:t>
      </w:r>
      <w:r>
        <w:rPr>
          <w:lang w:eastAsia="ko-KR"/>
        </w:rPr>
        <w:t xml:space="preserve"> </w:t>
      </w:r>
      <w:r>
        <w:rPr>
          <w:lang w:eastAsia="ko-KR"/>
        </w:rPr>
        <w:t>사용한</w:t>
      </w:r>
      <w:r>
        <w:rPr>
          <w:lang w:eastAsia="ko-KR"/>
        </w:rPr>
        <w:t xml:space="preserve"> </w:t>
      </w:r>
      <w:r>
        <w:rPr>
          <w:lang w:eastAsia="ko-KR"/>
        </w:rPr>
        <w:t>대표</w:t>
      </w:r>
      <w:r>
        <w:rPr>
          <w:lang w:eastAsia="ko-KR"/>
        </w:rPr>
        <w:t xml:space="preserve"> </w:t>
      </w:r>
      <w:r>
        <w:rPr>
          <w:lang w:eastAsia="ko-KR"/>
        </w:rPr>
        <w:t>프롬프트를</w:t>
      </w:r>
      <w:r>
        <w:rPr>
          <w:lang w:eastAsia="ko-KR"/>
        </w:rPr>
        <w:t xml:space="preserve"> </w:t>
      </w:r>
      <w:r>
        <w:rPr>
          <w:lang w:eastAsia="ko-KR"/>
        </w:rPr>
        <w:t>중심으로</w:t>
      </w:r>
      <w:r>
        <w:rPr>
          <w:lang w:eastAsia="ko-KR"/>
        </w:rPr>
        <w:t xml:space="preserve"> </w:t>
      </w:r>
      <w:r>
        <w:rPr>
          <w:lang w:eastAsia="ko-KR"/>
        </w:rPr>
        <w:t>작성하며</w:t>
      </w:r>
      <w:r>
        <w:rPr>
          <w:lang w:eastAsia="ko-KR"/>
        </w:rPr>
        <w:t xml:space="preserve">, </w:t>
      </w:r>
      <w:r>
        <w:rPr>
          <w:lang w:eastAsia="ko-KR"/>
        </w:rPr>
        <w:t>모든</w:t>
      </w:r>
      <w:r>
        <w:rPr>
          <w:lang w:eastAsia="ko-KR"/>
        </w:rPr>
        <w:t xml:space="preserve"> </w:t>
      </w:r>
      <w:r>
        <w:rPr>
          <w:lang w:eastAsia="ko-KR"/>
        </w:rPr>
        <w:t>반복</w:t>
      </w:r>
      <w:r>
        <w:rPr>
          <w:lang w:eastAsia="ko-KR"/>
        </w:rPr>
        <w:t xml:space="preserve"> </w:t>
      </w:r>
      <w:r>
        <w:rPr>
          <w:lang w:eastAsia="ko-KR"/>
        </w:rPr>
        <w:t>프롬프트를</w:t>
      </w:r>
      <w:r>
        <w:rPr>
          <w:lang w:eastAsia="ko-KR"/>
        </w:rPr>
        <w:t xml:space="preserve"> </w:t>
      </w:r>
      <w:r>
        <w:rPr>
          <w:lang w:eastAsia="ko-KR"/>
        </w:rPr>
        <w:t>전부</w:t>
      </w:r>
      <w:r>
        <w:rPr>
          <w:lang w:eastAsia="ko-KR"/>
        </w:rPr>
        <w:t xml:space="preserve"> </w:t>
      </w:r>
      <w:r>
        <w:rPr>
          <w:lang w:eastAsia="ko-KR"/>
        </w:rPr>
        <w:t>제출할</w:t>
      </w:r>
      <w:r>
        <w:rPr>
          <w:lang w:eastAsia="ko-KR"/>
        </w:rPr>
        <w:t xml:space="preserve"> </w:t>
      </w:r>
      <w:r>
        <w:rPr>
          <w:lang w:eastAsia="ko-KR"/>
        </w:rPr>
        <w:t>필요는</w:t>
      </w:r>
      <w:r>
        <w:rPr>
          <w:lang w:eastAsia="ko-KR"/>
        </w:rPr>
        <w:t xml:space="preserve"> </w:t>
      </w:r>
      <w:r>
        <w:rPr>
          <w:lang w:eastAsia="ko-KR"/>
        </w:rPr>
        <w:t>없습니다</w:t>
      </w:r>
      <w:r>
        <w:rPr>
          <w:lang w:eastAsia="ko-KR"/>
        </w:rPr>
        <w:t>.</w:t>
      </w:r>
    </w:p>
    <w:p w14:paraId="5BFFEBE6" w14:textId="77777777" w:rsidR="00D55C08" w:rsidRDefault="00000000">
      <w:pPr>
        <w:spacing w:before="20" w:after="20" w:line="312" w:lineRule="auto"/>
        <w:ind w:left="113" w:hanging="113"/>
        <w:rPr>
          <w:rFonts w:hint="eastAsia"/>
          <w:lang w:eastAsia="ko-KR"/>
        </w:rPr>
      </w:pPr>
      <w:r>
        <w:rPr>
          <w:b/>
          <w:lang w:eastAsia="ko-KR"/>
        </w:rPr>
        <w:t xml:space="preserve">○ </w:t>
      </w:r>
      <w:r>
        <w:rPr>
          <w:lang w:eastAsia="ko-KR"/>
        </w:rPr>
        <w:t>심사</w:t>
      </w:r>
      <w:r>
        <w:rPr>
          <w:lang w:eastAsia="ko-KR"/>
        </w:rPr>
        <w:t xml:space="preserve"> </w:t>
      </w:r>
      <w:r>
        <w:rPr>
          <w:lang w:eastAsia="ko-KR"/>
        </w:rPr>
        <w:t>또는</w:t>
      </w:r>
      <w:r>
        <w:rPr>
          <w:lang w:eastAsia="ko-KR"/>
        </w:rPr>
        <w:t xml:space="preserve"> </w:t>
      </w:r>
      <w:r>
        <w:rPr>
          <w:lang w:eastAsia="ko-KR"/>
        </w:rPr>
        <w:t>수상</w:t>
      </w:r>
      <w:r>
        <w:rPr>
          <w:lang w:eastAsia="ko-KR"/>
        </w:rPr>
        <w:t xml:space="preserve"> </w:t>
      </w:r>
      <w:r>
        <w:rPr>
          <w:lang w:eastAsia="ko-KR"/>
        </w:rPr>
        <w:t>검증을</w:t>
      </w:r>
      <w:r>
        <w:rPr>
          <w:lang w:eastAsia="ko-KR"/>
        </w:rPr>
        <w:t xml:space="preserve"> </w:t>
      </w:r>
      <w:r>
        <w:rPr>
          <w:lang w:eastAsia="ko-KR"/>
        </w:rPr>
        <w:t>위해</w:t>
      </w:r>
      <w:r>
        <w:rPr>
          <w:lang w:eastAsia="ko-KR"/>
        </w:rPr>
        <w:t xml:space="preserve"> </w:t>
      </w:r>
      <w:r>
        <w:rPr>
          <w:lang w:eastAsia="ko-KR"/>
        </w:rPr>
        <w:t>생성</w:t>
      </w:r>
      <w:r>
        <w:rPr>
          <w:lang w:eastAsia="ko-KR"/>
        </w:rPr>
        <w:t xml:space="preserve"> </w:t>
      </w:r>
      <w:r>
        <w:rPr>
          <w:lang w:eastAsia="ko-KR"/>
        </w:rPr>
        <w:t>이력</w:t>
      </w:r>
      <w:r>
        <w:rPr>
          <w:lang w:eastAsia="ko-KR"/>
        </w:rPr>
        <w:t xml:space="preserve">, </w:t>
      </w:r>
      <w:r>
        <w:rPr>
          <w:lang w:eastAsia="ko-KR"/>
        </w:rPr>
        <w:t>프로젝트</w:t>
      </w:r>
      <w:r>
        <w:rPr>
          <w:lang w:eastAsia="ko-KR"/>
        </w:rPr>
        <w:t xml:space="preserve"> </w:t>
      </w:r>
      <w:r>
        <w:rPr>
          <w:lang w:eastAsia="ko-KR"/>
        </w:rPr>
        <w:t>파일</w:t>
      </w:r>
      <w:r>
        <w:rPr>
          <w:lang w:eastAsia="ko-KR"/>
        </w:rPr>
        <w:t xml:space="preserve">, </w:t>
      </w:r>
      <w:r>
        <w:rPr>
          <w:lang w:eastAsia="ko-KR"/>
        </w:rPr>
        <w:t>편집</w:t>
      </w:r>
      <w:r>
        <w:rPr>
          <w:lang w:eastAsia="ko-KR"/>
        </w:rPr>
        <w:t xml:space="preserve"> </w:t>
      </w:r>
      <w:r>
        <w:rPr>
          <w:lang w:eastAsia="ko-KR"/>
        </w:rPr>
        <w:t>타임라인</w:t>
      </w:r>
      <w:r>
        <w:rPr>
          <w:lang w:eastAsia="ko-KR"/>
        </w:rPr>
        <w:t xml:space="preserve">, </w:t>
      </w:r>
      <w:r>
        <w:rPr>
          <w:lang w:eastAsia="ko-KR"/>
        </w:rPr>
        <w:t>프롬프트</w:t>
      </w:r>
      <w:r>
        <w:rPr>
          <w:lang w:eastAsia="ko-KR"/>
        </w:rPr>
        <w:t xml:space="preserve"> </w:t>
      </w:r>
      <w:r>
        <w:rPr>
          <w:lang w:eastAsia="ko-KR"/>
        </w:rPr>
        <w:t>기록</w:t>
      </w:r>
      <w:r>
        <w:rPr>
          <w:lang w:eastAsia="ko-KR"/>
        </w:rPr>
        <w:t xml:space="preserve">, </w:t>
      </w:r>
      <w:r>
        <w:rPr>
          <w:lang w:eastAsia="ko-KR"/>
        </w:rPr>
        <w:t>생성</w:t>
      </w:r>
      <w:r>
        <w:rPr>
          <w:lang w:eastAsia="ko-KR"/>
        </w:rPr>
        <w:t xml:space="preserve"> </w:t>
      </w:r>
      <w:r>
        <w:rPr>
          <w:lang w:eastAsia="ko-KR"/>
        </w:rPr>
        <w:t>화면</w:t>
      </w:r>
      <w:r>
        <w:rPr>
          <w:lang w:eastAsia="ko-KR"/>
        </w:rPr>
        <w:t xml:space="preserve"> </w:t>
      </w:r>
      <w:r>
        <w:rPr>
          <w:lang w:eastAsia="ko-KR"/>
        </w:rPr>
        <w:t>캡처</w:t>
      </w:r>
      <w:r>
        <w:rPr>
          <w:lang w:eastAsia="ko-KR"/>
        </w:rPr>
        <w:t xml:space="preserve"> </w:t>
      </w:r>
      <w:r>
        <w:rPr>
          <w:lang w:eastAsia="ko-KR"/>
        </w:rPr>
        <w:t>등</w:t>
      </w:r>
      <w:r>
        <w:rPr>
          <w:lang w:eastAsia="ko-KR"/>
        </w:rPr>
        <w:t xml:space="preserve"> </w:t>
      </w:r>
      <w:r>
        <w:rPr>
          <w:lang w:eastAsia="ko-KR"/>
        </w:rPr>
        <w:t>제작</w:t>
      </w:r>
      <w:r>
        <w:rPr>
          <w:lang w:eastAsia="ko-KR"/>
        </w:rPr>
        <w:t xml:space="preserve"> </w:t>
      </w:r>
      <w:r>
        <w:rPr>
          <w:lang w:eastAsia="ko-KR"/>
        </w:rPr>
        <w:t>증빙을</w:t>
      </w:r>
      <w:r>
        <w:rPr>
          <w:lang w:eastAsia="ko-KR"/>
        </w:rPr>
        <w:t xml:space="preserve"> </w:t>
      </w:r>
      <w:r>
        <w:rPr>
          <w:lang w:eastAsia="ko-KR"/>
        </w:rPr>
        <w:t>추가로</w:t>
      </w:r>
      <w:r>
        <w:rPr>
          <w:lang w:eastAsia="ko-KR"/>
        </w:rPr>
        <w:t xml:space="preserve"> </w:t>
      </w:r>
      <w:r>
        <w:rPr>
          <w:lang w:eastAsia="ko-KR"/>
        </w:rPr>
        <w:t>요청할</w:t>
      </w:r>
      <w:r>
        <w:rPr>
          <w:lang w:eastAsia="ko-KR"/>
        </w:rPr>
        <w:t xml:space="preserve"> </w:t>
      </w:r>
      <w:r>
        <w:rPr>
          <w:lang w:eastAsia="ko-KR"/>
        </w:rPr>
        <w:t>수</w:t>
      </w:r>
      <w:r>
        <w:rPr>
          <w:lang w:eastAsia="ko-KR"/>
        </w:rPr>
        <w:t xml:space="preserve"> </w:t>
      </w:r>
      <w:r>
        <w:rPr>
          <w:lang w:eastAsia="ko-KR"/>
        </w:rPr>
        <w:t>있으므로</w:t>
      </w:r>
      <w:r>
        <w:rPr>
          <w:lang w:eastAsia="ko-KR"/>
        </w:rPr>
        <w:t xml:space="preserve"> </w:t>
      </w:r>
      <w:r>
        <w:rPr>
          <w:lang w:eastAsia="ko-KR"/>
        </w:rPr>
        <w:t>공모</w:t>
      </w:r>
      <w:r>
        <w:rPr>
          <w:lang w:eastAsia="ko-KR"/>
        </w:rPr>
        <w:t xml:space="preserve"> </w:t>
      </w:r>
      <w:r>
        <w:rPr>
          <w:lang w:eastAsia="ko-KR"/>
        </w:rPr>
        <w:t>종료</w:t>
      </w:r>
      <w:r>
        <w:rPr>
          <w:lang w:eastAsia="ko-KR"/>
        </w:rPr>
        <w:t xml:space="preserve"> </w:t>
      </w:r>
      <w:r>
        <w:rPr>
          <w:lang w:eastAsia="ko-KR"/>
        </w:rPr>
        <w:t>시까지</w:t>
      </w:r>
      <w:r>
        <w:rPr>
          <w:lang w:eastAsia="ko-KR"/>
        </w:rPr>
        <w:t xml:space="preserve"> </w:t>
      </w:r>
      <w:r>
        <w:rPr>
          <w:lang w:eastAsia="ko-KR"/>
        </w:rPr>
        <w:t>관련</w:t>
      </w:r>
      <w:r>
        <w:rPr>
          <w:lang w:eastAsia="ko-KR"/>
        </w:rPr>
        <w:t xml:space="preserve"> </w:t>
      </w:r>
      <w:r>
        <w:rPr>
          <w:lang w:eastAsia="ko-KR"/>
        </w:rPr>
        <w:t>자료를</w:t>
      </w:r>
      <w:r>
        <w:rPr>
          <w:lang w:eastAsia="ko-KR"/>
        </w:rPr>
        <w:t xml:space="preserve"> </w:t>
      </w:r>
      <w:r>
        <w:rPr>
          <w:lang w:eastAsia="ko-KR"/>
        </w:rPr>
        <w:t>보관해야</w:t>
      </w:r>
      <w:r>
        <w:rPr>
          <w:lang w:eastAsia="ko-KR"/>
        </w:rPr>
        <w:t xml:space="preserve"> </w:t>
      </w:r>
      <w:r>
        <w:rPr>
          <w:lang w:eastAsia="ko-KR"/>
        </w:rPr>
        <w:t>합니다</w:t>
      </w:r>
      <w:r>
        <w:rPr>
          <w:lang w:eastAsia="ko-KR"/>
        </w:rPr>
        <w:t>.</w:t>
      </w:r>
    </w:p>
    <w:p w14:paraId="0409C694" w14:textId="77777777" w:rsidR="00D55C08" w:rsidRDefault="00000000">
      <w:pPr>
        <w:spacing w:before="20" w:after="20" w:line="312" w:lineRule="auto"/>
        <w:ind w:left="113" w:hanging="113"/>
        <w:rPr>
          <w:rFonts w:hint="eastAsia"/>
          <w:lang w:eastAsia="ko-KR"/>
        </w:rPr>
      </w:pPr>
      <w:r>
        <w:rPr>
          <w:b/>
          <w:lang w:eastAsia="ko-KR"/>
        </w:rPr>
        <w:t xml:space="preserve">○ </w:t>
      </w:r>
      <w:r>
        <w:rPr>
          <w:lang w:eastAsia="ko-KR"/>
        </w:rPr>
        <w:t>AI</w:t>
      </w:r>
      <w:r>
        <w:rPr>
          <w:lang w:eastAsia="ko-KR"/>
        </w:rPr>
        <w:t>가</w:t>
      </w:r>
      <w:r>
        <w:rPr>
          <w:lang w:eastAsia="ko-KR"/>
        </w:rPr>
        <w:t xml:space="preserve"> </w:t>
      </w:r>
      <w:r>
        <w:rPr>
          <w:lang w:eastAsia="ko-KR"/>
        </w:rPr>
        <w:t>생성한</w:t>
      </w:r>
      <w:r>
        <w:rPr>
          <w:lang w:eastAsia="ko-KR"/>
        </w:rPr>
        <w:t xml:space="preserve"> </w:t>
      </w:r>
      <w:r>
        <w:rPr>
          <w:lang w:eastAsia="ko-KR"/>
        </w:rPr>
        <w:t>정보</w:t>
      </w:r>
      <w:r>
        <w:rPr>
          <w:lang w:eastAsia="ko-KR"/>
        </w:rPr>
        <w:t>·</w:t>
      </w:r>
      <w:r>
        <w:rPr>
          <w:lang w:eastAsia="ko-KR"/>
        </w:rPr>
        <w:t>문구</w:t>
      </w:r>
      <w:r>
        <w:rPr>
          <w:lang w:eastAsia="ko-KR"/>
        </w:rPr>
        <w:t>·</w:t>
      </w:r>
      <w:r>
        <w:rPr>
          <w:lang w:eastAsia="ko-KR"/>
        </w:rPr>
        <w:t>이미지라도</w:t>
      </w:r>
      <w:r>
        <w:rPr>
          <w:lang w:eastAsia="ko-KR"/>
        </w:rPr>
        <w:t xml:space="preserve"> </w:t>
      </w:r>
      <w:r>
        <w:rPr>
          <w:lang w:eastAsia="ko-KR"/>
        </w:rPr>
        <w:t>출품자가</w:t>
      </w:r>
      <w:r>
        <w:rPr>
          <w:lang w:eastAsia="ko-KR"/>
        </w:rPr>
        <w:t xml:space="preserve"> </w:t>
      </w:r>
      <w:r>
        <w:rPr>
          <w:lang w:eastAsia="ko-KR"/>
        </w:rPr>
        <w:t>최종</w:t>
      </w:r>
      <w:r>
        <w:rPr>
          <w:lang w:eastAsia="ko-KR"/>
        </w:rPr>
        <w:t xml:space="preserve"> </w:t>
      </w:r>
      <w:r>
        <w:rPr>
          <w:lang w:eastAsia="ko-KR"/>
        </w:rPr>
        <w:t>내용의</w:t>
      </w:r>
      <w:r>
        <w:rPr>
          <w:lang w:eastAsia="ko-KR"/>
        </w:rPr>
        <w:t xml:space="preserve"> </w:t>
      </w:r>
      <w:r>
        <w:rPr>
          <w:lang w:eastAsia="ko-KR"/>
        </w:rPr>
        <w:t>정확성</w:t>
      </w:r>
      <w:r>
        <w:rPr>
          <w:lang w:eastAsia="ko-KR"/>
        </w:rPr>
        <w:t xml:space="preserve">, </w:t>
      </w:r>
      <w:r>
        <w:rPr>
          <w:lang w:eastAsia="ko-KR"/>
        </w:rPr>
        <w:t>권리관계</w:t>
      </w:r>
      <w:r>
        <w:rPr>
          <w:lang w:eastAsia="ko-KR"/>
        </w:rPr>
        <w:t xml:space="preserve"> </w:t>
      </w:r>
      <w:r>
        <w:rPr>
          <w:lang w:eastAsia="ko-KR"/>
        </w:rPr>
        <w:t>및</w:t>
      </w:r>
      <w:r>
        <w:rPr>
          <w:lang w:eastAsia="ko-KR"/>
        </w:rPr>
        <w:t xml:space="preserve"> </w:t>
      </w:r>
      <w:r>
        <w:rPr>
          <w:lang w:eastAsia="ko-KR"/>
        </w:rPr>
        <w:t>표현</w:t>
      </w:r>
      <w:r>
        <w:rPr>
          <w:lang w:eastAsia="ko-KR"/>
        </w:rPr>
        <w:t xml:space="preserve"> </w:t>
      </w:r>
      <w:r>
        <w:rPr>
          <w:lang w:eastAsia="ko-KR"/>
        </w:rPr>
        <w:t>적절성에</w:t>
      </w:r>
      <w:r>
        <w:rPr>
          <w:lang w:eastAsia="ko-KR"/>
        </w:rPr>
        <w:t xml:space="preserve"> </w:t>
      </w:r>
      <w:r>
        <w:rPr>
          <w:lang w:eastAsia="ko-KR"/>
        </w:rPr>
        <w:t>대한</w:t>
      </w:r>
      <w:r>
        <w:rPr>
          <w:lang w:eastAsia="ko-KR"/>
        </w:rPr>
        <w:t xml:space="preserve"> </w:t>
      </w:r>
      <w:r>
        <w:rPr>
          <w:lang w:eastAsia="ko-KR"/>
        </w:rPr>
        <w:t>책임을</w:t>
      </w:r>
      <w:r>
        <w:rPr>
          <w:lang w:eastAsia="ko-KR"/>
        </w:rPr>
        <w:t xml:space="preserve"> </w:t>
      </w:r>
      <w:r>
        <w:rPr>
          <w:lang w:eastAsia="ko-KR"/>
        </w:rPr>
        <w:t>부담합니다</w:t>
      </w:r>
      <w:r>
        <w:rPr>
          <w:lang w:eastAsia="ko-KR"/>
        </w:rPr>
        <w:t>.</w:t>
      </w:r>
    </w:p>
    <w:p w14:paraId="0613BE16" w14:textId="77777777" w:rsidR="00D55C08" w:rsidRDefault="00106AC8">
      <w:pPr>
        <w:spacing w:before="200" w:after="80" w:line="240" w:lineRule="auto"/>
        <w:rPr>
          <w:rFonts w:hint="eastAsia"/>
          <w:lang w:eastAsia="ko-KR"/>
        </w:rPr>
      </w:pPr>
      <w:r>
        <w:rPr>
          <w:b/>
          <w:sz w:val="24"/>
          <w:lang w:eastAsia="ko-KR"/>
        </w:rPr>
        <w:t xml:space="preserve">5. </w:t>
      </w:r>
      <w:r>
        <w:rPr>
          <w:b/>
          <w:sz w:val="24"/>
          <w:lang w:eastAsia="ko-KR"/>
        </w:rPr>
        <w:t>접수</w:t>
      </w:r>
      <w:r>
        <w:rPr>
          <w:b/>
          <w:sz w:val="24"/>
          <w:lang w:eastAsia="ko-KR"/>
        </w:rPr>
        <w:t xml:space="preserve"> </w:t>
      </w:r>
      <w:r>
        <w:rPr>
          <w:b/>
          <w:sz w:val="24"/>
          <w:lang w:eastAsia="ko-KR"/>
        </w:rPr>
        <w:t>방법</w:t>
      </w:r>
    </w:p>
    <w:p w14:paraId="3E700CD0" w14:textId="77777777" w:rsidR="00D55C08" w:rsidRDefault="00000000">
      <w:pPr>
        <w:spacing w:before="20" w:after="20" w:line="312" w:lineRule="auto"/>
        <w:ind w:left="113" w:hanging="113"/>
        <w:rPr>
          <w:rFonts w:hint="eastAsia"/>
          <w:lang w:eastAsia="ko-KR"/>
        </w:rPr>
      </w:pPr>
      <w:r>
        <w:rPr>
          <w:b/>
          <w:lang w:eastAsia="ko-KR"/>
        </w:rPr>
        <w:t xml:space="preserve">○ </w:t>
      </w:r>
      <w:r>
        <w:rPr>
          <w:lang w:eastAsia="ko-KR"/>
        </w:rPr>
        <w:t>(</w:t>
      </w:r>
      <w:r>
        <w:rPr>
          <w:lang w:eastAsia="ko-KR"/>
        </w:rPr>
        <w:t>접수방법</w:t>
      </w:r>
      <w:r>
        <w:rPr>
          <w:lang w:eastAsia="ko-KR"/>
        </w:rPr>
        <w:t xml:space="preserve">) </w:t>
      </w:r>
      <w:r>
        <w:rPr>
          <w:lang w:eastAsia="ko-KR"/>
        </w:rPr>
        <w:t>이메일</w:t>
      </w:r>
      <w:r>
        <w:rPr>
          <w:lang w:eastAsia="ko-KR"/>
        </w:rPr>
        <w:t xml:space="preserve"> </w:t>
      </w:r>
      <w:r>
        <w:rPr>
          <w:lang w:eastAsia="ko-KR"/>
        </w:rPr>
        <w:t>접수</w:t>
      </w:r>
    </w:p>
    <w:p w14:paraId="6BA85197" w14:textId="77777777" w:rsidR="00D55C08" w:rsidRDefault="00000000">
      <w:pPr>
        <w:spacing w:before="20" w:after="20" w:line="312" w:lineRule="auto"/>
        <w:ind w:left="113" w:hanging="113"/>
        <w:rPr>
          <w:rFonts w:hint="eastAsia"/>
          <w:lang w:eastAsia="ko-KR"/>
        </w:rPr>
      </w:pPr>
      <w:r>
        <w:rPr>
          <w:b/>
          <w:lang w:eastAsia="ko-KR"/>
        </w:rPr>
        <w:t xml:space="preserve">○ </w:t>
      </w:r>
      <w:r>
        <w:rPr>
          <w:lang w:eastAsia="ko-KR"/>
        </w:rPr>
        <w:t>(</w:t>
      </w:r>
      <w:r>
        <w:rPr>
          <w:lang w:eastAsia="ko-KR"/>
        </w:rPr>
        <w:t>접수</w:t>
      </w:r>
      <w:r>
        <w:rPr>
          <w:lang w:eastAsia="ko-KR"/>
        </w:rPr>
        <w:t xml:space="preserve"> </w:t>
      </w:r>
      <w:r>
        <w:rPr>
          <w:lang w:eastAsia="ko-KR"/>
        </w:rPr>
        <w:t>이메일</w:t>
      </w:r>
      <w:r>
        <w:rPr>
          <w:lang w:eastAsia="ko-KR"/>
        </w:rPr>
        <w:t>) [</w:t>
      </w:r>
      <w:hyperlink r:id="rId8" w:history="1">
        <w:r w:rsidR="009B71F8">
          <w:rPr>
            <w:rStyle w:val="aff1"/>
            <w:rFonts w:ascii="Arial" w:hAnsi="Arial" w:cs="Arial"/>
            <w:color w:val="333333"/>
            <w:szCs w:val="21"/>
            <w:shd w:val="clear" w:color="auto" w:fill="FFFFFF"/>
            <w:lang w:eastAsia="ko-KR"/>
          </w:rPr>
          <w:t>ychaerin@jrepertory.com</w:t>
        </w:r>
      </w:hyperlink>
      <w:r>
        <w:rPr>
          <w:lang w:eastAsia="ko-KR"/>
        </w:rPr>
        <w:t>]</w:t>
      </w:r>
    </w:p>
    <w:p w14:paraId="334EF961" w14:textId="77777777" w:rsidR="00D55C08" w:rsidRDefault="00000000">
      <w:pPr>
        <w:spacing w:before="20" w:after="20" w:line="312" w:lineRule="auto"/>
        <w:ind w:left="113" w:hanging="113"/>
        <w:rPr>
          <w:rFonts w:hint="eastAsia"/>
          <w:lang w:eastAsia="ko-KR"/>
        </w:rPr>
      </w:pPr>
      <w:r>
        <w:rPr>
          <w:b/>
          <w:lang w:eastAsia="ko-KR"/>
        </w:rPr>
        <w:t xml:space="preserve">○ </w:t>
      </w:r>
      <w:r>
        <w:rPr>
          <w:lang w:eastAsia="ko-KR"/>
        </w:rPr>
        <w:t>(</w:t>
      </w:r>
      <w:r>
        <w:rPr>
          <w:lang w:eastAsia="ko-KR"/>
        </w:rPr>
        <w:t>메일</w:t>
      </w:r>
      <w:r>
        <w:rPr>
          <w:lang w:eastAsia="ko-KR"/>
        </w:rPr>
        <w:t xml:space="preserve"> </w:t>
      </w:r>
      <w:r>
        <w:rPr>
          <w:lang w:eastAsia="ko-KR"/>
        </w:rPr>
        <w:t>제목</w:t>
      </w:r>
      <w:r>
        <w:rPr>
          <w:lang w:eastAsia="ko-KR"/>
        </w:rPr>
        <w:t>) [AI</w:t>
      </w:r>
      <w:r>
        <w:rPr>
          <w:lang w:eastAsia="ko-KR"/>
        </w:rPr>
        <w:t>콘텐츠챌린지</w:t>
      </w:r>
      <w:r>
        <w:rPr>
          <w:lang w:eastAsia="ko-KR"/>
        </w:rPr>
        <w:t>_</w:t>
      </w:r>
      <w:r>
        <w:rPr>
          <w:lang w:eastAsia="ko-KR"/>
        </w:rPr>
        <w:t>부문</w:t>
      </w:r>
      <w:r>
        <w:rPr>
          <w:lang w:eastAsia="ko-KR"/>
        </w:rPr>
        <w:t xml:space="preserve">] </w:t>
      </w:r>
      <w:r>
        <w:rPr>
          <w:lang w:eastAsia="ko-KR"/>
        </w:rPr>
        <w:t>성명</w:t>
      </w:r>
      <w:r>
        <w:rPr>
          <w:lang w:eastAsia="ko-KR"/>
        </w:rPr>
        <w:t>(</w:t>
      </w:r>
      <w:proofErr w:type="spellStart"/>
      <w:r>
        <w:rPr>
          <w:lang w:eastAsia="ko-KR"/>
        </w:rPr>
        <w:t>팀명</w:t>
      </w:r>
      <w:proofErr w:type="spellEnd"/>
      <w:r>
        <w:rPr>
          <w:lang w:eastAsia="ko-KR"/>
        </w:rPr>
        <w:t>)_</w:t>
      </w:r>
      <w:proofErr w:type="spellStart"/>
      <w:r>
        <w:rPr>
          <w:lang w:eastAsia="ko-KR"/>
        </w:rPr>
        <w:t>작품명</w:t>
      </w:r>
      <w:proofErr w:type="spellEnd"/>
    </w:p>
    <w:p w14:paraId="77C1CAE3" w14:textId="77777777" w:rsidR="00D55C08" w:rsidRDefault="00000000">
      <w:pPr>
        <w:spacing w:before="20" w:after="20" w:line="312" w:lineRule="auto"/>
        <w:ind w:left="113" w:hanging="113"/>
        <w:rPr>
          <w:rFonts w:hint="eastAsia"/>
          <w:lang w:eastAsia="ko-KR"/>
        </w:rPr>
      </w:pPr>
      <w:r>
        <w:rPr>
          <w:b/>
          <w:lang w:eastAsia="ko-KR"/>
        </w:rPr>
        <w:t xml:space="preserve">○ </w:t>
      </w:r>
      <w:r>
        <w:rPr>
          <w:lang w:eastAsia="ko-KR"/>
        </w:rPr>
        <w:t>예시</w:t>
      </w:r>
      <w:r>
        <w:rPr>
          <w:lang w:eastAsia="ko-KR"/>
        </w:rPr>
        <w:t>: [AI</w:t>
      </w:r>
      <w:r>
        <w:rPr>
          <w:lang w:eastAsia="ko-KR"/>
        </w:rPr>
        <w:t>콘텐츠챌린지</w:t>
      </w:r>
      <w:r>
        <w:rPr>
          <w:lang w:eastAsia="ko-KR"/>
        </w:rPr>
        <w:t>_</w:t>
      </w:r>
      <w:r>
        <w:rPr>
          <w:lang w:eastAsia="ko-KR"/>
        </w:rPr>
        <w:t>이미지</w:t>
      </w:r>
      <w:r>
        <w:rPr>
          <w:lang w:eastAsia="ko-KR"/>
        </w:rPr>
        <w:t xml:space="preserve">] </w:t>
      </w:r>
      <w:r>
        <w:rPr>
          <w:lang w:eastAsia="ko-KR"/>
        </w:rPr>
        <w:t>홍길동</w:t>
      </w:r>
      <w:r>
        <w:rPr>
          <w:lang w:eastAsia="ko-KR"/>
        </w:rPr>
        <w:t>_</w:t>
      </w:r>
      <w:proofErr w:type="spellStart"/>
      <w:r>
        <w:rPr>
          <w:lang w:eastAsia="ko-KR"/>
        </w:rPr>
        <w:t>탄소의두얼굴</w:t>
      </w:r>
      <w:proofErr w:type="spellEnd"/>
    </w:p>
    <w:p w14:paraId="60915FB2" w14:textId="77777777" w:rsidR="00D55C08" w:rsidRDefault="00000000">
      <w:pPr>
        <w:spacing w:before="20" w:after="20" w:line="312" w:lineRule="auto"/>
        <w:ind w:left="113" w:hanging="113"/>
        <w:rPr>
          <w:rFonts w:hint="eastAsia"/>
          <w:lang w:eastAsia="ko-KR"/>
        </w:rPr>
      </w:pPr>
      <w:r>
        <w:rPr>
          <w:b/>
          <w:lang w:eastAsia="ko-KR"/>
        </w:rPr>
        <w:t xml:space="preserve">○ </w:t>
      </w:r>
      <w:r>
        <w:rPr>
          <w:lang w:eastAsia="ko-KR"/>
        </w:rPr>
        <w:t>영상</w:t>
      </w:r>
      <w:r>
        <w:rPr>
          <w:lang w:eastAsia="ko-KR"/>
        </w:rPr>
        <w:t xml:space="preserve"> </w:t>
      </w:r>
      <w:r>
        <w:rPr>
          <w:lang w:eastAsia="ko-KR"/>
        </w:rPr>
        <w:t>등</w:t>
      </w:r>
      <w:r>
        <w:rPr>
          <w:lang w:eastAsia="ko-KR"/>
        </w:rPr>
        <w:t xml:space="preserve"> </w:t>
      </w:r>
      <w:r>
        <w:rPr>
          <w:lang w:eastAsia="ko-KR"/>
        </w:rPr>
        <w:t>대용량</w:t>
      </w:r>
      <w:r>
        <w:rPr>
          <w:lang w:eastAsia="ko-KR"/>
        </w:rPr>
        <w:t xml:space="preserve"> </w:t>
      </w:r>
      <w:r>
        <w:rPr>
          <w:lang w:eastAsia="ko-KR"/>
        </w:rPr>
        <w:t>파일은</w:t>
      </w:r>
      <w:r>
        <w:rPr>
          <w:lang w:eastAsia="ko-KR"/>
        </w:rPr>
        <w:t xml:space="preserve"> </w:t>
      </w:r>
      <w:r>
        <w:rPr>
          <w:lang w:eastAsia="ko-KR"/>
        </w:rPr>
        <w:t>클라우드</w:t>
      </w:r>
      <w:r>
        <w:rPr>
          <w:lang w:eastAsia="ko-KR"/>
        </w:rPr>
        <w:t xml:space="preserve"> </w:t>
      </w:r>
      <w:r>
        <w:rPr>
          <w:lang w:eastAsia="ko-KR"/>
        </w:rPr>
        <w:t>저장소에</w:t>
      </w:r>
      <w:r>
        <w:rPr>
          <w:lang w:eastAsia="ko-KR"/>
        </w:rPr>
        <w:t xml:space="preserve"> </w:t>
      </w:r>
      <w:r>
        <w:rPr>
          <w:lang w:eastAsia="ko-KR"/>
        </w:rPr>
        <w:t>업로드한</w:t>
      </w:r>
      <w:r>
        <w:rPr>
          <w:lang w:eastAsia="ko-KR"/>
        </w:rPr>
        <w:t xml:space="preserve"> </w:t>
      </w:r>
      <w:r>
        <w:rPr>
          <w:lang w:eastAsia="ko-KR"/>
        </w:rPr>
        <w:t>뒤</w:t>
      </w:r>
      <w:r>
        <w:rPr>
          <w:lang w:eastAsia="ko-KR"/>
        </w:rPr>
        <w:t>, ‘</w:t>
      </w:r>
      <w:r>
        <w:rPr>
          <w:lang w:eastAsia="ko-KR"/>
        </w:rPr>
        <w:t>링크가</w:t>
      </w:r>
      <w:r>
        <w:rPr>
          <w:lang w:eastAsia="ko-KR"/>
        </w:rPr>
        <w:t xml:space="preserve"> </w:t>
      </w:r>
      <w:r>
        <w:rPr>
          <w:lang w:eastAsia="ko-KR"/>
        </w:rPr>
        <w:t>있는</w:t>
      </w:r>
      <w:r>
        <w:rPr>
          <w:lang w:eastAsia="ko-KR"/>
        </w:rPr>
        <w:t xml:space="preserve"> </w:t>
      </w:r>
      <w:r>
        <w:rPr>
          <w:lang w:eastAsia="ko-KR"/>
        </w:rPr>
        <w:t>사용자</w:t>
      </w:r>
      <w:r>
        <w:rPr>
          <w:lang w:eastAsia="ko-KR"/>
        </w:rPr>
        <w:t xml:space="preserve"> </w:t>
      </w:r>
      <w:r>
        <w:rPr>
          <w:lang w:eastAsia="ko-KR"/>
        </w:rPr>
        <w:t>열람</w:t>
      </w:r>
      <w:r>
        <w:rPr>
          <w:lang w:eastAsia="ko-KR"/>
        </w:rPr>
        <w:t xml:space="preserve"> </w:t>
      </w:r>
      <w:r>
        <w:rPr>
          <w:lang w:eastAsia="ko-KR"/>
        </w:rPr>
        <w:t>가능</w:t>
      </w:r>
      <w:r>
        <w:rPr>
          <w:lang w:eastAsia="ko-KR"/>
        </w:rPr>
        <w:t xml:space="preserve">’ </w:t>
      </w:r>
      <w:r>
        <w:rPr>
          <w:lang w:eastAsia="ko-KR"/>
        </w:rPr>
        <w:t>상태의</w:t>
      </w:r>
      <w:r>
        <w:rPr>
          <w:lang w:eastAsia="ko-KR"/>
        </w:rPr>
        <w:t xml:space="preserve"> </w:t>
      </w:r>
      <w:r>
        <w:rPr>
          <w:lang w:eastAsia="ko-KR"/>
        </w:rPr>
        <w:t>다운로드</w:t>
      </w:r>
      <w:r>
        <w:rPr>
          <w:lang w:eastAsia="ko-KR"/>
        </w:rPr>
        <w:t xml:space="preserve"> </w:t>
      </w:r>
      <w:r>
        <w:rPr>
          <w:lang w:eastAsia="ko-KR"/>
        </w:rPr>
        <w:t>링크를</w:t>
      </w:r>
      <w:r>
        <w:rPr>
          <w:lang w:eastAsia="ko-KR"/>
        </w:rPr>
        <w:t xml:space="preserve"> </w:t>
      </w:r>
      <w:r>
        <w:rPr>
          <w:lang w:eastAsia="ko-KR"/>
        </w:rPr>
        <w:t>이메일</w:t>
      </w:r>
      <w:r>
        <w:rPr>
          <w:lang w:eastAsia="ko-KR"/>
        </w:rPr>
        <w:t xml:space="preserve"> </w:t>
      </w:r>
      <w:r>
        <w:rPr>
          <w:lang w:eastAsia="ko-KR"/>
        </w:rPr>
        <w:t>본문에</w:t>
      </w:r>
      <w:r>
        <w:rPr>
          <w:lang w:eastAsia="ko-KR"/>
        </w:rPr>
        <w:t xml:space="preserve"> </w:t>
      </w:r>
      <w:r>
        <w:rPr>
          <w:lang w:eastAsia="ko-KR"/>
        </w:rPr>
        <w:t>기재합니다</w:t>
      </w:r>
      <w:r>
        <w:rPr>
          <w:lang w:eastAsia="ko-KR"/>
        </w:rPr>
        <w:t>.</w:t>
      </w:r>
    </w:p>
    <w:p w14:paraId="44112BF8" w14:textId="77777777" w:rsidR="00D55C08" w:rsidRDefault="00000000">
      <w:pPr>
        <w:spacing w:before="20" w:after="20" w:line="312" w:lineRule="auto"/>
        <w:ind w:left="113" w:hanging="113"/>
        <w:rPr>
          <w:lang w:eastAsia="ko-KR"/>
        </w:rPr>
      </w:pPr>
      <w:r>
        <w:rPr>
          <w:b/>
          <w:lang w:eastAsia="ko-KR"/>
        </w:rPr>
        <w:t xml:space="preserve">○ </w:t>
      </w:r>
      <w:r>
        <w:rPr>
          <w:lang w:eastAsia="ko-KR"/>
        </w:rPr>
        <w:t>접수</w:t>
      </w:r>
      <w:r>
        <w:rPr>
          <w:lang w:eastAsia="ko-KR"/>
        </w:rPr>
        <w:t xml:space="preserve"> </w:t>
      </w:r>
      <w:r>
        <w:rPr>
          <w:lang w:eastAsia="ko-KR"/>
        </w:rPr>
        <w:t>마감일</w:t>
      </w:r>
      <w:r>
        <w:rPr>
          <w:lang w:eastAsia="ko-KR"/>
        </w:rPr>
        <w:t xml:space="preserve"> 23:59 </w:t>
      </w:r>
      <w:r>
        <w:rPr>
          <w:lang w:eastAsia="ko-KR"/>
        </w:rPr>
        <w:t>도착분까지</w:t>
      </w:r>
      <w:r>
        <w:rPr>
          <w:lang w:eastAsia="ko-KR"/>
        </w:rPr>
        <w:t xml:space="preserve"> </w:t>
      </w:r>
      <w:r>
        <w:rPr>
          <w:lang w:eastAsia="ko-KR"/>
        </w:rPr>
        <w:t>유효하며</w:t>
      </w:r>
      <w:r>
        <w:rPr>
          <w:lang w:eastAsia="ko-KR"/>
        </w:rPr>
        <w:t xml:space="preserve">, </w:t>
      </w:r>
      <w:r>
        <w:rPr>
          <w:lang w:eastAsia="ko-KR"/>
        </w:rPr>
        <w:t>링크</w:t>
      </w:r>
      <w:r>
        <w:rPr>
          <w:lang w:eastAsia="ko-KR"/>
        </w:rPr>
        <w:t xml:space="preserve"> </w:t>
      </w:r>
      <w:r>
        <w:rPr>
          <w:lang w:eastAsia="ko-KR"/>
        </w:rPr>
        <w:t>권한</w:t>
      </w:r>
      <w:r>
        <w:rPr>
          <w:lang w:eastAsia="ko-KR"/>
        </w:rPr>
        <w:t xml:space="preserve"> </w:t>
      </w:r>
      <w:r>
        <w:rPr>
          <w:lang w:eastAsia="ko-KR"/>
        </w:rPr>
        <w:t>오류</w:t>
      </w:r>
      <w:r>
        <w:rPr>
          <w:lang w:eastAsia="ko-KR"/>
        </w:rPr>
        <w:t>·</w:t>
      </w:r>
      <w:r>
        <w:rPr>
          <w:lang w:eastAsia="ko-KR"/>
        </w:rPr>
        <w:t>파일</w:t>
      </w:r>
      <w:r>
        <w:rPr>
          <w:lang w:eastAsia="ko-KR"/>
        </w:rPr>
        <w:t xml:space="preserve"> </w:t>
      </w:r>
      <w:r>
        <w:rPr>
          <w:lang w:eastAsia="ko-KR"/>
        </w:rPr>
        <w:t>손상</w:t>
      </w:r>
      <w:r>
        <w:rPr>
          <w:lang w:eastAsia="ko-KR"/>
        </w:rPr>
        <w:t>·</w:t>
      </w:r>
      <w:r>
        <w:rPr>
          <w:lang w:eastAsia="ko-KR"/>
        </w:rPr>
        <w:t>암호</w:t>
      </w:r>
      <w:r>
        <w:rPr>
          <w:lang w:eastAsia="ko-KR"/>
        </w:rPr>
        <w:t xml:space="preserve"> </w:t>
      </w:r>
      <w:proofErr w:type="spellStart"/>
      <w:r>
        <w:rPr>
          <w:lang w:eastAsia="ko-KR"/>
        </w:rPr>
        <w:t>미제공</w:t>
      </w:r>
      <w:proofErr w:type="spellEnd"/>
      <w:r>
        <w:rPr>
          <w:lang w:eastAsia="ko-KR"/>
        </w:rPr>
        <w:t xml:space="preserve"> </w:t>
      </w:r>
      <w:r>
        <w:rPr>
          <w:lang w:eastAsia="ko-KR"/>
        </w:rPr>
        <w:t>등으로</w:t>
      </w:r>
      <w:r>
        <w:rPr>
          <w:lang w:eastAsia="ko-KR"/>
        </w:rPr>
        <w:t xml:space="preserve"> </w:t>
      </w:r>
      <w:r>
        <w:rPr>
          <w:lang w:eastAsia="ko-KR"/>
        </w:rPr>
        <w:t>작품</w:t>
      </w:r>
      <w:r>
        <w:rPr>
          <w:lang w:eastAsia="ko-KR"/>
        </w:rPr>
        <w:t xml:space="preserve"> </w:t>
      </w:r>
      <w:r>
        <w:rPr>
          <w:lang w:eastAsia="ko-KR"/>
        </w:rPr>
        <w:t>확인이</w:t>
      </w:r>
      <w:r>
        <w:rPr>
          <w:lang w:eastAsia="ko-KR"/>
        </w:rPr>
        <w:t xml:space="preserve"> </w:t>
      </w:r>
      <w:r>
        <w:rPr>
          <w:lang w:eastAsia="ko-KR"/>
        </w:rPr>
        <w:t>불가능한</w:t>
      </w:r>
      <w:r>
        <w:rPr>
          <w:lang w:eastAsia="ko-KR"/>
        </w:rPr>
        <w:t xml:space="preserve"> </w:t>
      </w:r>
      <w:r>
        <w:rPr>
          <w:lang w:eastAsia="ko-KR"/>
        </w:rPr>
        <w:t>경우</w:t>
      </w:r>
      <w:r>
        <w:rPr>
          <w:lang w:eastAsia="ko-KR"/>
        </w:rPr>
        <w:t xml:space="preserve"> </w:t>
      </w:r>
      <w:r>
        <w:rPr>
          <w:lang w:eastAsia="ko-KR"/>
        </w:rPr>
        <w:t>접수가</w:t>
      </w:r>
      <w:r>
        <w:rPr>
          <w:lang w:eastAsia="ko-KR"/>
        </w:rPr>
        <w:t xml:space="preserve"> </w:t>
      </w:r>
      <w:r>
        <w:rPr>
          <w:lang w:eastAsia="ko-KR"/>
        </w:rPr>
        <w:t>인정되지</w:t>
      </w:r>
      <w:r>
        <w:rPr>
          <w:lang w:eastAsia="ko-KR"/>
        </w:rPr>
        <w:t xml:space="preserve"> </w:t>
      </w:r>
      <w:r>
        <w:rPr>
          <w:lang w:eastAsia="ko-KR"/>
        </w:rPr>
        <w:t>않을</w:t>
      </w:r>
      <w:r>
        <w:rPr>
          <w:lang w:eastAsia="ko-KR"/>
        </w:rPr>
        <w:t xml:space="preserve"> </w:t>
      </w:r>
      <w:r>
        <w:rPr>
          <w:lang w:eastAsia="ko-KR"/>
        </w:rPr>
        <w:t>수</w:t>
      </w:r>
      <w:r>
        <w:rPr>
          <w:lang w:eastAsia="ko-KR"/>
        </w:rPr>
        <w:t xml:space="preserve"> </w:t>
      </w:r>
      <w:r>
        <w:rPr>
          <w:lang w:eastAsia="ko-KR"/>
        </w:rPr>
        <w:t>있습니다</w:t>
      </w:r>
      <w:r>
        <w:rPr>
          <w:lang w:eastAsia="ko-KR"/>
        </w:rPr>
        <w:t>.</w:t>
      </w:r>
    </w:p>
    <w:p w14:paraId="61D0B00B" w14:textId="77777777" w:rsidR="00564A65" w:rsidRDefault="00564A65" w:rsidP="00564A65">
      <w:pPr>
        <w:spacing w:before="20" w:after="20" w:line="312" w:lineRule="auto"/>
        <w:ind w:left="113" w:hanging="113"/>
        <w:rPr>
          <w:lang w:eastAsia="ko-KR"/>
        </w:rPr>
      </w:pPr>
      <w:r>
        <w:rPr>
          <w:b/>
          <w:lang w:eastAsia="ko-KR"/>
        </w:rPr>
        <w:t xml:space="preserve">○ </w:t>
      </w:r>
      <w:proofErr w:type="gramStart"/>
      <w:r>
        <w:rPr>
          <w:rFonts w:hint="eastAsia"/>
          <w:lang w:eastAsia="ko-KR"/>
        </w:rPr>
        <w:t>문의처</w:t>
      </w:r>
      <w:r>
        <w:rPr>
          <w:rFonts w:hint="eastAsia"/>
          <w:lang w:eastAsia="ko-KR"/>
        </w:rPr>
        <w:t xml:space="preserve"> </w:t>
      </w:r>
      <w:r>
        <w:rPr>
          <w:lang w:eastAsia="ko-KR"/>
        </w:rPr>
        <w:t>:</w:t>
      </w:r>
      <w:proofErr w:type="gramEnd"/>
      <w:r>
        <w:rPr>
          <w:lang w:eastAsia="ko-KR"/>
        </w:rPr>
        <w:t xml:space="preserve"> 070-7710-9306</w:t>
      </w:r>
    </w:p>
    <w:p w14:paraId="1DFE85DE" w14:textId="77777777" w:rsidR="00564A65" w:rsidRPr="00564A65" w:rsidRDefault="00564A65">
      <w:pPr>
        <w:spacing w:before="20" w:after="20" w:line="312" w:lineRule="auto"/>
        <w:ind w:left="113" w:hanging="113"/>
        <w:rPr>
          <w:lang w:eastAsia="ko-KR"/>
        </w:rPr>
      </w:pPr>
    </w:p>
    <w:p w14:paraId="48625064" w14:textId="77777777" w:rsidR="00564A65" w:rsidRDefault="00564A65">
      <w:pPr>
        <w:spacing w:before="20" w:after="20" w:line="312" w:lineRule="auto"/>
        <w:ind w:left="113" w:hanging="113"/>
        <w:rPr>
          <w:rFonts w:hint="eastAsia"/>
          <w:lang w:eastAsia="ko-KR"/>
        </w:rPr>
      </w:pPr>
    </w:p>
    <w:p w14:paraId="7EB2F5C0" w14:textId="77777777" w:rsidR="0031203E" w:rsidRDefault="0031203E">
      <w:pPr>
        <w:rPr>
          <w:rFonts w:hint="eastAsia"/>
          <w:b/>
          <w:sz w:val="24"/>
          <w:lang w:eastAsia="ko-KR"/>
        </w:rPr>
      </w:pPr>
      <w:r>
        <w:rPr>
          <w:rFonts w:hint="eastAsia"/>
          <w:b/>
          <w:sz w:val="24"/>
          <w:lang w:eastAsia="ko-KR"/>
        </w:rPr>
        <w:br w:type="page"/>
      </w:r>
    </w:p>
    <w:p w14:paraId="328AB665" w14:textId="77777777" w:rsidR="00D55C08" w:rsidRDefault="00106AC8">
      <w:pPr>
        <w:spacing w:before="200" w:after="80" w:line="240" w:lineRule="auto"/>
        <w:rPr>
          <w:rFonts w:hint="eastAsia"/>
          <w:lang w:eastAsia="ko-KR"/>
        </w:rPr>
      </w:pPr>
      <w:r>
        <w:rPr>
          <w:b/>
          <w:sz w:val="24"/>
          <w:lang w:eastAsia="ko-KR"/>
        </w:rPr>
        <w:lastRenderedPageBreak/>
        <w:t xml:space="preserve">6. </w:t>
      </w:r>
      <w:r>
        <w:rPr>
          <w:b/>
          <w:sz w:val="24"/>
          <w:lang w:eastAsia="ko-KR"/>
        </w:rPr>
        <w:t>제출</w:t>
      </w:r>
      <w:r>
        <w:rPr>
          <w:b/>
          <w:sz w:val="24"/>
          <w:lang w:eastAsia="ko-KR"/>
        </w:rPr>
        <w:t xml:space="preserve"> </w:t>
      </w:r>
      <w:r>
        <w:rPr>
          <w:b/>
          <w:sz w:val="24"/>
          <w:lang w:eastAsia="ko-KR"/>
        </w:rPr>
        <w:t>서류</w:t>
      </w:r>
      <w:r>
        <w:rPr>
          <w:b/>
          <w:sz w:val="24"/>
          <w:lang w:eastAsia="ko-KR"/>
        </w:rPr>
        <w:t xml:space="preserve"> </w:t>
      </w:r>
      <w:r>
        <w:rPr>
          <w:b/>
          <w:sz w:val="24"/>
          <w:lang w:eastAsia="ko-KR"/>
        </w:rPr>
        <w:t>및</w:t>
      </w:r>
      <w:r>
        <w:rPr>
          <w:b/>
          <w:sz w:val="24"/>
          <w:lang w:eastAsia="ko-KR"/>
        </w:rPr>
        <w:t xml:space="preserve"> </w:t>
      </w:r>
      <w:r>
        <w:rPr>
          <w:b/>
          <w:sz w:val="24"/>
          <w:lang w:eastAsia="ko-KR"/>
        </w:rPr>
        <w:t>파일</w:t>
      </w:r>
      <w:r>
        <w:rPr>
          <w:b/>
          <w:sz w:val="24"/>
          <w:lang w:eastAsia="ko-KR"/>
        </w:rPr>
        <w:t xml:space="preserve"> </w:t>
      </w:r>
      <w:r>
        <w:rPr>
          <w:b/>
          <w:sz w:val="24"/>
          <w:lang w:eastAsia="ko-KR"/>
        </w:rPr>
        <w:t>구성</w:t>
      </w:r>
    </w:p>
    <w:tbl>
      <w:tblPr>
        <w:tblW w:w="0" w:type="auto"/>
        <w:jc w:val="center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Look w:val="04A0" w:firstRow="1" w:lastRow="0" w:firstColumn="1" w:lastColumn="0" w:noHBand="0" w:noVBand="1"/>
      </w:tblPr>
      <w:tblGrid>
        <w:gridCol w:w="543"/>
        <w:gridCol w:w="2915"/>
        <w:gridCol w:w="1304"/>
        <w:gridCol w:w="4309"/>
      </w:tblGrid>
      <w:tr w:rsidR="00D55C08" w14:paraId="4CC6212E" w14:textId="77777777" w:rsidTr="00106AC8">
        <w:trPr>
          <w:jc w:val="center"/>
        </w:trPr>
        <w:tc>
          <w:tcPr>
            <w:tcW w:w="543" w:type="dxa"/>
            <w:shd w:val="clear" w:color="auto" w:fill="E7E6E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E840D0C" w14:textId="77777777" w:rsidR="00D55C08" w:rsidRDefault="00000000">
            <w:pPr>
              <w:spacing w:after="0"/>
              <w:jc w:val="center"/>
              <w:rPr>
                <w:rFonts w:hint="eastAsia"/>
              </w:rPr>
            </w:pPr>
            <w:proofErr w:type="spellStart"/>
            <w:r>
              <w:rPr>
                <w:b/>
                <w:sz w:val="18"/>
              </w:rPr>
              <w:t>번호</w:t>
            </w:r>
            <w:proofErr w:type="spellEnd"/>
          </w:p>
        </w:tc>
        <w:tc>
          <w:tcPr>
            <w:tcW w:w="2915" w:type="dxa"/>
            <w:shd w:val="clear" w:color="auto" w:fill="E7E6E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AF53C5A" w14:textId="77777777" w:rsidR="00D55C08" w:rsidRDefault="00000000">
            <w:pPr>
              <w:spacing w:after="0"/>
              <w:jc w:val="center"/>
              <w:rPr>
                <w:rFonts w:hint="eastAsia"/>
              </w:rPr>
            </w:pPr>
            <w:r>
              <w:rPr>
                <w:b/>
                <w:sz w:val="18"/>
              </w:rPr>
              <w:t>제출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z w:val="18"/>
              </w:rPr>
              <w:t>항목</w:t>
            </w:r>
          </w:p>
        </w:tc>
        <w:tc>
          <w:tcPr>
            <w:tcW w:w="1304" w:type="dxa"/>
            <w:shd w:val="clear" w:color="auto" w:fill="E7E6E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D195556" w14:textId="77777777" w:rsidR="00D55C08" w:rsidRDefault="00000000">
            <w:pPr>
              <w:spacing w:after="0"/>
              <w:jc w:val="center"/>
              <w:rPr>
                <w:rFonts w:hint="eastAsia"/>
              </w:rPr>
            </w:pPr>
            <w:r>
              <w:rPr>
                <w:b/>
                <w:sz w:val="18"/>
              </w:rPr>
              <w:t>필수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z w:val="18"/>
              </w:rPr>
              <w:t>여부</w:t>
            </w:r>
          </w:p>
        </w:tc>
        <w:tc>
          <w:tcPr>
            <w:tcW w:w="4309" w:type="dxa"/>
            <w:shd w:val="clear" w:color="auto" w:fill="E7E6E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FEB9BD5" w14:textId="77777777" w:rsidR="00D55C08" w:rsidRDefault="00000000">
            <w:pPr>
              <w:spacing w:after="0"/>
              <w:jc w:val="center"/>
              <w:rPr>
                <w:rFonts w:hint="eastAsia"/>
              </w:rPr>
            </w:pPr>
            <w:r>
              <w:rPr>
                <w:b/>
                <w:sz w:val="18"/>
              </w:rPr>
              <w:t>비고</w:t>
            </w:r>
          </w:p>
        </w:tc>
      </w:tr>
      <w:tr w:rsidR="00D55C08" w14:paraId="4AC103AA" w14:textId="77777777" w:rsidTr="00106AC8">
        <w:trPr>
          <w:jc w:val="center"/>
        </w:trPr>
        <w:tc>
          <w:tcPr>
            <w:tcW w:w="54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7F3C3A4" w14:textId="77777777" w:rsidR="00D55C08" w:rsidRDefault="00000000">
            <w:pPr>
              <w:spacing w:after="0"/>
              <w:jc w:val="center"/>
              <w:rPr>
                <w:rFonts w:hint="eastAsia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291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DA553EE" w14:textId="77777777" w:rsidR="00D55C08" w:rsidRDefault="00000000">
            <w:pPr>
              <w:spacing w:after="0"/>
              <w:rPr>
                <w:rFonts w:hint="eastAsia"/>
              </w:rPr>
            </w:pPr>
            <w:r>
              <w:rPr>
                <w:sz w:val="18"/>
              </w:rPr>
              <w:t>참가신청서</w:t>
            </w:r>
          </w:p>
        </w:tc>
        <w:tc>
          <w:tcPr>
            <w:tcW w:w="130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A9193C6" w14:textId="77777777" w:rsidR="00D55C08" w:rsidRDefault="00000000">
            <w:pPr>
              <w:spacing w:after="0"/>
              <w:rPr>
                <w:rFonts w:hint="eastAsia"/>
              </w:rPr>
            </w:pPr>
            <w:r>
              <w:rPr>
                <w:sz w:val="18"/>
              </w:rPr>
              <w:t>필수</w:t>
            </w:r>
          </w:p>
        </w:tc>
        <w:tc>
          <w:tcPr>
            <w:tcW w:w="430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DDEE340" w14:textId="77777777" w:rsidR="00D55C08" w:rsidRDefault="00000000">
            <w:pPr>
              <w:spacing w:after="0"/>
              <w:rPr>
                <w:rFonts w:hint="eastAsia"/>
                <w:lang w:eastAsia="ko-KR"/>
              </w:rPr>
            </w:pPr>
            <w:r>
              <w:rPr>
                <w:sz w:val="18"/>
                <w:lang w:eastAsia="ko-KR"/>
              </w:rPr>
              <w:t>개인</w:t>
            </w:r>
            <w:r>
              <w:rPr>
                <w:sz w:val="18"/>
                <w:lang w:eastAsia="ko-KR"/>
              </w:rPr>
              <w:t>/</w:t>
            </w:r>
            <w:r>
              <w:rPr>
                <w:sz w:val="18"/>
                <w:lang w:eastAsia="ko-KR"/>
              </w:rPr>
              <w:t>팀</w:t>
            </w:r>
            <w:r>
              <w:rPr>
                <w:sz w:val="18"/>
                <w:lang w:eastAsia="ko-KR"/>
              </w:rPr>
              <w:t xml:space="preserve"> </w:t>
            </w:r>
            <w:r>
              <w:rPr>
                <w:sz w:val="18"/>
                <w:lang w:eastAsia="ko-KR"/>
              </w:rPr>
              <w:t>정보</w:t>
            </w:r>
            <w:r>
              <w:rPr>
                <w:sz w:val="18"/>
                <w:lang w:eastAsia="ko-KR"/>
              </w:rPr>
              <w:t xml:space="preserve">, </w:t>
            </w:r>
            <w:proofErr w:type="spellStart"/>
            <w:r>
              <w:rPr>
                <w:sz w:val="18"/>
                <w:lang w:eastAsia="ko-KR"/>
              </w:rPr>
              <w:t>작품명</w:t>
            </w:r>
            <w:proofErr w:type="spellEnd"/>
            <w:r>
              <w:rPr>
                <w:sz w:val="18"/>
                <w:lang w:eastAsia="ko-KR"/>
              </w:rPr>
              <w:t xml:space="preserve">, </w:t>
            </w:r>
            <w:r>
              <w:rPr>
                <w:sz w:val="18"/>
                <w:lang w:eastAsia="ko-KR"/>
              </w:rPr>
              <w:t>연락처</w:t>
            </w:r>
            <w:r>
              <w:rPr>
                <w:sz w:val="18"/>
                <w:lang w:eastAsia="ko-KR"/>
              </w:rPr>
              <w:t xml:space="preserve"> </w:t>
            </w:r>
            <w:r>
              <w:rPr>
                <w:sz w:val="18"/>
                <w:lang w:eastAsia="ko-KR"/>
              </w:rPr>
              <w:t>등</w:t>
            </w:r>
          </w:p>
        </w:tc>
      </w:tr>
      <w:tr w:rsidR="00D55C08" w14:paraId="6605E3DE" w14:textId="77777777" w:rsidTr="00106AC8">
        <w:trPr>
          <w:jc w:val="center"/>
        </w:trPr>
        <w:tc>
          <w:tcPr>
            <w:tcW w:w="54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9B65C6F" w14:textId="77777777" w:rsidR="00D55C08" w:rsidRDefault="00000000">
            <w:pPr>
              <w:spacing w:after="0"/>
              <w:jc w:val="center"/>
              <w:rPr>
                <w:rFonts w:hint="eastAsia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291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404F9B3" w14:textId="77777777" w:rsidR="00D55C08" w:rsidRDefault="00000000">
            <w:pPr>
              <w:spacing w:after="0"/>
              <w:rPr>
                <w:rFonts w:hint="eastAsia"/>
              </w:rPr>
            </w:pPr>
            <w:r>
              <w:rPr>
                <w:sz w:val="18"/>
              </w:rPr>
              <w:t>작품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t>파일</w:t>
            </w:r>
          </w:p>
        </w:tc>
        <w:tc>
          <w:tcPr>
            <w:tcW w:w="130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DEC06AB" w14:textId="77777777" w:rsidR="00D55C08" w:rsidRDefault="00000000">
            <w:pPr>
              <w:spacing w:after="0"/>
              <w:rPr>
                <w:rFonts w:hint="eastAsia"/>
              </w:rPr>
            </w:pPr>
            <w:r>
              <w:rPr>
                <w:sz w:val="18"/>
              </w:rPr>
              <w:t>필수</w:t>
            </w:r>
          </w:p>
        </w:tc>
        <w:tc>
          <w:tcPr>
            <w:tcW w:w="430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2C8A245" w14:textId="77777777" w:rsidR="00D55C08" w:rsidRDefault="00000000">
            <w:pPr>
              <w:spacing w:after="0"/>
              <w:rPr>
                <w:rFonts w:hint="eastAsia"/>
                <w:lang w:eastAsia="ko-KR"/>
              </w:rPr>
            </w:pPr>
            <w:r>
              <w:rPr>
                <w:sz w:val="18"/>
                <w:lang w:eastAsia="ko-KR"/>
              </w:rPr>
              <w:t>이미지</w:t>
            </w:r>
            <w:r>
              <w:rPr>
                <w:sz w:val="18"/>
                <w:lang w:eastAsia="ko-KR"/>
              </w:rPr>
              <w:t xml:space="preserve"> </w:t>
            </w:r>
            <w:r>
              <w:rPr>
                <w:sz w:val="18"/>
                <w:lang w:eastAsia="ko-KR"/>
              </w:rPr>
              <w:t>또는</w:t>
            </w:r>
            <w:r>
              <w:rPr>
                <w:sz w:val="18"/>
                <w:lang w:eastAsia="ko-KR"/>
              </w:rPr>
              <w:t xml:space="preserve"> </w:t>
            </w:r>
            <w:r>
              <w:rPr>
                <w:sz w:val="18"/>
                <w:lang w:eastAsia="ko-KR"/>
              </w:rPr>
              <w:t>영상</w:t>
            </w:r>
            <w:r>
              <w:rPr>
                <w:sz w:val="18"/>
                <w:lang w:eastAsia="ko-KR"/>
              </w:rPr>
              <w:t xml:space="preserve"> </w:t>
            </w:r>
            <w:r>
              <w:rPr>
                <w:sz w:val="18"/>
                <w:lang w:eastAsia="ko-KR"/>
              </w:rPr>
              <w:t>최종본</w:t>
            </w:r>
          </w:p>
        </w:tc>
      </w:tr>
      <w:tr w:rsidR="00D55C08" w14:paraId="2F0C71C8" w14:textId="77777777" w:rsidTr="00106AC8">
        <w:trPr>
          <w:jc w:val="center"/>
        </w:trPr>
        <w:tc>
          <w:tcPr>
            <w:tcW w:w="54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B039B56" w14:textId="77777777" w:rsidR="00D55C08" w:rsidRDefault="00000000">
            <w:pPr>
              <w:spacing w:after="0"/>
              <w:jc w:val="center"/>
              <w:rPr>
                <w:rFonts w:hint="eastAsia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291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46AFB00" w14:textId="77777777" w:rsidR="00D55C08" w:rsidRDefault="00000000">
            <w:pPr>
              <w:spacing w:after="0"/>
              <w:rPr>
                <w:rFonts w:hint="eastAsia"/>
              </w:rPr>
            </w:pPr>
            <w:r>
              <w:rPr>
                <w:sz w:val="18"/>
              </w:rPr>
              <w:t xml:space="preserve">AI </w:t>
            </w:r>
            <w:r>
              <w:rPr>
                <w:sz w:val="18"/>
              </w:rPr>
              <w:t>활용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t>설명서</w:t>
            </w:r>
          </w:p>
        </w:tc>
        <w:tc>
          <w:tcPr>
            <w:tcW w:w="130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72BF0CA" w14:textId="77777777" w:rsidR="00D55C08" w:rsidRDefault="00000000">
            <w:pPr>
              <w:spacing w:after="0"/>
              <w:rPr>
                <w:rFonts w:hint="eastAsia"/>
              </w:rPr>
            </w:pPr>
            <w:r>
              <w:rPr>
                <w:sz w:val="18"/>
              </w:rPr>
              <w:t>필수</w:t>
            </w:r>
          </w:p>
        </w:tc>
        <w:tc>
          <w:tcPr>
            <w:tcW w:w="430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BC13B4B" w14:textId="77777777" w:rsidR="00D55C08" w:rsidRDefault="00000000">
            <w:pPr>
              <w:spacing w:after="0"/>
              <w:rPr>
                <w:rFonts w:hint="eastAsia"/>
                <w:lang w:eastAsia="ko-KR"/>
              </w:rPr>
            </w:pPr>
            <w:r>
              <w:rPr>
                <w:sz w:val="18"/>
                <w:lang w:eastAsia="ko-KR"/>
              </w:rPr>
              <w:t xml:space="preserve">AI </w:t>
            </w:r>
            <w:r>
              <w:rPr>
                <w:sz w:val="18"/>
                <w:lang w:eastAsia="ko-KR"/>
              </w:rPr>
              <w:t>도구</w:t>
            </w:r>
            <w:r>
              <w:rPr>
                <w:sz w:val="18"/>
                <w:lang w:eastAsia="ko-KR"/>
              </w:rPr>
              <w:t xml:space="preserve">, </w:t>
            </w:r>
            <w:r>
              <w:rPr>
                <w:sz w:val="18"/>
                <w:lang w:eastAsia="ko-KR"/>
              </w:rPr>
              <w:t>활용</w:t>
            </w:r>
            <w:r>
              <w:rPr>
                <w:sz w:val="18"/>
                <w:lang w:eastAsia="ko-KR"/>
              </w:rPr>
              <w:t xml:space="preserve"> </w:t>
            </w:r>
            <w:r>
              <w:rPr>
                <w:sz w:val="18"/>
                <w:lang w:eastAsia="ko-KR"/>
              </w:rPr>
              <w:t>범위</w:t>
            </w:r>
            <w:r>
              <w:rPr>
                <w:sz w:val="18"/>
                <w:lang w:eastAsia="ko-KR"/>
              </w:rPr>
              <w:t xml:space="preserve">, </w:t>
            </w:r>
            <w:r>
              <w:rPr>
                <w:sz w:val="18"/>
                <w:lang w:eastAsia="ko-KR"/>
              </w:rPr>
              <w:t>프롬프트</w:t>
            </w:r>
            <w:r>
              <w:rPr>
                <w:sz w:val="18"/>
                <w:lang w:eastAsia="ko-KR"/>
              </w:rPr>
              <w:t xml:space="preserve">, </w:t>
            </w:r>
            <w:r>
              <w:rPr>
                <w:sz w:val="18"/>
                <w:lang w:eastAsia="ko-KR"/>
              </w:rPr>
              <w:t>직접</w:t>
            </w:r>
            <w:r>
              <w:rPr>
                <w:sz w:val="18"/>
                <w:lang w:eastAsia="ko-KR"/>
              </w:rPr>
              <w:t xml:space="preserve"> </w:t>
            </w:r>
            <w:r>
              <w:rPr>
                <w:sz w:val="18"/>
                <w:lang w:eastAsia="ko-KR"/>
              </w:rPr>
              <w:t>제작</w:t>
            </w:r>
            <w:r>
              <w:rPr>
                <w:sz w:val="18"/>
                <w:lang w:eastAsia="ko-KR"/>
              </w:rPr>
              <w:t>·</w:t>
            </w:r>
            <w:r>
              <w:rPr>
                <w:sz w:val="18"/>
                <w:lang w:eastAsia="ko-KR"/>
              </w:rPr>
              <w:t>편집</w:t>
            </w:r>
            <w:r>
              <w:rPr>
                <w:sz w:val="18"/>
                <w:lang w:eastAsia="ko-KR"/>
              </w:rPr>
              <w:t xml:space="preserve"> </w:t>
            </w:r>
            <w:r>
              <w:rPr>
                <w:sz w:val="18"/>
                <w:lang w:eastAsia="ko-KR"/>
              </w:rPr>
              <w:t>내용</w:t>
            </w:r>
            <w:r>
              <w:rPr>
                <w:sz w:val="18"/>
                <w:lang w:eastAsia="ko-KR"/>
              </w:rPr>
              <w:t xml:space="preserve"> </w:t>
            </w:r>
            <w:r>
              <w:rPr>
                <w:sz w:val="18"/>
                <w:lang w:eastAsia="ko-KR"/>
              </w:rPr>
              <w:t>등</w:t>
            </w:r>
          </w:p>
        </w:tc>
      </w:tr>
      <w:tr w:rsidR="00D55C08" w14:paraId="331F6BBA" w14:textId="77777777" w:rsidTr="00106AC8">
        <w:trPr>
          <w:jc w:val="center"/>
        </w:trPr>
        <w:tc>
          <w:tcPr>
            <w:tcW w:w="54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B75CEB7" w14:textId="77777777" w:rsidR="00D55C08" w:rsidRDefault="00000000">
            <w:pPr>
              <w:spacing w:after="0"/>
              <w:jc w:val="center"/>
              <w:rPr>
                <w:rFonts w:hint="eastAsia"/>
              </w:rPr>
            </w:pPr>
            <w:r>
              <w:rPr>
                <w:sz w:val="18"/>
              </w:rPr>
              <w:t>4</w:t>
            </w:r>
          </w:p>
        </w:tc>
        <w:tc>
          <w:tcPr>
            <w:tcW w:w="291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187F9C7" w14:textId="77777777" w:rsidR="00D55C08" w:rsidRDefault="00000000">
            <w:pPr>
              <w:spacing w:after="0"/>
              <w:rPr>
                <w:rFonts w:hint="eastAsia"/>
                <w:lang w:eastAsia="ko-KR"/>
              </w:rPr>
            </w:pPr>
            <w:r>
              <w:rPr>
                <w:sz w:val="18"/>
                <w:lang w:eastAsia="ko-KR"/>
              </w:rPr>
              <w:t>개인정보</w:t>
            </w:r>
            <w:r>
              <w:rPr>
                <w:sz w:val="18"/>
                <w:lang w:eastAsia="ko-KR"/>
              </w:rPr>
              <w:t xml:space="preserve"> </w:t>
            </w:r>
            <w:r>
              <w:rPr>
                <w:sz w:val="18"/>
                <w:lang w:eastAsia="ko-KR"/>
              </w:rPr>
              <w:t>수집</w:t>
            </w:r>
            <w:r>
              <w:rPr>
                <w:sz w:val="18"/>
                <w:lang w:eastAsia="ko-KR"/>
              </w:rPr>
              <w:t>·</w:t>
            </w:r>
            <w:r>
              <w:rPr>
                <w:sz w:val="18"/>
                <w:lang w:eastAsia="ko-KR"/>
              </w:rPr>
              <w:t>이용</w:t>
            </w:r>
            <w:r>
              <w:rPr>
                <w:sz w:val="18"/>
                <w:lang w:eastAsia="ko-KR"/>
              </w:rPr>
              <w:t xml:space="preserve"> </w:t>
            </w:r>
            <w:r>
              <w:rPr>
                <w:sz w:val="18"/>
                <w:lang w:eastAsia="ko-KR"/>
              </w:rPr>
              <w:t>및</w:t>
            </w:r>
            <w:r>
              <w:rPr>
                <w:sz w:val="18"/>
                <w:lang w:eastAsia="ko-KR"/>
              </w:rPr>
              <w:t xml:space="preserve"> </w:t>
            </w:r>
            <w:r>
              <w:rPr>
                <w:sz w:val="18"/>
                <w:lang w:eastAsia="ko-KR"/>
              </w:rPr>
              <w:t>유의사항</w:t>
            </w:r>
            <w:r>
              <w:rPr>
                <w:sz w:val="18"/>
                <w:lang w:eastAsia="ko-KR"/>
              </w:rPr>
              <w:t xml:space="preserve"> </w:t>
            </w:r>
            <w:r>
              <w:rPr>
                <w:sz w:val="18"/>
                <w:lang w:eastAsia="ko-KR"/>
              </w:rPr>
              <w:t>동의서</w:t>
            </w:r>
          </w:p>
        </w:tc>
        <w:tc>
          <w:tcPr>
            <w:tcW w:w="130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8862315" w14:textId="77777777" w:rsidR="00D55C08" w:rsidRDefault="00000000">
            <w:pPr>
              <w:spacing w:after="0"/>
              <w:rPr>
                <w:rFonts w:hint="eastAsia"/>
              </w:rPr>
            </w:pPr>
            <w:proofErr w:type="spellStart"/>
            <w:r>
              <w:rPr>
                <w:sz w:val="18"/>
              </w:rPr>
              <w:t>필수</w:t>
            </w:r>
            <w:proofErr w:type="spellEnd"/>
          </w:p>
        </w:tc>
        <w:tc>
          <w:tcPr>
            <w:tcW w:w="430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CFCA3A9" w14:textId="77777777" w:rsidR="00D55C08" w:rsidRDefault="00000000">
            <w:pPr>
              <w:spacing w:after="0"/>
              <w:rPr>
                <w:rFonts w:hint="eastAsia"/>
              </w:rPr>
            </w:pPr>
            <w:r>
              <w:rPr>
                <w:sz w:val="18"/>
              </w:rPr>
              <w:t>참가자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t>전원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t>동의</w:t>
            </w:r>
          </w:p>
        </w:tc>
      </w:tr>
      <w:tr w:rsidR="00D55C08" w14:paraId="6A62CA90" w14:textId="77777777" w:rsidTr="00106AC8">
        <w:trPr>
          <w:jc w:val="center"/>
        </w:trPr>
        <w:tc>
          <w:tcPr>
            <w:tcW w:w="54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774969C" w14:textId="77777777" w:rsidR="00D55C08" w:rsidRDefault="00000000">
            <w:pPr>
              <w:spacing w:after="0"/>
              <w:jc w:val="center"/>
              <w:rPr>
                <w:rFonts w:hint="eastAsia"/>
              </w:rPr>
            </w:pPr>
            <w:r>
              <w:rPr>
                <w:sz w:val="18"/>
              </w:rPr>
              <w:t>5</w:t>
            </w:r>
          </w:p>
        </w:tc>
        <w:tc>
          <w:tcPr>
            <w:tcW w:w="291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EC2C8EC" w14:textId="77777777" w:rsidR="00D55C08" w:rsidRDefault="00000000">
            <w:pPr>
              <w:spacing w:after="0"/>
              <w:rPr>
                <w:rFonts w:hint="eastAsia"/>
              </w:rPr>
            </w:pPr>
            <w:r>
              <w:rPr>
                <w:sz w:val="18"/>
              </w:rPr>
              <w:t>영상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t>대표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t>썸네일</w:t>
            </w:r>
          </w:p>
        </w:tc>
        <w:tc>
          <w:tcPr>
            <w:tcW w:w="130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1A2CEF2" w14:textId="77777777" w:rsidR="00D55C08" w:rsidRDefault="00000000">
            <w:pPr>
              <w:spacing w:after="0"/>
              <w:rPr>
                <w:rFonts w:hint="eastAsia"/>
              </w:rPr>
            </w:pPr>
            <w:r>
              <w:rPr>
                <w:sz w:val="18"/>
              </w:rPr>
              <w:t>권장</w:t>
            </w:r>
          </w:p>
        </w:tc>
        <w:tc>
          <w:tcPr>
            <w:tcW w:w="430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DE9B8C8" w14:textId="77777777" w:rsidR="00D55C08" w:rsidRDefault="00000000">
            <w:pPr>
              <w:spacing w:after="0"/>
              <w:rPr>
                <w:rFonts w:hint="eastAsia"/>
              </w:rPr>
            </w:pPr>
            <w:r>
              <w:rPr>
                <w:sz w:val="18"/>
              </w:rPr>
              <w:t>JPG/PNG 1</w:t>
            </w:r>
            <w:r>
              <w:rPr>
                <w:sz w:val="18"/>
              </w:rPr>
              <w:t>장</w:t>
            </w:r>
          </w:p>
        </w:tc>
      </w:tr>
      <w:tr w:rsidR="00D55C08" w14:paraId="4EE077C6" w14:textId="77777777" w:rsidTr="00106AC8">
        <w:trPr>
          <w:jc w:val="center"/>
        </w:trPr>
        <w:tc>
          <w:tcPr>
            <w:tcW w:w="54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B01EFEB" w14:textId="77777777" w:rsidR="00D55C08" w:rsidRDefault="00000000">
            <w:pPr>
              <w:spacing w:after="0"/>
              <w:jc w:val="center"/>
              <w:rPr>
                <w:rFonts w:hint="eastAsia"/>
              </w:rPr>
            </w:pPr>
            <w:r>
              <w:rPr>
                <w:sz w:val="18"/>
              </w:rPr>
              <w:t>6</w:t>
            </w:r>
          </w:p>
        </w:tc>
        <w:tc>
          <w:tcPr>
            <w:tcW w:w="291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45E0301" w14:textId="77777777" w:rsidR="00D55C08" w:rsidRDefault="00000000">
            <w:pPr>
              <w:spacing w:after="0"/>
              <w:rPr>
                <w:rFonts w:hint="eastAsia"/>
              </w:rPr>
            </w:pPr>
            <w:r>
              <w:rPr>
                <w:sz w:val="18"/>
              </w:rPr>
              <w:t>원본</w:t>
            </w:r>
            <w:r>
              <w:rPr>
                <w:sz w:val="18"/>
              </w:rPr>
              <w:t>·</w:t>
            </w:r>
            <w:r>
              <w:rPr>
                <w:sz w:val="18"/>
              </w:rPr>
              <w:t>프로젝트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t>파일</w:t>
            </w:r>
          </w:p>
        </w:tc>
        <w:tc>
          <w:tcPr>
            <w:tcW w:w="130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5A62849" w14:textId="77777777" w:rsidR="00D55C08" w:rsidRDefault="00000000">
            <w:pPr>
              <w:spacing w:after="0"/>
              <w:rPr>
                <w:rFonts w:hint="eastAsia"/>
              </w:rPr>
            </w:pPr>
            <w:r>
              <w:rPr>
                <w:sz w:val="18"/>
              </w:rPr>
              <w:t>수상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t>시</w:t>
            </w:r>
          </w:p>
        </w:tc>
        <w:tc>
          <w:tcPr>
            <w:tcW w:w="430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2645A14" w14:textId="77777777" w:rsidR="00D55C08" w:rsidRDefault="00000000">
            <w:pPr>
              <w:spacing w:after="0"/>
              <w:rPr>
                <w:rFonts w:hint="eastAsia"/>
                <w:lang w:eastAsia="ko-KR"/>
              </w:rPr>
            </w:pPr>
            <w:r>
              <w:rPr>
                <w:sz w:val="18"/>
                <w:lang w:eastAsia="ko-KR"/>
              </w:rPr>
              <w:t>고해상도</w:t>
            </w:r>
            <w:r>
              <w:rPr>
                <w:sz w:val="18"/>
                <w:lang w:eastAsia="ko-KR"/>
              </w:rPr>
              <w:t xml:space="preserve"> </w:t>
            </w:r>
            <w:r>
              <w:rPr>
                <w:sz w:val="18"/>
                <w:lang w:eastAsia="ko-KR"/>
              </w:rPr>
              <w:t>원본</w:t>
            </w:r>
            <w:r>
              <w:rPr>
                <w:sz w:val="18"/>
                <w:lang w:eastAsia="ko-KR"/>
              </w:rPr>
              <w:t xml:space="preserve">, </w:t>
            </w:r>
            <w:proofErr w:type="spellStart"/>
            <w:r>
              <w:rPr>
                <w:sz w:val="18"/>
                <w:lang w:eastAsia="ko-KR"/>
              </w:rPr>
              <w:t>편집본</w:t>
            </w:r>
            <w:proofErr w:type="spellEnd"/>
            <w:r>
              <w:rPr>
                <w:sz w:val="18"/>
                <w:lang w:eastAsia="ko-KR"/>
              </w:rPr>
              <w:t xml:space="preserve">, </w:t>
            </w:r>
            <w:proofErr w:type="spellStart"/>
            <w:r>
              <w:rPr>
                <w:sz w:val="18"/>
                <w:lang w:eastAsia="ko-KR"/>
              </w:rPr>
              <w:t>클린본</w:t>
            </w:r>
            <w:proofErr w:type="spellEnd"/>
            <w:r>
              <w:rPr>
                <w:sz w:val="18"/>
                <w:lang w:eastAsia="ko-KR"/>
              </w:rPr>
              <w:t xml:space="preserve"> </w:t>
            </w:r>
            <w:r>
              <w:rPr>
                <w:sz w:val="18"/>
                <w:lang w:eastAsia="ko-KR"/>
              </w:rPr>
              <w:t>등</w:t>
            </w:r>
            <w:r>
              <w:rPr>
                <w:sz w:val="18"/>
                <w:lang w:eastAsia="ko-KR"/>
              </w:rPr>
              <w:t xml:space="preserve"> </w:t>
            </w:r>
            <w:r>
              <w:rPr>
                <w:sz w:val="18"/>
                <w:lang w:eastAsia="ko-KR"/>
              </w:rPr>
              <w:t>요청</w:t>
            </w:r>
            <w:r>
              <w:rPr>
                <w:sz w:val="18"/>
                <w:lang w:eastAsia="ko-KR"/>
              </w:rPr>
              <w:t xml:space="preserve"> </w:t>
            </w:r>
            <w:r>
              <w:rPr>
                <w:sz w:val="18"/>
                <w:lang w:eastAsia="ko-KR"/>
              </w:rPr>
              <w:t>가능</w:t>
            </w:r>
          </w:p>
        </w:tc>
      </w:tr>
    </w:tbl>
    <w:p w14:paraId="145FBDD9" w14:textId="77777777" w:rsidR="00D55C08" w:rsidRDefault="00D55C08">
      <w:pPr>
        <w:spacing w:after="40"/>
        <w:rPr>
          <w:rFonts w:hint="eastAsia"/>
          <w:lang w:eastAsia="ko-KR"/>
        </w:rPr>
      </w:pPr>
    </w:p>
    <w:p w14:paraId="3802FC48" w14:textId="77777777" w:rsidR="00D55C08" w:rsidRDefault="00106AC8">
      <w:pPr>
        <w:spacing w:before="200" w:after="80" w:line="240" w:lineRule="auto"/>
        <w:rPr>
          <w:rFonts w:hint="eastAsia"/>
          <w:lang w:eastAsia="ko-KR"/>
        </w:rPr>
      </w:pPr>
      <w:r>
        <w:rPr>
          <w:b/>
          <w:sz w:val="24"/>
          <w:lang w:eastAsia="ko-KR"/>
        </w:rPr>
        <w:t xml:space="preserve">7. </w:t>
      </w:r>
      <w:r>
        <w:rPr>
          <w:b/>
          <w:sz w:val="24"/>
          <w:lang w:eastAsia="ko-KR"/>
        </w:rPr>
        <w:t>파일명</w:t>
      </w:r>
      <w:r>
        <w:rPr>
          <w:b/>
          <w:sz w:val="24"/>
          <w:lang w:eastAsia="ko-KR"/>
        </w:rPr>
        <w:t xml:space="preserve"> </w:t>
      </w:r>
      <w:r>
        <w:rPr>
          <w:b/>
          <w:sz w:val="24"/>
          <w:lang w:eastAsia="ko-KR"/>
        </w:rPr>
        <w:t>및</w:t>
      </w:r>
      <w:r>
        <w:rPr>
          <w:b/>
          <w:sz w:val="24"/>
          <w:lang w:eastAsia="ko-KR"/>
        </w:rPr>
        <w:t xml:space="preserve"> </w:t>
      </w:r>
      <w:r>
        <w:rPr>
          <w:b/>
          <w:sz w:val="24"/>
          <w:lang w:eastAsia="ko-KR"/>
        </w:rPr>
        <w:t>압축</w:t>
      </w:r>
      <w:r>
        <w:rPr>
          <w:b/>
          <w:sz w:val="24"/>
          <w:lang w:eastAsia="ko-KR"/>
        </w:rPr>
        <w:t xml:space="preserve"> </w:t>
      </w:r>
      <w:r>
        <w:rPr>
          <w:b/>
          <w:sz w:val="24"/>
          <w:lang w:eastAsia="ko-KR"/>
        </w:rPr>
        <w:t>규칙</w:t>
      </w:r>
    </w:p>
    <w:p w14:paraId="659536D0" w14:textId="77777777" w:rsidR="00D55C08" w:rsidRDefault="00000000">
      <w:pPr>
        <w:spacing w:before="20" w:after="20" w:line="312" w:lineRule="auto"/>
        <w:ind w:left="113" w:hanging="113"/>
        <w:rPr>
          <w:rFonts w:hint="eastAsia"/>
          <w:lang w:eastAsia="ko-KR"/>
        </w:rPr>
      </w:pPr>
      <w:r>
        <w:rPr>
          <w:b/>
          <w:lang w:eastAsia="ko-KR"/>
        </w:rPr>
        <w:t xml:space="preserve">○ </w:t>
      </w:r>
      <w:r>
        <w:rPr>
          <w:lang w:eastAsia="ko-KR"/>
        </w:rPr>
        <w:t>최상위</w:t>
      </w:r>
      <w:r>
        <w:rPr>
          <w:lang w:eastAsia="ko-KR"/>
        </w:rPr>
        <w:t xml:space="preserve"> </w:t>
      </w:r>
      <w:proofErr w:type="spellStart"/>
      <w:r>
        <w:rPr>
          <w:lang w:eastAsia="ko-KR"/>
        </w:rPr>
        <w:t>폴더명</w:t>
      </w:r>
      <w:proofErr w:type="spellEnd"/>
      <w:r>
        <w:rPr>
          <w:lang w:eastAsia="ko-KR"/>
        </w:rPr>
        <w:t xml:space="preserve">: </w:t>
      </w:r>
      <w:r>
        <w:rPr>
          <w:lang w:eastAsia="ko-KR"/>
        </w:rPr>
        <w:t>부문</w:t>
      </w:r>
      <w:r>
        <w:rPr>
          <w:lang w:eastAsia="ko-KR"/>
        </w:rPr>
        <w:t>_</w:t>
      </w:r>
      <w:r>
        <w:rPr>
          <w:lang w:eastAsia="ko-KR"/>
        </w:rPr>
        <w:t>성명</w:t>
      </w:r>
      <w:r>
        <w:rPr>
          <w:lang w:eastAsia="ko-KR"/>
        </w:rPr>
        <w:t>(</w:t>
      </w:r>
      <w:proofErr w:type="spellStart"/>
      <w:r>
        <w:rPr>
          <w:lang w:eastAsia="ko-KR"/>
        </w:rPr>
        <w:t>팀명</w:t>
      </w:r>
      <w:proofErr w:type="spellEnd"/>
      <w:r>
        <w:rPr>
          <w:lang w:eastAsia="ko-KR"/>
        </w:rPr>
        <w:t>)_</w:t>
      </w:r>
      <w:proofErr w:type="spellStart"/>
      <w:r>
        <w:rPr>
          <w:lang w:eastAsia="ko-KR"/>
        </w:rPr>
        <w:t>작품명</w:t>
      </w:r>
      <w:proofErr w:type="spellEnd"/>
    </w:p>
    <w:p w14:paraId="2864AF8B" w14:textId="77777777" w:rsidR="00D55C08" w:rsidRDefault="00000000">
      <w:pPr>
        <w:spacing w:before="20" w:after="20" w:line="312" w:lineRule="auto"/>
        <w:ind w:left="113" w:hanging="113"/>
        <w:rPr>
          <w:rFonts w:hint="eastAsia"/>
          <w:lang w:eastAsia="ko-KR"/>
        </w:rPr>
      </w:pPr>
      <w:r>
        <w:rPr>
          <w:b/>
          <w:lang w:eastAsia="ko-KR"/>
        </w:rPr>
        <w:t xml:space="preserve">○ </w:t>
      </w:r>
      <w:r>
        <w:rPr>
          <w:lang w:eastAsia="ko-KR"/>
        </w:rPr>
        <w:t>작품파일</w:t>
      </w:r>
      <w:r>
        <w:rPr>
          <w:lang w:eastAsia="ko-KR"/>
        </w:rPr>
        <w:t>: 01_</w:t>
      </w:r>
      <w:r>
        <w:rPr>
          <w:lang w:eastAsia="ko-KR"/>
        </w:rPr>
        <w:t>작품명</w:t>
      </w:r>
      <w:r>
        <w:rPr>
          <w:lang w:eastAsia="ko-KR"/>
        </w:rPr>
        <w:t>.</w:t>
      </w:r>
      <w:proofErr w:type="gramStart"/>
      <w:r>
        <w:rPr>
          <w:lang w:eastAsia="ko-KR"/>
        </w:rPr>
        <w:t>jpg /</w:t>
      </w:r>
      <w:proofErr w:type="gramEnd"/>
      <w:r>
        <w:rPr>
          <w:lang w:eastAsia="ko-KR"/>
        </w:rPr>
        <w:t xml:space="preserve"> 01_</w:t>
      </w:r>
      <w:r>
        <w:rPr>
          <w:lang w:eastAsia="ko-KR"/>
        </w:rPr>
        <w:t>작품명</w:t>
      </w:r>
      <w:r>
        <w:rPr>
          <w:lang w:eastAsia="ko-KR"/>
        </w:rPr>
        <w:t>.mp4</w:t>
      </w:r>
    </w:p>
    <w:p w14:paraId="39AF2324" w14:textId="77777777" w:rsidR="00D55C08" w:rsidRDefault="00000000">
      <w:pPr>
        <w:spacing w:before="20" w:after="20" w:line="312" w:lineRule="auto"/>
        <w:ind w:left="113" w:hanging="113"/>
        <w:rPr>
          <w:rFonts w:hint="eastAsia"/>
          <w:lang w:eastAsia="ko-KR"/>
        </w:rPr>
      </w:pPr>
      <w:r>
        <w:rPr>
          <w:b/>
          <w:lang w:eastAsia="ko-KR"/>
        </w:rPr>
        <w:t xml:space="preserve">○ </w:t>
      </w:r>
      <w:r>
        <w:rPr>
          <w:lang w:eastAsia="ko-KR"/>
        </w:rPr>
        <w:t xml:space="preserve">AI </w:t>
      </w:r>
      <w:r>
        <w:rPr>
          <w:lang w:eastAsia="ko-KR"/>
        </w:rPr>
        <w:t>활용</w:t>
      </w:r>
      <w:r>
        <w:rPr>
          <w:lang w:eastAsia="ko-KR"/>
        </w:rPr>
        <w:t xml:space="preserve"> </w:t>
      </w:r>
      <w:r>
        <w:rPr>
          <w:lang w:eastAsia="ko-KR"/>
        </w:rPr>
        <w:t>설명서</w:t>
      </w:r>
      <w:r>
        <w:rPr>
          <w:lang w:eastAsia="ko-KR"/>
        </w:rPr>
        <w:t>: 02_AI</w:t>
      </w:r>
      <w:r>
        <w:rPr>
          <w:lang w:eastAsia="ko-KR"/>
        </w:rPr>
        <w:t>활용설명서</w:t>
      </w:r>
      <w:r>
        <w:rPr>
          <w:lang w:eastAsia="ko-KR"/>
        </w:rPr>
        <w:t>_</w:t>
      </w:r>
      <w:r>
        <w:rPr>
          <w:lang w:eastAsia="ko-KR"/>
        </w:rPr>
        <w:t>성명</w:t>
      </w:r>
      <w:r>
        <w:rPr>
          <w:lang w:eastAsia="ko-KR"/>
        </w:rPr>
        <w:t>(</w:t>
      </w:r>
      <w:proofErr w:type="spellStart"/>
      <w:r>
        <w:rPr>
          <w:lang w:eastAsia="ko-KR"/>
        </w:rPr>
        <w:t>팀명</w:t>
      </w:r>
      <w:proofErr w:type="spellEnd"/>
      <w:r>
        <w:rPr>
          <w:lang w:eastAsia="ko-KR"/>
        </w:rPr>
        <w:t xml:space="preserve">).pdf </w:t>
      </w:r>
      <w:r>
        <w:rPr>
          <w:lang w:eastAsia="ko-KR"/>
        </w:rPr>
        <w:t>또는</w:t>
      </w:r>
      <w:r>
        <w:rPr>
          <w:lang w:eastAsia="ko-KR"/>
        </w:rPr>
        <w:t xml:space="preserve"> .docx</w:t>
      </w:r>
      <w:proofErr w:type="gramStart"/>
      <w:r>
        <w:rPr>
          <w:lang w:eastAsia="ko-KR"/>
        </w:rPr>
        <w:t>/.</w:t>
      </w:r>
      <w:proofErr w:type="spellStart"/>
      <w:r>
        <w:rPr>
          <w:lang w:eastAsia="ko-KR"/>
        </w:rPr>
        <w:t>hwp</w:t>
      </w:r>
      <w:proofErr w:type="spellEnd"/>
      <w:proofErr w:type="gramEnd"/>
    </w:p>
    <w:p w14:paraId="0EE3E609" w14:textId="77777777" w:rsidR="00D55C08" w:rsidRDefault="00000000">
      <w:pPr>
        <w:spacing w:before="20" w:after="20" w:line="312" w:lineRule="auto"/>
        <w:ind w:left="113" w:hanging="113"/>
        <w:rPr>
          <w:rFonts w:hint="eastAsia"/>
          <w:lang w:eastAsia="ko-KR"/>
        </w:rPr>
      </w:pPr>
      <w:r>
        <w:rPr>
          <w:b/>
          <w:lang w:eastAsia="ko-KR"/>
        </w:rPr>
        <w:t xml:space="preserve">○ </w:t>
      </w:r>
      <w:r>
        <w:rPr>
          <w:lang w:eastAsia="ko-KR"/>
        </w:rPr>
        <w:t>참가신청서</w:t>
      </w:r>
      <w:r>
        <w:rPr>
          <w:lang w:eastAsia="ko-KR"/>
        </w:rPr>
        <w:t>: 03_</w:t>
      </w:r>
      <w:r>
        <w:rPr>
          <w:lang w:eastAsia="ko-KR"/>
        </w:rPr>
        <w:t>참가신청서</w:t>
      </w:r>
      <w:r>
        <w:rPr>
          <w:lang w:eastAsia="ko-KR"/>
        </w:rPr>
        <w:t>_</w:t>
      </w:r>
      <w:r>
        <w:rPr>
          <w:lang w:eastAsia="ko-KR"/>
        </w:rPr>
        <w:t>성명</w:t>
      </w:r>
      <w:r>
        <w:rPr>
          <w:lang w:eastAsia="ko-KR"/>
        </w:rPr>
        <w:t>(</w:t>
      </w:r>
      <w:proofErr w:type="spellStart"/>
      <w:r>
        <w:rPr>
          <w:lang w:eastAsia="ko-KR"/>
        </w:rPr>
        <w:t>팀명</w:t>
      </w:r>
      <w:proofErr w:type="spellEnd"/>
      <w:r>
        <w:rPr>
          <w:lang w:eastAsia="ko-KR"/>
        </w:rPr>
        <w:t xml:space="preserve">).pdf </w:t>
      </w:r>
      <w:r>
        <w:rPr>
          <w:lang w:eastAsia="ko-KR"/>
        </w:rPr>
        <w:t>또는</w:t>
      </w:r>
      <w:r>
        <w:rPr>
          <w:lang w:eastAsia="ko-KR"/>
        </w:rPr>
        <w:t xml:space="preserve"> .docx</w:t>
      </w:r>
      <w:proofErr w:type="gramStart"/>
      <w:r>
        <w:rPr>
          <w:lang w:eastAsia="ko-KR"/>
        </w:rPr>
        <w:t>/.</w:t>
      </w:r>
      <w:proofErr w:type="spellStart"/>
      <w:r>
        <w:rPr>
          <w:lang w:eastAsia="ko-KR"/>
        </w:rPr>
        <w:t>hwp</w:t>
      </w:r>
      <w:proofErr w:type="spellEnd"/>
      <w:proofErr w:type="gramEnd"/>
    </w:p>
    <w:p w14:paraId="57FCA575" w14:textId="77777777" w:rsidR="00D55C08" w:rsidRDefault="00000000">
      <w:pPr>
        <w:spacing w:before="20" w:after="20" w:line="312" w:lineRule="auto"/>
        <w:ind w:left="113" w:hanging="113"/>
        <w:rPr>
          <w:rFonts w:hint="eastAsia"/>
          <w:lang w:eastAsia="ko-KR"/>
        </w:rPr>
      </w:pPr>
      <w:r>
        <w:rPr>
          <w:b/>
          <w:lang w:eastAsia="ko-KR"/>
        </w:rPr>
        <w:t xml:space="preserve">○ </w:t>
      </w:r>
      <w:r>
        <w:rPr>
          <w:lang w:eastAsia="ko-KR"/>
        </w:rPr>
        <w:t>개인정보</w:t>
      </w:r>
      <w:r>
        <w:rPr>
          <w:lang w:eastAsia="ko-KR"/>
        </w:rPr>
        <w:t xml:space="preserve"> </w:t>
      </w:r>
      <w:r>
        <w:rPr>
          <w:lang w:eastAsia="ko-KR"/>
        </w:rPr>
        <w:t>동의서</w:t>
      </w:r>
      <w:r>
        <w:rPr>
          <w:lang w:eastAsia="ko-KR"/>
        </w:rPr>
        <w:t>: 04_</w:t>
      </w:r>
      <w:r>
        <w:rPr>
          <w:lang w:eastAsia="ko-KR"/>
        </w:rPr>
        <w:t>개인정보동의서</w:t>
      </w:r>
      <w:r>
        <w:rPr>
          <w:lang w:eastAsia="ko-KR"/>
        </w:rPr>
        <w:t>_</w:t>
      </w:r>
      <w:r>
        <w:rPr>
          <w:lang w:eastAsia="ko-KR"/>
        </w:rPr>
        <w:t>성명</w:t>
      </w:r>
      <w:r>
        <w:rPr>
          <w:lang w:eastAsia="ko-KR"/>
        </w:rPr>
        <w:t>(</w:t>
      </w:r>
      <w:proofErr w:type="spellStart"/>
      <w:r>
        <w:rPr>
          <w:lang w:eastAsia="ko-KR"/>
        </w:rPr>
        <w:t>팀명</w:t>
      </w:r>
      <w:proofErr w:type="spellEnd"/>
      <w:r>
        <w:rPr>
          <w:lang w:eastAsia="ko-KR"/>
        </w:rPr>
        <w:t>).pdf</w:t>
      </w:r>
    </w:p>
    <w:p w14:paraId="12647091" w14:textId="77777777" w:rsidR="00D55C08" w:rsidRDefault="00000000">
      <w:pPr>
        <w:spacing w:before="20" w:after="20" w:line="312" w:lineRule="auto"/>
        <w:ind w:left="113" w:hanging="113"/>
        <w:rPr>
          <w:rFonts w:hint="eastAsia"/>
          <w:lang w:eastAsia="ko-KR"/>
        </w:rPr>
      </w:pPr>
      <w:r>
        <w:rPr>
          <w:b/>
          <w:lang w:eastAsia="ko-KR"/>
        </w:rPr>
        <w:t xml:space="preserve">○ </w:t>
      </w:r>
      <w:r>
        <w:rPr>
          <w:lang w:eastAsia="ko-KR"/>
        </w:rPr>
        <w:t>다중</w:t>
      </w:r>
      <w:r>
        <w:rPr>
          <w:lang w:eastAsia="ko-KR"/>
        </w:rPr>
        <w:t xml:space="preserve"> </w:t>
      </w:r>
      <w:r>
        <w:rPr>
          <w:lang w:eastAsia="ko-KR"/>
        </w:rPr>
        <w:t>파일</w:t>
      </w:r>
      <w:r>
        <w:rPr>
          <w:lang w:eastAsia="ko-KR"/>
        </w:rPr>
        <w:t xml:space="preserve"> </w:t>
      </w:r>
      <w:r>
        <w:rPr>
          <w:lang w:eastAsia="ko-KR"/>
        </w:rPr>
        <w:t>제출</w:t>
      </w:r>
      <w:r>
        <w:rPr>
          <w:lang w:eastAsia="ko-KR"/>
        </w:rPr>
        <w:t xml:space="preserve"> </w:t>
      </w:r>
      <w:r>
        <w:rPr>
          <w:lang w:eastAsia="ko-KR"/>
        </w:rPr>
        <w:t>시</w:t>
      </w:r>
      <w:r>
        <w:rPr>
          <w:lang w:eastAsia="ko-KR"/>
        </w:rPr>
        <w:t xml:space="preserve"> ZIP 1</w:t>
      </w:r>
      <w:r>
        <w:rPr>
          <w:lang w:eastAsia="ko-KR"/>
        </w:rPr>
        <w:t>개로</w:t>
      </w:r>
      <w:r>
        <w:rPr>
          <w:lang w:eastAsia="ko-KR"/>
        </w:rPr>
        <w:t xml:space="preserve"> </w:t>
      </w:r>
      <w:r>
        <w:rPr>
          <w:lang w:eastAsia="ko-KR"/>
        </w:rPr>
        <w:t>압축하여</w:t>
      </w:r>
      <w:r>
        <w:rPr>
          <w:lang w:eastAsia="ko-KR"/>
        </w:rPr>
        <w:t xml:space="preserve"> </w:t>
      </w:r>
      <w:r>
        <w:rPr>
          <w:lang w:eastAsia="ko-KR"/>
        </w:rPr>
        <w:t>제출하는</w:t>
      </w:r>
      <w:r>
        <w:rPr>
          <w:lang w:eastAsia="ko-KR"/>
        </w:rPr>
        <w:t xml:space="preserve"> </w:t>
      </w:r>
      <w:r>
        <w:rPr>
          <w:lang w:eastAsia="ko-KR"/>
        </w:rPr>
        <w:t>것을</w:t>
      </w:r>
      <w:r>
        <w:rPr>
          <w:lang w:eastAsia="ko-KR"/>
        </w:rPr>
        <w:t xml:space="preserve"> </w:t>
      </w:r>
      <w:r>
        <w:rPr>
          <w:lang w:eastAsia="ko-KR"/>
        </w:rPr>
        <w:t>권장하며</w:t>
      </w:r>
      <w:r>
        <w:rPr>
          <w:lang w:eastAsia="ko-KR"/>
        </w:rPr>
        <w:t xml:space="preserve">, </w:t>
      </w:r>
      <w:r>
        <w:rPr>
          <w:lang w:eastAsia="ko-KR"/>
        </w:rPr>
        <w:t>압축파일에</w:t>
      </w:r>
      <w:r>
        <w:rPr>
          <w:lang w:eastAsia="ko-KR"/>
        </w:rPr>
        <w:t xml:space="preserve"> </w:t>
      </w:r>
      <w:r>
        <w:rPr>
          <w:lang w:eastAsia="ko-KR"/>
        </w:rPr>
        <w:t>비밀번호를</w:t>
      </w:r>
      <w:r>
        <w:rPr>
          <w:lang w:eastAsia="ko-KR"/>
        </w:rPr>
        <w:t xml:space="preserve"> </w:t>
      </w:r>
      <w:r>
        <w:rPr>
          <w:lang w:eastAsia="ko-KR"/>
        </w:rPr>
        <w:t>설정하지</w:t>
      </w:r>
      <w:r>
        <w:rPr>
          <w:lang w:eastAsia="ko-KR"/>
        </w:rPr>
        <w:t xml:space="preserve"> </w:t>
      </w:r>
      <w:r>
        <w:rPr>
          <w:lang w:eastAsia="ko-KR"/>
        </w:rPr>
        <w:t>않습니다</w:t>
      </w:r>
      <w:r>
        <w:rPr>
          <w:lang w:eastAsia="ko-KR"/>
        </w:rPr>
        <w:t>.</w:t>
      </w:r>
    </w:p>
    <w:p w14:paraId="323F3634" w14:textId="77777777" w:rsidR="0031203E" w:rsidRDefault="0031203E">
      <w:pPr>
        <w:rPr>
          <w:rFonts w:hint="eastAsia"/>
          <w:b/>
          <w:sz w:val="24"/>
          <w:lang w:eastAsia="ko-KR"/>
        </w:rPr>
      </w:pPr>
      <w:r>
        <w:rPr>
          <w:rFonts w:hint="eastAsia"/>
          <w:b/>
          <w:sz w:val="24"/>
          <w:lang w:eastAsia="ko-KR"/>
        </w:rPr>
        <w:br w:type="page"/>
      </w:r>
    </w:p>
    <w:p w14:paraId="3E0F4654" w14:textId="77777777" w:rsidR="00D55C08" w:rsidRDefault="00106AC8">
      <w:pPr>
        <w:spacing w:before="200" w:after="80" w:line="240" w:lineRule="auto"/>
        <w:rPr>
          <w:rFonts w:hint="eastAsia"/>
        </w:rPr>
      </w:pPr>
      <w:r>
        <w:rPr>
          <w:b/>
          <w:sz w:val="24"/>
        </w:rPr>
        <w:lastRenderedPageBreak/>
        <w:t xml:space="preserve">8. </w:t>
      </w:r>
      <w:proofErr w:type="spellStart"/>
      <w:r>
        <w:rPr>
          <w:b/>
          <w:sz w:val="24"/>
        </w:rPr>
        <w:t>시상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내역</w:t>
      </w:r>
      <w:proofErr w:type="spellEnd"/>
    </w:p>
    <w:tbl>
      <w:tblPr>
        <w:tblW w:w="0" w:type="auto"/>
        <w:jc w:val="center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Look w:val="04A0" w:firstRow="1" w:lastRow="0" w:firstColumn="1" w:lastColumn="0" w:noHBand="0" w:noVBand="1"/>
      </w:tblPr>
      <w:tblGrid>
        <w:gridCol w:w="1814"/>
        <w:gridCol w:w="2268"/>
        <w:gridCol w:w="2268"/>
        <w:gridCol w:w="2721"/>
      </w:tblGrid>
      <w:tr w:rsidR="00D55C08" w14:paraId="5E0DE565" w14:textId="77777777">
        <w:trPr>
          <w:jc w:val="center"/>
        </w:trPr>
        <w:tc>
          <w:tcPr>
            <w:tcW w:w="1814" w:type="dxa"/>
            <w:shd w:val="clear" w:color="auto" w:fill="E7E6E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B09CB65" w14:textId="77777777" w:rsidR="00D55C08" w:rsidRDefault="00000000">
            <w:pPr>
              <w:spacing w:after="0"/>
              <w:jc w:val="center"/>
              <w:rPr>
                <w:rFonts w:hint="eastAsia"/>
              </w:rPr>
            </w:pPr>
            <w:r>
              <w:rPr>
                <w:b/>
                <w:sz w:val="18"/>
              </w:rPr>
              <w:t>훈격</w:t>
            </w:r>
          </w:p>
        </w:tc>
        <w:tc>
          <w:tcPr>
            <w:tcW w:w="2268" w:type="dxa"/>
            <w:shd w:val="clear" w:color="auto" w:fill="E7E6E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1CCDB72" w14:textId="77777777" w:rsidR="00D55C08" w:rsidRDefault="00000000">
            <w:pPr>
              <w:spacing w:after="0"/>
              <w:jc w:val="center"/>
              <w:rPr>
                <w:rFonts w:hint="eastAsia"/>
              </w:rPr>
            </w:pPr>
            <w:r>
              <w:rPr>
                <w:b/>
                <w:sz w:val="18"/>
              </w:rPr>
              <w:t>이미지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z w:val="18"/>
              </w:rPr>
              <w:t>부문</w:t>
            </w:r>
          </w:p>
        </w:tc>
        <w:tc>
          <w:tcPr>
            <w:tcW w:w="2268" w:type="dxa"/>
            <w:shd w:val="clear" w:color="auto" w:fill="E7E6E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B0BAB0F" w14:textId="77777777" w:rsidR="00D55C08" w:rsidRDefault="00000000">
            <w:pPr>
              <w:spacing w:after="0"/>
              <w:jc w:val="center"/>
              <w:rPr>
                <w:rFonts w:hint="eastAsia"/>
              </w:rPr>
            </w:pPr>
            <w:r>
              <w:rPr>
                <w:b/>
                <w:sz w:val="18"/>
              </w:rPr>
              <w:t>영상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z w:val="18"/>
              </w:rPr>
              <w:t>부문</w:t>
            </w:r>
          </w:p>
        </w:tc>
        <w:tc>
          <w:tcPr>
            <w:tcW w:w="2721" w:type="dxa"/>
            <w:shd w:val="clear" w:color="auto" w:fill="E7E6E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9AE4805" w14:textId="77777777" w:rsidR="00D55C08" w:rsidRDefault="00000000">
            <w:pPr>
              <w:spacing w:after="0"/>
              <w:jc w:val="center"/>
              <w:rPr>
                <w:rFonts w:hint="eastAsia"/>
              </w:rPr>
            </w:pPr>
            <w:r>
              <w:rPr>
                <w:b/>
                <w:sz w:val="18"/>
              </w:rPr>
              <w:t>상금</w:t>
            </w:r>
          </w:p>
        </w:tc>
      </w:tr>
      <w:tr w:rsidR="00D55C08" w14:paraId="390A47E9" w14:textId="77777777">
        <w:trPr>
          <w:jc w:val="center"/>
        </w:trPr>
        <w:tc>
          <w:tcPr>
            <w:tcW w:w="181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6263E03" w14:textId="77777777" w:rsidR="00D55C08" w:rsidRDefault="00000000">
            <w:pPr>
              <w:spacing w:after="0"/>
              <w:jc w:val="center"/>
              <w:rPr>
                <w:rFonts w:hint="eastAsia"/>
              </w:rPr>
            </w:pPr>
            <w:r>
              <w:rPr>
                <w:sz w:val="18"/>
              </w:rPr>
              <w:t>대상</w:t>
            </w:r>
          </w:p>
        </w:tc>
        <w:tc>
          <w:tcPr>
            <w:tcW w:w="226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425EFA1" w14:textId="77777777" w:rsidR="00D55C08" w:rsidRDefault="00000000">
            <w:pPr>
              <w:spacing w:after="0"/>
              <w:rPr>
                <w:rFonts w:hint="eastAsia"/>
              </w:rPr>
            </w:pPr>
            <w:r>
              <w:rPr>
                <w:sz w:val="18"/>
              </w:rPr>
              <w:t>1</w:t>
            </w:r>
            <w:r>
              <w:rPr>
                <w:sz w:val="18"/>
              </w:rPr>
              <w:t>명</w:t>
            </w:r>
            <w:r>
              <w:rPr>
                <w:sz w:val="18"/>
              </w:rPr>
              <w:t>(</w:t>
            </w:r>
            <w:r>
              <w:rPr>
                <w:sz w:val="18"/>
              </w:rPr>
              <w:t>팀</w:t>
            </w:r>
            <w:r>
              <w:rPr>
                <w:sz w:val="18"/>
              </w:rPr>
              <w:t>)</w:t>
            </w:r>
          </w:p>
        </w:tc>
        <w:tc>
          <w:tcPr>
            <w:tcW w:w="226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E66B49B" w14:textId="77777777" w:rsidR="00D55C08" w:rsidRDefault="00000000">
            <w:pPr>
              <w:spacing w:after="0"/>
              <w:rPr>
                <w:rFonts w:hint="eastAsia"/>
              </w:rPr>
            </w:pPr>
            <w:r>
              <w:rPr>
                <w:sz w:val="18"/>
              </w:rPr>
              <w:t>1</w:t>
            </w:r>
            <w:r>
              <w:rPr>
                <w:sz w:val="18"/>
              </w:rPr>
              <w:t>명</w:t>
            </w:r>
            <w:r>
              <w:rPr>
                <w:sz w:val="18"/>
              </w:rPr>
              <w:t>(</w:t>
            </w:r>
            <w:r>
              <w:rPr>
                <w:sz w:val="18"/>
              </w:rPr>
              <w:t>팀</w:t>
            </w:r>
            <w:r>
              <w:rPr>
                <w:sz w:val="18"/>
              </w:rPr>
              <w:t>)</w:t>
            </w:r>
          </w:p>
        </w:tc>
        <w:tc>
          <w:tcPr>
            <w:tcW w:w="272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52B4BDE" w14:textId="77777777" w:rsidR="00D55C08" w:rsidRDefault="00000000">
            <w:pPr>
              <w:spacing w:after="0"/>
              <w:rPr>
                <w:rFonts w:hint="eastAsia"/>
              </w:rPr>
            </w:pPr>
            <w:r>
              <w:rPr>
                <w:sz w:val="18"/>
              </w:rPr>
              <w:t>각</w:t>
            </w:r>
            <w:r>
              <w:rPr>
                <w:sz w:val="18"/>
              </w:rPr>
              <w:t xml:space="preserve"> 100</w:t>
            </w:r>
            <w:r>
              <w:rPr>
                <w:sz w:val="18"/>
              </w:rPr>
              <w:t>만원</w:t>
            </w:r>
          </w:p>
        </w:tc>
      </w:tr>
      <w:tr w:rsidR="00D55C08" w14:paraId="1D8708AD" w14:textId="77777777">
        <w:trPr>
          <w:jc w:val="center"/>
        </w:trPr>
        <w:tc>
          <w:tcPr>
            <w:tcW w:w="181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A757B54" w14:textId="77777777" w:rsidR="00D55C08" w:rsidRDefault="00000000">
            <w:pPr>
              <w:spacing w:after="0"/>
              <w:jc w:val="center"/>
              <w:rPr>
                <w:rFonts w:hint="eastAsia"/>
              </w:rPr>
            </w:pPr>
            <w:r>
              <w:rPr>
                <w:sz w:val="18"/>
              </w:rPr>
              <w:t>최우수상</w:t>
            </w:r>
          </w:p>
        </w:tc>
        <w:tc>
          <w:tcPr>
            <w:tcW w:w="226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8091C81" w14:textId="77777777" w:rsidR="00D55C08" w:rsidRDefault="00000000">
            <w:pPr>
              <w:spacing w:after="0"/>
              <w:rPr>
                <w:rFonts w:hint="eastAsia"/>
              </w:rPr>
            </w:pPr>
            <w:r>
              <w:rPr>
                <w:sz w:val="18"/>
              </w:rPr>
              <w:t>1</w:t>
            </w:r>
            <w:r>
              <w:rPr>
                <w:sz w:val="18"/>
              </w:rPr>
              <w:t>명</w:t>
            </w:r>
            <w:r>
              <w:rPr>
                <w:sz w:val="18"/>
              </w:rPr>
              <w:t>(</w:t>
            </w:r>
            <w:r>
              <w:rPr>
                <w:sz w:val="18"/>
              </w:rPr>
              <w:t>팀</w:t>
            </w:r>
            <w:r>
              <w:rPr>
                <w:sz w:val="18"/>
              </w:rPr>
              <w:t>)</w:t>
            </w:r>
          </w:p>
        </w:tc>
        <w:tc>
          <w:tcPr>
            <w:tcW w:w="226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0977CA5" w14:textId="77777777" w:rsidR="00D55C08" w:rsidRDefault="00000000">
            <w:pPr>
              <w:spacing w:after="0"/>
              <w:rPr>
                <w:rFonts w:hint="eastAsia"/>
              </w:rPr>
            </w:pPr>
            <w:r>
              <w:rPr>
                <w:sz w:val="18"/>
              </w:rPr>
              <w:t>1</w:t>
            </w:r>
            <w:r>
              <w:rPr>
                <w:sz w:val="18"/>
              </w:rPr>
              <w:t>명</w:t>
            </w:r>
            <w:r>
              <w:rPr>
                <w:sz w:val="18"/>
              </w:rPr>
              <w:t>(</w:t>
            </w:r>
            <w:r>
              <w:rPr>
                <w:sz w:val="18"/>
              </w:rPr>
              <w:t>팀</w:t>
            </w:r>
            <w:r>
              <w:rPr>
                <w:sz w:val="18"/>
              </w:rPr>
              <w:t>)</w:t>
            </w:r>
          </w:p>
        </w:tc>
        <w:tc>
          <w:tcPr>
            <w:tcW w:w="272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E95A27B" w14:textId="77777777" w:rsidR="00D55C08" w:rsidRDefault="00000000">
            <w:pPr>
              <w:spacing w:after="0"/>
              <w:rPr>
                <w:rFonts w:hint="eastAsia"/>
              </w:rPr>
            </w:pPr>
            <w:r>
              <w:rPr>
                <w:sz w:val="18"/>
              </w:rPr>
              <w:t>각</w:t>
            </w:r>
            <w:r>
              <w:rPr>
                <w:sz w:val="18"/>
              </w:rPr>
              <w:t xml:space="preserve"> 50</w:t>
            </w:r>
            <w:r>
              <w:rPr>
                <w:sz w:val="18"/>
              </w:rPr>
              <w:t>만원</w:t>
            </w:r>
          </w:p>
        </w:tc>
      </w:tr>
      <w:tr w:rsidR="00D55C08" w14:paraId="5C152856" w14:textId="77777777">
        <w:trPr>
          <w:jc w:val="center"/>
        </w:trPr>
        <w:tc>
          <w:tcPr>
            <w:tcW w:w="181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0648CF8" w14:textId="77777777" w:rsidR="00D55C08" w:rsidRDefault="00000000">
            <w:pPr>
              <w:spacing w:after="0"/>
              <w:jc w:val="center"/>
              <w:rPr>
                <w:rFonts w:hint="eastAsia"/>
              </w:rPr>
            </w:pPr>
            <w:r>
              <w:rPr>
                <w:sz w:val="18"/>
              </w:rPr>
              <w:t>우수상</w:t>
            </w:r>
          </w:p>
        </w:tc>
        <w:tc>
          <w:tcPr>
            <w:tcW w:w="226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C80E1CF" w14:textId="77777777" w:rsidR="00D55C08" w:rsidRDefault="00000000">
            <w:pPr>
              <w:spacing w:after="0"/>
              <w:rPr>
                <w:rFonts w:hint="eastAsia"/>
              </w:rPr>
            </w:pPr>
            <w:r>
              <w:rPr>
                <w:sz w:val="18"/>
              </w:rPr>
              <w:t>5</w:t>
            </w:r>
            <w:r>
              <w:rPr>
                <w:sz w:val="18"/>
              </w:rPr>
              <w:t>명</w:t>
            </w:r>
            <w:r>
              <w:rPr>
                <w:sz w:val="18"/>
              </w:rPr>
              <w:t>(</w:t>
            </w:r>
            <w:r>
              <w:rPr>
                <w:sz w:val="18"/>
              </w:rPr>
              <w:t>팀</w:t>
            </w:r>
            <w:r>
              <w:rPr>
                <w:sz w:val="18"/>
              </w:rPr>
              <w:t>)</w:t>
            </w:r>
          </w:p>
        </w:tc>
        <w:tc>
          <w:tcPr>
            <w:tcW w:w="226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7638243" w14:textId="77777777" w:rsidR="00D55C08" w:rsidRDefault="00000000">
            <w:pPr>
              <w:spacing w:after="0"/>
              <w:rPr>
                <w:rFonts w:hint="eastAsia"/>
              </w:rPr>
            </w:pPr>
            <w:r>
              <w:rPr>
                <w:sz w:val="18"/>
              </w:rPr>
              <w:t>5</w:t>
            </w:r>
            <w:r>
              <w:rPr>
                <w:sz w:val="18"/>
              </w:rPr>
              <w:t>명</w:t>
            </w:r>
            <w:r>
              <w:rPr>
                <w:sz w:val="18"/>
              </w:rPr>
              <w:t>(</w:t>
            </w:r>
            <w:r>
              <w:rPr>
                <w:sz w:val="18"/>
              </w:rPr>
              <w:t>팀</w:t>
            </w:r>
            <w:r>
              <w:rPr>
                <w:sz w:val="18"/>
              </w:rPr>
              <w:t>)</w:t>
            </w:r>
          </w:p>
        </w:tc>
        <w:tc>
          <w:tcPr>
            <w:tcW w:w="272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F8929CB" w14:textId="77777777" w:rsidR="00D55C08" w:rsidRDefault="00000000">
            <w:pPr>
              <w:spacing w:after="0"/>
              <w:rPr>
                <w:rFonts w:hint="eastAsia"/>
              </w:rPr>
            </w:pPr>
            <w:r>
              <w:rPr>
                <w:sz w:val="18"/>
              </w:rPr>
              <w:t>각</w:t>
            </w:r>
            <w:r>
              <w:rPr>
                <w:sz w:val="18"/>
              </w:rPr>
              <w:t xml:space="preserve"> 10</w:t>
            </w:r>
            <w:r>
              <w:rPr>
                <w:sz w:val="18"/>
              </w:rPr>
              <w:t>만원</w:t>
            </w:r>
          </w:p>
        </w:tc>
      </w:tr>
      <w:tr w:rsidR="00D55C08" w14:paraId="3432B2AE" w14:textId="77777777">
        <w:trPr>
          <w:jc w:val="center"/>
        </w:trPr>
        <w:tc>
          <w:tcPr>
            <w:tcW w:w="181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2B9520C" w14:textId="77777777" w:rsidR="00D55C08" w:rsidRDefault="00000000">
            <w:pPr>
              <w:spacing w:after="0"/>
              <w:jc w:val="center"/>
              <w:rPr>
                <w:rFonts w:hint="eastAsia"/>
              </w:rPr>
            </w:pPr>
            <w:r>
              <w:rPr>
                <w:sz w:val="18"/>
              </w:rPr>
              <w:t>합계</w:t>
            </w:r>
          </w:p>
        </w:tc>
        <w:tc>
          <w:tcPr>
            <w:tcW w:w="226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A8D51EE" w14:textId="77777777" w:rsidR="00D55C08" w:rsidRDefault="00000000">
            <w:pPr>
              <w:spacing w:after="0"/>
              <w:rPr>
                <w:rFonts w:hint="eastAsia"/>
              </w:rPr>
            </w:pPr>
            <w:r>
              <w:rPr>
                <w:sz w:val="18"/>
              </w:rPr>
              <w:t>7</w:t>
            </w:r>
            <w:r>
              <w:rPr>
                <w:sz w:val="18"/>
              </w:rPr>
              <w:t>명</w:t>
            </w:r>
            <w:r>
              <w:rPr>
                <w:sz w:val="18"/>
              </w:rPr>
              <w:t>(</w:t>
            </w:r>
            <w:r>
              <w:rPr>
                <w:sz w:val="18"/>
              </w:rPr>
              <w:t>팀</w:t>
            </w:r>
            <w:r>
              <w:rPr>
                <w:sz w:val="18"/>
              </w:rPr>
              <w:t>)</w:t>
            </w:r>
          </w:p>
        </w:tc>
        <w:tc>
          <w:tcPr>
            <w:tcW w:w="226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A8CDA72" w14:textId="77777777" w:rsidR="00D55C08" w:rsidRDefault="00000000">
            <w:pPr>
              <w:spacing w:after="0"/>
              <w:rPr>
                <w:rFonts w:hint="eastAsia"/>
              </w:rPr>
            </w:pPr>
            <w:r>
              <w:rPr>
                <w:sz w:val="18"/>
              </w:rPr>
              <w:t>7</w:t>
            </w:r>
            <w:r>
              <w:rPr>
                <w:sz w:val="18"/>
              </w:rPr>
              <w:t>명</w:t>
            </w:r>
            <w:r>
              <w:rPr>
                <w:sz w:val="18"/>
              </w:rPr>
              <w:t>(</w:t>
            </w:r>
            <w:r>
              <w:rPr>
                <w:sz w:val="18"/>
              </w:rPr>
              <w:t>팀</w:t>
            </w:r>
            <w:r>
              <w:rPr>
                <w:sz w:val="18"/>
              </w:rPr>
              <w:t>)</w:t>
            </w:r>
          </w:p>
        </w:tc>
        <w:tc>
          <w:tcPr>
            <w:tcW w:w="272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8A53017" w14:textId="77777777" w:rsidR="00D55C08" w:rsidRDefault="00000000">
            <w:pPr>
              <w:spacing w:after="0"/>
              <w:rPr>
                <w:rFonts w:hint="eastAsia"/>
              </w:rPr>
            </w:pPr>
            <w:r>
              <w:rPr>
                <w:sz w:val="18"/>
              </w:rPr>
              <w:t>총</w:t>
            </w:r>
            <w:r>
              <w:rPr>
                <w:sz w:val="18"/>
              </w:rPr>
              <w:t xml:space="preserve"> 400</w:t>
            </w:r>
            <w:r>
              <w:rPr>
                <w:sz w:val="18"/>
              </w:rPr>
              <w:t>만원</w:t>
            </w:r>
          </w:p>
        </w:tc>
      </w:tr>
    </w:tbl>
    <w:p w14:paraId="17FD8C43" w14:textId="77777777" w:rsidR="00D55C08" w:rsidRDefault="00D55C08">
      <w:pPr>
        <w:spacing w:after="40"/>
        <w:rPr>
          <w:rFonts w:hint="eastAsia"/>
        </w:rPr>
      </w:pPr>
    </w:p>
    <w:p w14:paraId="74FAB204" w14:textId="77777777" w:rsidR="00D55C08" w:rsidRDefault="00000000">
      <w:pPr>
        <w:spacing w:before="20" w:after="20" w:line="312" w:lineRule="auto"/>
        <w:ind w:left="113" w:hanging="113"/>
        <w:rPr>
          <w:rFonts w:hint="eastAsia"/>
          <w:lang w:eastAsia="ko-KR"/>
        </w:rPr>
      </w:pPr>
      <w:r>
        <w:rPr>
          <w:b/>
          <w:lang w:eastAsia="ko-KR"/>
        </w:rPr>
        <w:t xml:space="preserve">○ </w:t>
      </w:r>
      <w:r>
        <w:rPr>
          <w:lang w:eastAsia="ko-KR"/>
        </w:rPr>
        <w:t>모든</w:t>
      </w:r>
      <w:r>
        <w:rPr>
          <w:lang w:eastAsia="ko-KR"/>
        </w:rPr>
        <w:t xml:space="preserve"> </w:t>
      </w:r>
      <w:r>
        <w:rPr>
          <w:lang w:eastAsia="ko-KR"/>
        </w:rPr>
        <w:t>상훈은</w:t>
      </w:r>
      <w:r>
        <w:rPr>
          <w:lang w:eastAsia="ko-KR"/>
        </w:rPr>
        <w:t xml:space="preserve"> ‘</w:t>
      </w:r>
      <w:proofErr w:type="spellStart"/>
      <w:r>
        <w:rPr>
          <w:lang w:eastAsia="ko-KR"/>
        </w:rPr>
        <w:t>한국탄소산업진흥원장</w:t>
      </w:r>
      <w:proofErr w:type="spellEnd"/>
      <w:r>
        <w:rPr>
          <w:lang w:eastAsia="ko-KR"/>
        </w:rPr>
        <w:t xml:space="preserve">’ </w:t>
      </w:r>
      <w:r>
        <w:rPr>
          <w:lang w:eastAsia="ko-KR"/>
        </w:rPr>
        <w:t>명의로</w:t>
      </w:r>
      <w:r>
        <w:rPr>
          <w:lang w:eastAsia="ko-KR"/>
        </w:rPr>
        <w:t xml:space="preserve"> </w:t>
      </w:r>
      <w:r>
        <w:rPr>
          <w:lang w:eastAsia="ko-KR"/>
        </w:rPr>
        <w:t>수여하며</w:t>
      </w:r>
      <w:r>
        <w:rPr>
          <w:lang w:eastAsia="ko-KR"/>
        </w:rPr>
        <w:t xml:space="preserve">, </w:t>
      </w:r>
      <w:r>
        <w:rPr>
          <w:lang w:eastAsia="ko-KR"/>
        </w:rPr>
        <w:t>시상식은</w:t>
      </w:r>
      <w:r>
        <w:rPr>
          <w:lang w:eastAsia="ko-KR"/>
        </w:rPr>
        <w:t xml:space="preserve"> 2026</w:t>
      </w:r>
      <w:r>
        <w:rPr>
          <w:lang w:eastAsia="ko-KR"/>
        </w:rPr>
        <w:t>년</w:t>
      </w:r>
      <w:r>
        <w:rPr>
          <w:lang w:eastAsia="ko-KR"/>
        </w:rPr>
        <w:t xml:space="preserve"> 11</w:t>
      </w:r>
      <w:r>
        <w:rPr>
          <w:lang w:eastAsia="ko-KR"/>
        </w:rPr>
        <w:t>월</w:t>
      </w:r>
      <w:r>
        <w:rPr>
          <w:lang w:eastAsia="ko-KR"/>
        </w:rPr>
        <w:t xml:space="preserve"> </w:t>
      </w:r>
      <w:r>
        <w:rPr>
          <w:lang w:eastAsia="ko-KR"/>
        </w:rPr>
        <w:t>「</w:t>
      </w:r>
      <w:proofErr w:type="spellStart"/>
      <w:r>
        <w:rPr>
          <w:lang w:eastAsia="ko-KR"/>
        </w:rPr>
        <w:t>카본코리아</w:t>
      </w:r>
      <w:proofErr w:type="spellEnd"/>
      <w:r>
        <w:rPr>
          <w:lang w:eastAsia="ko-KR"/>
        </w:rPr>
        <w:t xml:space="preserve"> 2026</w:t>
      </w:r>
      <w:r>
        <w:rPr>
          <w:lang w:eastAsia="ko-KR"/>
        </w:rPr>
        <w:t>」</w:t>
      </w:r>
      <w:r>
        <w:rPr>
          <w:lang w:eastAsia="ko-KR"/>
        </w:rPr>
        <w:t xml:space="preserve"> </w:t>
      </w:r>
      <w:r>
        <w:rPr>
          <w:lang w:eastAsia="ko-KR"/>
        </w:rPr>
        <w:t>행사장에서</w:t>
      </w:r>
      <w:r>
        <w:rPr>
          <w:lang w:eastAsia="ko-KR"/>
        </w:rPr>
        <w:t xml:space="preserve"> </w:t>
      </w:r>
      <w:r>
        <w:rPr>
          <w:lang w:eastAsia="ko-KR"/>
        </w:rPr>
        <w:t>진행</w:t>
      </w:r>
      <w:r>
        <w:rPr>
          <w:lang w:eastAsia="ko-KR"/>
        </w:rPr>
        <w:t xml:space="preserve"> </w:t>
      </w:r>
      <w:r>
        <w:rPr>
          <w:lang w:eastAsia="ko-KR"/>
        </w:rPr>
        <w:t>예정입니다</w:t>
      </w:r>
      <w:r>
        <w:rPr>
          <w:lang w:eastAsia="ko-KR"/>
        </w:rPr>
        <w:t>.</w:t>
      </w:r>
    </w:p>
    <w:p w14:paraId="508C2ED3" w14:textId="77777777" w:rsidR="00D55C08" w:rsidRDefault="00000000">
      <w:pPr>
        <w:spacing w:before="20" w:after="20" w:line="312" w:lineRule="auto"/>
        <w:ind w:left="113" w:hanging="113"/>
        <w:rPr>
          <w:rFonts w:hint="eastAsia"/>
          <w:lang w:eastAsia="ko-KR"/>
        </w:rPr>
      </w:pPr>
      <w:r>
        <w:rPr>
          <w:b/>
          <w:lang w:eastAsia="ko-KR"/>
        </w:rPr>
        <w:t xml:space="preserve">○ </w:t>
      </w:r>
      <w:r>
        <w:rPr>
          <w:lang w:eastAsia="ko-KR"/>
        </w:rPr>
        <w:t>상금</w:t>
      </w:r>
      <w:r>
        <w:rPr>
          <w:lang w:eastAsia="ko-KR"/>
        </w:rPr>
        <w:t xml:space="preserve"> </w:t>
      </w:r>
      <w:r>
        <w:rPr>
          <w:lang w:eastAsia="ko-KR"/>
        </w:rPr>
        <w:t>지급</w:t>
      </w:r>
      <w:r>
        <w:rPr>
          <w:lang w:eastAsia="ko-KR"/>
        </w:rPr>
        <w:t xml:space="preserve"> </w:t>
      </w:r>
      <w:r>
        <w:rPr>
          <w:lang w:eastAsia="ko-KR"/>
        </w:rPr>
        <w:t>시</w:t>
      </w:r>
      <w:r>
        <w:rPr>
          <w:lang w:eastAsia="ko-KR"/>
        </w:rPr>
        <w:t xml:space="preserve"> </w:t>
      </w:r>
      <w:r>
        <w:rPr>
          <w:lang w:eastAsia="ko-KR"/>
        </w:rPr>
        <w:t>관계</w:t>
      </w:r>
      <w:r>
        <w:rPr>
          <w:lang w:eastAsia="ko-KR"/>
        </w:rPr>
        <w:t xml:space="preserve"> </w:t>
      </w:r>
      <w:r>
        <w:rPr>
          <w:lang w:eastAsia="ko-KR"/>
        </w:rPr>
        <w:t>법령에</w:t>
      </w:r>
      <w:r>
        <w:rPr>
          <w:lang w:eastAsia="ko-KR"/>
        </w:rPr>
        <w:t xml:space="preserve"> </w:t>
      </w:r>
      <w:r>
        <w:rPr>
          <w:lang w:eastAsia="ko-KR"/>
        </w:rPr>
        <w:t>따른</w:t>
      </w:r>
      <w:r>
        <w:rPr>
          <w:lang w:eastAsia="ko-KR"/>
        </w:rPr>
        <w:t xml:space="preserve"> </w:t>
      </w:r>
      <w:r>
        <w:rPr>
          <w:lang w:eastAsia="ko-KR"/>
        </w:rPr>
        <w:t>제세공과금이</w:t>
      </w:r>
      <w:r>
        <w:rPr>
          <w:lang w:eastAsia="ko-KR"/>
        </w:rPr>
        <w:t xml:space="preserve"> </w:t>
      </w:r>
      <w:r>
        <w:rPr>
          <w:lang w:eastAsia="ko-KR"/>
        </w:rPr>
        <w:t>발생하는</w:t>
      </w:r>
      <w:r>
        <w:rPr>
          <w:lang w:eastAsia="ko-KR"/>
        </w:rPr>
        <w:t xml:space="preserve"> </w:t>
      </w:r>
      <w:r>
        <w:rPr>
          <w:lang w:eastAsia="ko-KR"/>
        </w:rPr>
        <w:t>경우</w:t>
      </w:r>
      <w:r>
        <w:rPr>
          <w:lang w:eastAsia="ko-KR"/>
        </w:rPr>
        <w:t xml:space="preserve"> </w:t>
      </w:r>
      <w:r>
        <w:rPr>
          <w:lang w:eastAsia="ko-KR"/>
        </w:rPr>
        <w:t>수상자</w:t>
      </w:r>
      <w:r>
        <w:rPr>
          <w:lang w:eastAsia="ko-KR"/>
        </w:rPr>
        <w:t xml:space="preserve"> </w:t>
      </w:r>
      <w:r>
        <w:rPr>
          <w:lang w:eastAsia="ko-KR"/>
        </w:rPr>
        <w:t>부담으로</w:t>
      </w:r>
      <w:r>
        <w:rPr>
          <w:lang w:eastAsia="ko-KR"/>
        </w:rPr>
        <w:t xml:space="preserve"> </w:t>
      </w:r>
      <w:r>
        <w:rPr>
          <w:lang w:eastAsia="ko-KR"/>
        </w:rPr>
        <w:t>처리할</w:t>
      </w:r>
      <w:r>
        <w:rPr>
          <w:lang w:eastAsia="ko-KR"/>
        </w:rPr>
        <w:t xml:space="preserve"> </w:t>
      </w:r>
      <w:r>
        <w:rPr>
          <w:lang w:eastAsia="ko-KR"/>
        </w:rPr>
        <w:t>수</w:t>
      </w:r>
      <w:r>
        <w:rPr>
          <w:lang w:eastAsia="ko-KR"/>
        </w:rPr>
        <w:t xml:space="preserve"> </w:t>
      </w:r>
      <w:r>
        <w:rPr>
          <w:lang w:eastAsia="ko-KR"/>
        </w:rPr>
        <w:t>있습니다</w:t>
      </w:r>
      <w:r>
        <w:rPr>
          <w:lang w:eastAsia="ko-KR"/>
        </w:rPr>
        <w:t>.</w:t>
      </w:r>
    </w:p>
    <w:p w14:paraId="2CED39BB" w14:textId="77777777" w:rsidR="00D55C08" w:rsidRDefault="00000000">
      <w:pPr>
        <w:spacing w:before="20" w:after="20" w:line="312" w:lineRule="auto"/>
        <w:ind w:left="113" w:hanging="113"/>
        <w:rPr>
          <w:rFonts w:hint="eastAsia"/>
          <w:lang w:eastAsia="ko-KR"/>
        </w:rPr>
      </w:pPr>
      <w:r>
        <w:rPr>
          <w:b/>
          <w:lang w:eastAsia="ko-KR"/>
        </w:rPr>
        <w:t xml:space="preserve">○ </w:t>
      </w:r>
      <w:r>
        <w:rPr>
          <w:lang w:eastAsia="ko-KR"/>
        </w:rPr>
        <w:t>심사</w:t>
      </w:r>
      <w:r>
        <w:rPr>
          <w:lang w:eastAsia="ko-KR"/>
        </w:rPr>
        <w:t xml:space="preserve"> </w:t>
      </w:r>
      <w:r>
        <w:rPr>
          <w:lang w:eastAsia="ko-KR"/>
        </w:rPr>
        <w:t>결과에</w:t>
      </w:r>
      <w:r>
        <w:rPr>
          <w:lang w:eastAsia="ko-KR"/>
        </w:rPr>
        <w:t xml:space="preserve"> </w:t>
      </w:r>
      <w:r>
        <w:rPr>
          <w:lang w:eastAsia="ko-KR"/>
        </w:rPr>
        <w:t>따라</w:t>
      </w:r>
      <w:r>
        <w:rPr>
          <w:lang w:eastAsia="ko-KR"/>
        </w:rPr>
        <w:t xml:space="preserve"> </w:t>
      </w:r>
      <w:r>
        <w:rPr>
          <w:lang w:eastAsia="ko-KR"/>
        </w:rPr>
        <w:t>적합한</w:t>
      </w:r>
      <w:r>
        <w:rPr>
          <w:lang w:eastAsia="ko-KR"/>
        </w:rPr>
        <w:t xml:space="preserve"> </w:t>
      </w:r>
      <w:r>
        <w:rPr>
          <w:lang w:eastAsia="ko-KR"/>
        </w:rPr>
        <w:t>작품이</w:t>
      </w:r>
      <w:r>
        <w:rPr>
          <w:lang w:eastAsia="ko-KR"/>
        </w:rPr>
        <w:t xml:space="preserve"> </w:t>
      </w:r>
      <w:r>
        <w:rPr>
          <w:lang w:eastAsia="ko-KR"/>
        </w:rPr>
        <w:t>없을</w:t>
      </w:r>
      <w:r>
        <w:rPr>
          <w:lang w:eastAsia="ko-KR"/>
        </w:rPr>
        <w:t xml:space="preserve"> </w:t>
      </w:r>
      <w:r>
        <w:rPr>
          <w:lang w:eastAsia="ko-KR"/>
        </w:rPr>
        <w:t>경우</w:t>
      </w:r>
      <w:r>
        <w:rPr>
          <w:lang w:eastAsia="ko-KR"/>
        </w:rPr>
        <w:t xml:space="preserve"> </w:t>
      </w:r>
      <w:r>
        <w:rPr>
          <w:lang w:eastAsia="ko-KR"/>
        </w:rPr>
        <w:t>시상</w:t>
      </w:r>
      <w:r>
        <w:rPr>
          <w:lang w:eastAsia="ko-KR"/>
        </w:rPr>
        <w:t xml:space="preserve"> </w:t>
      </w:r>
      <w:r>
        <w:rPr>
          <w:lang w:eastAsia="ko-KR"/>
        </w:rPr>
        <w:t>규모가</w:t>
      </w:r>
      <w:r>
        <w:rPr>
          <w:lang w:eastAsia="ko-KR"/>
        </w:rPr>
        <w:t xml:space="preserve"> </w:t>
      </w:r>
      <w:r>
        <w:rPr>
          <w:lang w:eastAsia="ko-KR"/>
        </w:rPr>
        <w:t>조정될</w:t>
      </w:r>
      <w:r>
        <w:rPr>
          <w:lang w:eastAsia="ko-KR"/>
        </w:rPr>
        <w:t xml:space="preserve"> </w:t>
      </w:r>
      <w:r>
        <w:rPr>
          <w:lang w:eastAsia="ko-KR"/>
        </w:rPr>
        <w:t>수</w:t>
      </w:r>
      <w:r>
        <w:rPr>
          <w:lang w:eastAsia="ko-KR"/>
        </w:rPr>
        <w:t xml:space="preserve"> </w:t>
      </w:r>
      <w:r>
        <w:rPr>
          <w:lang w:eastAsia="ko-KR"/>
        </w:rPr>
        <w:t>있습니다</w:t>
      </w:r>
      <w:r>
        <w:rPr>
          <w:lang w:eastAsia="ko-KR"/>
        </w:rPr>
        <w:t>.</w:t>
      </w:r>
    </w:p>
    <w:p w14:paraId="23CC960C" w14:textId="77777777" w:rsidR="00D55C08" w:rsidRDefault="00106AC8">
      <w:pPr>
        <w:spacing w:before="200" w:after="80" w:line="240" w:lineRule="auto"/>
        <w:rPr>
          <w:rFonts w:hint="eastAsia"/>
        </w:rPr>
      </w:pPr>
      <w:r>
        <w:rPr>
          <w:b/>
          <w:sz w:val="24"/>
        </w:rPr>
        <w:t xml:space="preserve">9. </w:t>
      </w:r>
      <w:proofErr w:type="spellStart"/>
      <w:r>
        <w:rPr>
          <w:b/>
          <w:sz w:val="24"/>
        </w:rPr>
        <w:t>심사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기준</w:t>
      </w:r>
      <w:proofErr w:type="spellEnd"/>
    </w:p>
    <w:tbl>
      <w:tblPr>
        <w:tblW w:w="0" w:type="auto"/>
        <w:jc w:val="center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Look w:val="04A0" w:firstRow="1" w:lastRow="0" w:firstColumn="1" w:lastColumn="0" w:noHBand="0" w:noVBand="1"/>
      </w:tblPr>
      <w:tblGrid>
        <w:gridCol w:w="1928"/>
        <w:gridCol w:w="5102"/>
        <w:gridCol w:w="2041"/>
      </w:tblGrid>
      <w:tr w:rsidR="00D55C08" w14:paraId="26A97B5D" w14:textId="77777777">
        <w:trPr>
          <w:jc w:val="center"/>
        </w:trPr>
        <w:tc>
          <w:tcPr>
            <w:tcW w:w="1928" w:type="dxa"/>
            <w:shd w:val="clear" w:color="auto" w:fill="E7E6E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AA51F66" w14:textId="77777777" w:rsidR="00D55C08" w:rsidRDefault="00000000">
            <w:pPr>
              <w:spacing w:after="0"/>
              <w:jc w:val="center"/>
              <w:rPr>
                <w:rFonts w:hint="eastAsia"/>
              </w:rPr>
            </w:pPr>
            <w:r>
              <w:rPr>
                <w:b/>
                <w:sz w:val="18"/>
              </w:rPr>
              <w:t>평가항목</w:t>
            </w:r>
          </w:p>
        </w:tc>
        <w:tc>
          <w:tcPr>
            <w:tcW w:w="5102" w:type="dxa"/>
            <w:shd w:val="clear" w:color="auto" w:fill="E7E6E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BB2927A" w14:textId="77777777" w:rsidR="00D55C08" w:rsidRDefault="00000000">
            <w:pPr>
              <w:spacing w:after="0"/>
              <w:jc w:val="center"/>
              <w:rPr>
                <w:rFonts w:hint="eastAsia"/>
              </w:rPr>
            </w:pPr>
            <w:r>
              <w:rPr>
                <w:b/>
                <w:sz w:val="18"/>
              </w:rPr>
              <w:t>세부내용</w:t>
            </w:r>
          </w:p>
        </w:tc>
        <w:tc>
          <w:tcPr>
            <w:tcW w:w="2041" w:type="dxa"/>
            <w:shd w:val="clear" w:color="auto" w:fill="E7E6E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CAA2710" w14:textId="77777777" w:rsidR="00D55C08" w:rsidRDefault="00000000">
            <w:pPr>
              <w:spacing w:after="0"/>
              <w:jc w:val="center"/>
              <w:rPr>
                <w:rFonts w:hint="eastAsia"/>
              </w:rPr>
            </w:pPr>
            <w:r>
              <w:rPr>
                <w:b/>
                <w:sz w:val="18"/>
              </w:rPr>
              <w:t>배점</w:t>
            </w:r>
          </w:p>
        </w:tc>
      </w:tr>
      <w:tr w:rsidR="00D55C08" w14:paraId="77A1CDBA" w14:textId="77777777">
        <w:trPr>
          <w:jc w:val="center"/>
        </w:trPr>
        <w:tc>
          <w:tcPr>
            <w:tcW w:w="192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EEE5DA6" w14:textId="77777777" w:rsidR="00D55C08" w:rsidRDefault="00000000">
            <w:pPr>
              <w:spacing w:after="0"/>
              <w:jc w:val="center"/>
              <w:rPr>
                <w:rFonts w:hint="eastAsia"/>
              </w:rPr>
            </w:pPr>
            <w:r>
              <w:rPr>
                <w:sz w:val="18"/>
              </w:rPr>
              <w:t>주제적합성</w:t>
            </w:r>
          </w:p>
        </w:tc>
        <w:tc>
          <w:tcPr>
            <w:tcW w:w="510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98B925B" w14:textId="77777777" w:rsidR="00D55C08" w:rsidRDefault="00000000">
            <w:pPr>
              <w:spacing w:after="0"/>
              <w:rPr>
                <w:rFonts w:hint="eastAsia"/>
                <w:lang w:eastAsia="ko-KR"/>
              </w:rPr>
            </w:pPr>
            <w:r>
              <w:rPr>
                <w:sz w:val="18"/>
                <w:lang w:eastAsia="ko-KR"/>
              </w:rPr>
              <w:t>주제와의</w:t>
            </w:r>
            <w:r>
              <w:rPr>
                <w:sz w:val="18"/>
                <w:lang w:eastAsia="ko-KR"/>
              </w:rPr>
              <w:t xml:space="preserve"> </w:t>
            </w:r>
            <w:r>
              <w:rPr>
                <w:sz w:val="18"/>
                <w:lang w:eastAsia="ko-KR"/>
              </w:rPr>
              <w:t>연관성</w:t>
            </w:r>
            <w:r>
              <w:rPr>
                <w:sz w:val="18"/>
                <w:lang w:eastAsia="ko-KR"/>
              </w:rPr>
              <w:t xml:space="preserve"> </w:t>
            </w:r>
            <w:r>
              <w:rPr>
                <w:sz w:val="18"/>
                <w:lang w:eastAsia="ko-KR"/>
              </w:rPr>
              <w:t>및</w:t>
            </w:r>
            <w:r>
              <w:rPr>
                <w:sz w:val="18"/>
                <w:lang w:eastAsia="ko-KR"/>
              </w:rPr>
              <w:t xml:space="preserve"> </w:t>
            </w:r>
            <w:r>
              <w:rPr>
                <w:sz w:val="18"/>
                <w:lang w:eastAsia="ko-KR"/>
              </w:rPr>
              <w:t>기획의</w:t>
            </w:r>
            <w:r>
              <w:rPr>
                <w:sz w:val="18"/>
                <w:lang w:eastAsia="ko-KR"/>
              </w:rPr>
              <w:t xml:space="preserve"> </w:t>
            </w:r>
            <w:r>
              <w:rPr>
                <w:sz w:val="18"/>
                <w:lang w:eastAsia="ko-KR"/>
              </w:rPr>
              <w:t>우수성</w:t>
            </w:r>
          </w:p>
        </w:tc>
        <w:tc>
          <w:tcPr>
            <w:tcW w:w="204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A7A79DC" w14:textId="77777777" w:rsidR="00D55C08" w:rsidRDefault="00000000">
            <w:pPr>
              <w:spacing w:after="0"/>
              <w:rPr>
                <w:rFonts w:hint="eastAsia"/>
              </w:rPr>
            </w:pPr>
            <w:r>
              <w:rPr>
                <w:sz w:val="18"/>
              </w:rPr>
              <w:t>20%</w:t>
            </w:r>
          </w:p>
        </w:tc>
      </w:tr>
      <w:tr w:rsidR="00D55C08" w14:paraId="3AF4B01B" w14:textId="77777777">
        <w:trPr>
          <w:jc w:val="center"/>
        </w:trPr>
        <w:tc>
          <w:tcPr>
            <w:tcW w:w="192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55E4C7D" w14:textId="77777777" w:rsidR="00D55C08" w:rsidRDefault="00000000">
            <w:pPr>
              <w:spacing w:after="0"/>
              <w:jc w:val="center"/>
              <w:rPr>
                <w:rFonts w:hint="eastAsia"/>
              </w:rPr>
            </w:pPr>
            <w:r>
              <w:rPr>
                <w:sz w:val="18"/>
              </w:rPr>
              <w:t>독창성</w:t>
            </w:r>
          </w:p>
        </w:tc>
        <w:tc>
          <w:tcPr>
            <w:tcW w:w="510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DA90AE2" w14:textId="77777777" w:rsidR="00D55C08" w:rsidRDefault="00000000">
            <w:pPr>
              <w:spacing w:after="0"/>
              <w:rPr>
                <w:rFonts w:hint="eastAsia"/>
                <w:lang w:eastAsia="ko-KR"/>
              </w:rPr>
            </w:pPr>
            <w:r>
              <w:rPr>
                <w:sz w:val="18"/>
                <w:lang w:eastAsia="ko-KR"/>
              </w:rPr>
              <w:t>주제를</w:t>
            </w:r>
            <w:r>
              <w:rPr>
                <w:sz w:val="18"/>
                <w:lang w:eastAsia="ko-KR"/>
              </w:rPr>
              <w:t xml:space="preserve"> </w:t>
            </w:r>
            <w:r>
              <w:rPr>
                <w:sz w:val="18"/>
                <w:lang w:eastAsia="ko-KR"/>
              </w:rPr>
              <w:t>표현한</w:t>
            </w:r>
            <w:r>
              <w:rPr>
                <w:sz w:val="18"/>
                <w:lang w:eastAsia="ko-KR"/>
              </w:rPr>
              <w:t xml:space="preserve"> </w:t>
            </w:r>
            <w:r>
              <w:rPr>
                <w:sz w:val="18"/>
                <w:lang w:eastAsia="ko-KR"/>
              </w:rPr>
              <w:t>아이디어의</w:t>
            </w:r>
            <w:r>
              <w:rPr>
                <w:sz w:val="18"/>
                <w:lang w:eastAsia="ko-KR"/>
              </w:rPr>
              <w:t xml:space="preserve"> </w:t>
            </w:r>
            <w:r>
              <w:rPr>
                <w:sz w:val="18"/>
                <w:lang w:eastAsia="ko-KR"/>
              </w:rPr>
              <w:t>독창성</w:t>
            </w:r>
            <w:r>
              <w:rPr>
                <w:sz w:val="18"/>
                <w:lang w:eastAsia="ko-KR"/>
              </w:rPr>
              <w:t xml:space="preserve">, </w:t>
            </w:r>
            <w:r>
              <w:rPr>
                <w:sz w:val="18"/>
                <w:lang w:eastAsia="ko-KR"/>
              </w:rPr>
              <w:t>메시지</w:t>
            </w:r>
            <w:r>
              <w:rPr>
                <w:sz w:val="18"/>
                <w:lang w:eastAsia="ko-KR"/>
              </w:rPr>
              <w:t xml:space="preserve"> </w:t>
            </w:r>
            <w:proofErr w:type="spellStart"/>
            <w:r>
              <w:rPr>
                <w:sz w:val="18"/>
                <w:lang w:eastAsia="ko-KR"/>
              </w:rPr>
              <w:t>전달력</w:t>
            </w:r>
            <w:proofErr w:type="spellEnd"/>
          </w:p>
        </w:tc>
        <w:tc>
          <w:tcPr>
            <w:tcW w:w="204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9137823" w14:textId="77777777" w:rsidR="00D55C08" w:rsidRDefault="00000000">
            <w:pPr>
              <w:spacing w:after="0"/>
              <w:rPr>
                <w:rFonts w:hint="eastAsia"/>
              </w:rPr>
            </w:pPr>
            <w:r>
              <w:rPr>
                <w:sz w:val="18"/>
              </w:rPr>
              <w:t>20%</w:t>
            </w:r>
          </w:p>
        </w:tc>
      </w:tr>
      <w:tr w:rsidR="00D55C08" w14:paraId="361C886A" w14:textId="77777777">
        <w:trPr>
          <w:jc w:val="center"/>
        </w:trPr>
        <w:tc>
          <w:tcPr>
            <w:tcW w:w="192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814CA08" w14:textId="77777777" w:rsidR="00D55C08" w:rsidRDefault="00000000">
            <w:pPr>
              <w:spacing w:after="0"/>
              <w:jc w:val="center"/>
              <w:rPr>
                <w:rFonts w:hint="eastAsia"/>
              </w:rPr>
            </w:pPr>
            <w:r>
              <w:rPr>
                <w:sz w:val="18"/>
              </w:rPr>
              <w:t>대중성</w:t>
            </w:r>
          </w:p>
        </w:tc>
        <w:tc>
          <w:tcPr>
            <w:tcW w:w="510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0978706" w14:textId="77777777" w:rsidR="00D55C08" w:rsidRDefault="00000000">
            <w:pPr>
              <w:spacing w:after="0"/>
              <w:rPr>
                <w:rFonts w:hint="eastAsia"/>
                <w:lang w:eastAsia="ko-KR"/>
              </w:rPr>
            </w:pPr>
            <w:r>
              <w:rPr>
                <w:sz w:val="18"/>
                <w:lang w:eastAsia="ko-KR"/>
              </w:rPr>
              <w:t>홍보</w:t>
            </w:r>
            <w:r>
              <w:rPr>
                <w:sz w:val="18"/>
                <w:lang w:eastAsia="ko-KR"/>
              </w:rPr>
              <w:t xml:space="preserve"> </w:t>
            </w:r>
            <w:proofErr w:type="spellStart"/>
            <w:r>
              <w:rPr>
                <w:sz w:val="18"/>
                <w:lang w:eastAsia="ko-KR"/>
              </w:rPr>
              <w:t>콘텐츠로서의</w:t>
            </w:r>
            <w:proofErr w:type="spellEnd"/>
            <w:r>
              <w:rPr>
                <w:sz w:val="18"/>
                <w:lang w:eastAsia="ko-KR"/>
              </w:rPr>
              <w:t xml:space="preserve"> </w:t>
            </w:r>
            <w:r>
              <w:rPr>
                <w:sz w:val="18"/>
                <w:lang w:eastAsia="ko-KR"/>
              </w:rPr>
              <w:t>대중성</w:t>
            </w:r>
            <w:r>
              <w:rPr>
                <w:sz w:val="18"/>
                <w:lang w:eastAsia="ko-KR"/>
              </w:rPr>
              <w:t xml:space="preserve"> </w:t>
            </w:r>
            <w:r>
              <w:rPr>
                <w:sz w:val="18"/>
                <w:lang w:eastAsia="ko-KR"/>
              </w:rPr>
              <w:t>및</w:t>
            </w:r>
            <w:r>
              <w:rPr>
                <w:sz w:val="18"/>
                <w:lang w:eastAsia="ko-KR"/>
              </w:rPr>
              <w:t xml:space="preserve"> </w:t>
            </w:r>
            <w:r>
              <w:rPr>
                <w:sz w:val="18"/>
                <w:lang w:eastAsia="ko-KR"/>
              </w:rPr>
              <w:t>활용</w:t>
            </w:r>
            <w:r>
              <w:rPr>
                <w:sz w:val="18"/>
                <w:lang w:eastAsia="ko-KR"/>
              </w:rPr>
              <w:t xml:space="preserve"> </w:t>
            </w:r>
            <w:r>
              <w:rPr>
                <w:sz w:val="18"/>
                <w:lang w:eastAsia="ko-KR"/>
              </w:rPr>
              <w:t>가능성</w:t>
            </w:r>
          </w:p>
        </w:tc>
        <w:tc>
          <w:tcPr>
            <w:tcW w:w="204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023BD28" w14:textId="77777777" w:rsidR="00D55C08" w:rsidRDefault="00000000">
            <w:pPr>
              <w:spacing w:after="0"/>
              <w:rPr>
                <w:rFonts w:hint="eastAsia"/>
              </w:rPr>
            </w:pPr>
            <w:r>
              <w:rPr>
                <w:sz w:val="18"/>
              </w:rPr>
              <w:t>30%</w:t>
            </w:r>
          </w:p>
        </w:tc>
      </w:tr>
      <w:tr w:rsidR="00D55C08" w14:paraId="78191ACF" w14:textId="77777777">
        <w:trPr>
          <w:jc w:val="center"/>
        </w:trPr>
        <w:tc>
          <w:tcPr>
            <w:tcW w:w="192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FAA1F06" w14:textId="77777777" w:rsidR="00D55C08" w:rsidRDefault="00000000">
            <w:pPr>
              <w:spacing w:after="0"/>
              <w:jc w:val="center"/>
              <w:rPr>
                <w:rFonts w:hint="eastAsia"/>
              </w:rPr>
            </w:pPr>
            <w:r>
              <w:rPr>
                <w:sz w:val="18"/>
              </w:rPr>
              <w:t>완성도</w:t>
            </w:r>
          </w:p>
        </w:tc>
        <w:tc>
          <w:tcPr>
            <w:tcW w:w="510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C752530" w14:textId="77777777" w:rsidR="00D55C08" w:rsidRDefault="00000000">
            <w:pPr>
              <w:spacing w:after="0"/>
              <w:rPr>
                <w:rFonts w:hint="eastAsia"/>
                <w:lang w:eastAsia="ko-KR"/>
              </w:rPr>
            </w:pPr>
            <w:r>
              <w:rPr>
                <w:sz w:val="18"/>
                <w:lang w:eastAsia="ko-KR"/>
              </w:rPr>
              <w:t>작품의</w:t>
            </w:r>
            <w:r>
              <w:rPr>
                <w:sz w:val="18"/>
                <w:lang w:eastAsia="ko-KR"/>
              </w:rPr>
              <w:t xml:space="preserve"> </w:t>
            </w:r>
            <w:r>
              <w:rPr>
                <w:sz w:val="18"/>
                <w:lang w:eastAsia="ko-KR"/>
              </w:rPr>
              <w:t>구성력</w:t>
            </w:r>
            <w:r>
              <w:rPr>
                <w:sz w:val="18"/>
                <w:lang w:eastAsia="ko-KR"/>
              </w:rPr>
              <w:t xml:space="preserve"> </w:t>
            </w:r>
            <w:r>
              <w:rPr>
                <w:sz w:val="18"/>
                <w:lang w:eastAsia="ko-KR"/>
              </w:rPr>
              <w:t>및</w:t>
            </w:r>
            <w:r>
              <w:rPr>
                <w:sz w:val="18"/>
                <w:lang w:eastAsia="ko-KR"/>
              </w:rPr>
              <w:t xml:space="preserve"> </w:t>
            </w:r>
            <w:r>
              <w:rPr>
                <w:sz w:val="18"/>
                <w:lang w:eastAsia="ko-KR"/>
              </w:rPr>
              <w:t>완성도</w:t>
            </w:r>
          </w:p>
        </w:tc>
        <w:tc>
          <w:tcPr>
            <w:tcW w:w="204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5206D96" w14:textId="77777777" w:rsidR="00D55C08" w:rsidRDefault="00000000">
            <w:pPr>
              <w:spacing w:after="0"/>
              <w:rPr>
                <w:rFonts w:hint="eastAsia"/>
              </w:rPr>
            </w:pPr>
            <w:r>
              <w:rPr>
                <w:sz w:val="18"/>
              </w:rPr>
              <w:t>30%</w:t>
            </w:r>
          </w:p>
        </w:tc>
      </w:tr>
      <w:tr w:rsidR="00107127" w14:paraId="6FA52510" w14:textId="77777777" w:rsidTr="00FE5F18">
        <w:trPr>
          <w:jc w:val="center"/>
        </w:trPr>
        <w:tc>
          <w:tcPr>
            <w:tcW w:w="7030" w:type="dxa"/>
            <w:gridSpan w:val="2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6267932" w14:textId="77777777" w:rsidR="00107127" w:rsidRDefault="00107127" w:rsidP="00107127">
            <w:pPr>
              <w:spacing w:after="0"/>
              <w:jc w:val="center"/>
              <w:rPr>
                <w:rFonts w:hint="eastAsia"/>
              </w:rPr>
            </w:pPr>
            <w:proofErr w:type="spellStart"/>
            <w:r>
              <w:rPr>
                <w:sz w:val="18"/>
              </w:rPr>
              <w:t>합계</w:t>
            </w:r>
            <w:proofErr w:type="spellEnd"/>
          </w:p>
        </w:tc>
        <w:tc>
          <w:tcPr>
            <w:tcW w:w="204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D047910" w14:textId="77777777" w:rsidR="00107127" w:rsidRDefault="00107127">
            <w:pPr>
              <w:spacing w:after="0"/>
              <w:rPr>
                <w:rFonts w:hint="eastAsia"/>
              </w:rPr>
            </w:pPr>
            <w:r>
              <w:rPr>
                <w:sz w:val="18"/>
              </w:rPr>
              <w:t>100%</w:t>
            </w:r>
          </w:p>
        </w:tc>
      </w:tr>
    </w:tbl>
    <w:p w14:paraId="2D8BD73E" w14:textId="77777777" w:rsidR="00D55C08" w:rsidRDefault="00D55C08">
      <w:pPr>
        <w:spacing w:after="40"/>
        <w:rPr>
          <w:rFonts w:hint="eastAsia"/>
        </w:rPr>
      </w:pPr>
    </w:p>
    <w:p w14:paraId="68CD25E2" w14:textId="77777777" w:rsidR="00D55C08" w:rsidRDefault="00000000">
      <w:pPr>
        <w:spacing w:before="20" w:after="20" w:line="312" w:lineRule="auto"/>
        <w:ind w:left="113" w:hanging="113"/>
        <w:rPr>
          <w:rFonts w:hint="eastAsia"/>
          <w:lang w:eastAsia="ko-KR"/>
        </w:rPr>
      </w:pPr>
      <w:r>
        <w:rPr>
          <w:b/>
          <w:lang w:eastAsia="ko-KR"/>
        </w:rPr>
        <w:t xml:space="preserve">○ </w:t>
      </w:r>
      <w:r>
        <w:rPr>
          <w:lang w:eastAsia="ko-KR"/>
        </w:rPr>
        <w:t>전문</w:t>
      </w:r>
      <w:r>
        <w:rPr>
          <w:lang w:eastAsia="ko-KR"/>
        </w:rPr>
        <w:t xml:space="preserve"> </w:t>
      </w:r>
      <w:r>
        <w:rPr>
          <w:lang w:eastAsia="ko-KR"/>
        </w:rPr>
        <w:t>심사위원</w:t>
      </w:r>
      <w:r>
        <w:rPr>
          <w:lang w:eastAsia="ko-KR"/>
        </w:rPr>
        <w:t xml:space="preserve"> </w:t>
      </w:r>
      <w:r>
        <w:rPr>
          <w:lang w:eastAsia="ko-KR"/>
        </w:rPr>
        <w:t>평가를</w:t>
      </w:r>
      <w:r>
        <w:rPr>
          <w:lang w:eastAsia="ko-KR"/>
        </w:rPr>
        <w:t xml:space="preserve"> </w:t>
      </w:r>
      <w:r>
        <w:rPr>
          <w:lang w:eastAsia="ko-KR"/>
        </w:rPr>
        <w:t>통해</w:t>
      </w:r>
      <w:r>
        <w:rPr>
          <w:lang w:eastAsia="ko-KR"/>
        </w:rPr>
        <w:t xml:space="preserve"> </w:t>
      </w:r>
      <w:r>
        <w:rPr>
          <w:lang w:eastAsia="ko-KR"/>
        </w:rPr>
        <w:t>수상작을</w:t>
      </w:r>
      <w:r>
        <w:rPr>
          <w:lang w:eastAsia="ko-KR"/>
        </w:rPr>
        <w:t xml:space="preserve"> </w:t>
      </w:r>
      <w:r>
        <w:rPr>
          <w:lang w:eastAsia="ko-KR"/>
        </w:rPr>
        <w:t>선정합니다</w:t>
      </w:r>
      <w:r>
        <w:rPr>
          <w:lang w:eastAsia="ko-KR"/>
        </w:rPr>
        <w:t>.</w:t>
      </w:r>
    </w:p>
    <w:p w14:paraId="2133506E" w14:textId="77777777" w:rsidR="00D55C08" w:rsidRDefault="00000000">
      <w:pPr>
        <w:spacing w:before="20" w:after="20" w:line="312" w:lineRule="auto"/>
        <w:ind w:left="113" w:hanging="113"/>
        <w:rPr>
          <w:rFonts w:hint="eastAsia"/>
          <w:lang w:eastAsia="ko-KR"/>
        </w:rPr>
      </w:pPr>
      <w:r>
        <w:rPr>
          <w:b/>
          <w:lang w:eastAsia="ko-KR"/>
        </w:rPr>
        <w:t xml:space="preserve">○ </w:t>
      </w:r>
      <w:r>
        <w:rPr>
          <w:lang w:eastAsia="ko-KR"/>
        </w:rPr>
        <w:t xml:space="preserve">AI </w:t>
      </w:r>
      <w:r>
        <w:rPr>
          <w:lang w:eastAsia="ko-KR"/>
        </w:rPr>
        <w:t>도구의</w:t>
      </w:r>
      <w:r>
        <w:rPr>
          <w:lang w:eastAsia="ko-KR"/>
        </w:rPr>
        <w:t xml:space="preserve"> </w:t>
      </w:r>
      <w:r>
        <w:rPr>
          <w:lang w:eastAsia="ko-KR"/>
        </w:rPr>
        <w:t>화려함</w:t>
      </w:r>
      <w:r>
        <w:rPr>
          <w:lang w:eastAsia="ko-KR"/>
        </w:rPr>
        <w:t xml:space="preserve"> </w:t>
      </w:r>
      <w:r>
        <w:rPr>
          <w:lang w:eastAsia="ko-KR"/>
        </w:rPr>
        <w:t>자체보다</w:t>
      </w:r>
      <w:r>
        <w:rPr>
          <w:lang w:eastAsia="ko-KR"/>
        </w:rPr>
        <w:t xml:space="preserve"> </w:t>
      </w:r>
      <w:r>
        <w:rPr>
          <w:lang w:eastAsia="ko-KR"/>
        </w:rPr>
        <w:t>공모</w:t>
      </w:r>
      <w:r>
        <w:rPr>
          <w:lang w:eastAsia="ko-KR"/>
        </w:rPr>
        <w:t xml:space="preserve"> </w:t>
      </w:r>
      <w:r>
        <w:rPr>
          <w:lang w:eastAsia="ko-KR"/>
        </w:rPr>
        <w:t>주제에</w:t>
      </w:r>
      <w:r>
        <w:rPr>
          <w:lang w:eastAsia="ko-KR"/>
        </w:rPr>
        <w:t xml:space="preserve"> </w:t>
      </w:r>
      <w:r>
        <w:rPr>
          <w:lang w:eastAsia="ko-KR"/>
        </w:rPr>
        <w:t>대한</w:t>
      </w:r>
      <w:r>
        <w:rPr>
          <w:lang w:eastAsia="ko-KR"/>
        </w:rPr>
        <w:t xml:space="preserve"> </w:t>
      </w:r>
      <w:r>
        <w:rPr>
          <w:lang w:eastAsia="ko-KR"/>
        </w:rPr>
        <w:t>이해</w:t>
      </w:r>
      <w:r>
        <w:rPr>
          <w:lang w:eastAsia="ko-KR"/>
        </w:rPr>
        <w:t xml:space="preserve">, </w:t>
      </w:r>
      <w:r>
        <w:rPr>
          <w:lang w:eastAsia="ko-KR"/>
        </w:rPr>
        <w:t>메시지</w:t>
      </w:r>
      <w:r>
        <w:rPr>
          <w:lang w:eastAsia="ko-KR"/>
        </w:rPr>
        <w:t xml:space="preserve"> </w:t>
      </w:r>
      <w:proofErr w:type="spellStart"/>
      <w:r>
        <w:rPr>
          <w:lang w:eastAsia="ko-KR"/>
        </w:rPr>
        <w:t>전달력</w:t>
      </w:r>
      <w:proofErr w:type="spellEnd"/>
      <w:r>
        <w:rPr>
          <w:lang w:eastAsia="ko-KR"/>
        </w:rPr>
        <w:t xml:space="preserve">, </w:t>
      </w:r>
      <w:r>
        <w:rPr>
          <w:lang w:eastAsia="ko-KR"/>
        </w:rPr>
        <w:t>대중적</w:t>
      </w:r>
      <w:r>
        <w:rPr>
          <w:lang w:eastAsia="ko-KR"/>
        </w:rPr>
        <w:t xml:space="preserve"> </w:t>
      </w:r>
      <w:r>
        <w:rPr>
          <w:lang w:eastAsia="ko-KR"/>
        </w:rPr>
        <w:t>활용성</w:t>
      </w:r>
      <w:r>
        <w:rPr>
          <w:lang w:eastAsia="ko-KR"/>
        </w:rPr>
        <w:t xml:space="preserve">, </w:t>
      </w:r>
      <w:r>
        <w:rPr>
          <w:lang w:eastAsia="ko-KR"/>
        </w:rPr>
        <w:t>전체</w:t>
      </w:r>
      <w:r>
        <w:rPr>
          <w:lang w:eastAsia="ko-KR"/>
        </w:rPr>
        <w:t xml:space="preserve"> </w:t>
      </w:r>
      <w:r>
        <w:rPr>
          <w:lang w:eastAsia="ko-KR"/>
        </w:rPr>
        <w:t>작품의</w:t>
      </w:r>
      <w:r>
        <w:rPr>
          <w:lang w:eastAsia="ko-KR"/>
        </w:rPr>
        <w:t xml:space="preserve"> </w:t>
      </w:r>
      <w:r>
        <w:rPr>
          <w:lang w:eastAsia="ko-KR"/>
        </w:rPr>
        <w:t>완성도를</w:t>
      </w:r>
      <w:r>
        <w:rPr>
          <w:lang w:eastAsia="ko-KR"/>
        </w:rPr>
        <w:t xml:space="preserve"> </w:t>
      </w:r>
      <w:r>
        <w:rPr>
          <w:lang w:eastAsia="ko-KR"/>
        </w:rPr>
        <w:t>중심으로</w:t>
      </w:r>
      <w:r>
        <w:rPr>
          <w:lang w:eastAsia="ko-KR"/>
        </w:rPr>
        <w:t xml:space="preserve"> </w:t>
      </w:r>
      <w:r>
        <w:rPr>
          <w:lang w:eastAsia="ko-KR"/>
        </w:rPr>
        <w:t>평가합니다</w:t>
      </w:r>
      <w:r>
        <w:rPr>
          <w:lang w:eastAsia="ko-KR"/>
        </w:rPr>
        <w:t>.</w:t>
      </w:r>
    </w:p>
    <w:p w14:paraId="48A15311" w14:textId="77777777" w:rsidR="0031203E" w:rsidRDefault="0031203E">
      <w:pPr>
        <w:rPr>
          <w:rFonts w:hint="eastAsia"/>
          <w:b/>
          <w:sz w:val="24"/>
          <w:lang w:eastAsia="ko-KR"/>
        </w:rPr>
      </w:pPr>
      <w:r>
        <w:rPr>
          <w:rFonts w:hint="eastAsia"/>
          <w:b/>
          <w:sz w:val="24"/>
          <w:lang w:eastAsia="ko-KR"/>
        </w:rPr>
        <w:br w:type="page"/>
      </w:r>
    </w:p>
    <w:p w14:paraId="6FFC9B79" w14:textId="77777777" w:rsidR="00D55C08" w:rsidRDefault="00106AC8">
      <w:pPr>
        <w:spacing w:before="200" w:after="80" w:line="240" w:lineRule="auto"/>
        <w:rPr>
          <w:rFonts w:hint="eastAsia"/>
          <w:lang w:eastAsia="ko-KR"/>
        </w:rPr>
      </w:pPr>
      <w:r>
        <w:rPr>
          <w:b/>
          <w:sz w:val="24"/>
          <w:lang w:eastAsia="ko-KR"/>
        </w:rPr>
        <w:lastRenderedPageBreak/>
        <w:t xml:space="preserve">10. </w:t>
      </w:r>
      <w:r>
        <w:rPr>
          <w:b/>
          <w:sz w:val="24"/>
          <w:lang w:eastAsia="ko-KR"/>
        </w:rPr>
        <w:t>작품</w:t>
      </w:r>
      <w:r>
        <w:rPr>
          <w:b/>
          <w:sz w:val="24"/>
          <w:lang w:eastAsia="ko-KR"/>
        </w:rPr>
        <w:t xml:space="preserve"> </w:t>
      </w:r>
      <w:r>
        <w:rPr>
          <w:b/>
          <w:sz w:val="24"/>
          <w:lang w:eastAsia="ko-KR"/>
        </w:rPr>
        <w:t>내용</w:t>
      </w:r>
      <w:r>
        <w:rPr>
          <w:b/>
          <w:sz w:val="24"/>
          <w:lang w:eastAsia="ko-KR"/>
        </w:rPr>
        <w:t xml:space="preserve"> </w:t>
      </w:r>
      <w:r>
        <w:rPr>
          <w:b/>
          <w:sz w:val="24"/>
          <w:lang w:eastAsia="ko-KR"/>
        </w:rPr>
        <w:t>및</w:t>
      </w:r>
      <w:r>
        <w:rPr>
          <w:b/>
          <w:sz w:val="24"/>
          <w:lang w:eastAsia="ko-KR"/>
        </w:rPr>
        <w:t xml:space="preserve"> </w:t>
      </w:r>
      <w:r>
        <w:rPr>
          <w:b/>
          <w:sz w:val="24"/>
          <w:lang w:eastAsia="ko-KR"/>
        </w:rPr>
        <w:t>권리</w:t>
      </w:r>
      <w:r>
        <w:rPr>
          <w:b/>
          <w:sz w:val="24"/>
          <w:lang w:eastAsia="ko-KR"/>
        </w:rPr>
        <w:t xml:space="preserve"> </w:t>
      </w:r>
      <w:r>
        <w:rPr>
          <w:b/>
          <w:sz w:val="24"/>
          <w:lang w:eastAsia="ko-KR"/>
        </w:rPr>
        <w:t>관련</w:t>
      </w:r>
      <w:r>
        <w:rPr>
          <w:b/>
          <w:sz w:val="24"/>
          <w:lang w:eastAsia="ko-KR"/>
        </w:rPr>
        <w:t xml:space="preserve"> </w:t>
      </w:r>
      <w:r>
        <w:rPr>
          <w:b/>
          <w:sz w:val="24"/>
          <w:lang w:eastAsia="ko-KR"/>
        </w:rPr>
        <w:t>유의사항</w:t>
      </w:r>
    </w:p>
    <w:p w14:paraId="48E56B2A" w14:textId="77777777" w:rsidR="00D55C08" w:rsidRDefault="00000000">
      <w:pPr>
        <w:spacing w:before="20" w:after="20" w:line="312" w:lineRule="auto"/>
        <w:ind w:left="113" w:hanging="113"/>
        <w:rPr>
          <w:rFonts w:hint="eastAsia"/>
          <w:lang w:eastAsia="ko-KR"/>
        </w:rPr>
      </w:pPr>
      <w:r>
        <w:rPr>
          <w:b/>
          <w:lang w:eastAsia="ko-KR"/>
        </w:rPr>
        <w:t xml:space="preserve">○ </w:t>
      </w:r>
      <w:r>
        <w:rPr>
          <w:lang w:eastAsia="ko-KR"/>
        </w:rPr>
        <w:t>출품작은</w:t>
      </w:r>
      <w:r>
        <w:rPr>
          <w:lang w:eastAsia="ko-KR"/>
        </w:rPr>
        <w:t xml:space="preserve"> </w:t>
      </w:r>
      <w:r>
        <w:rPr>
          <w:lang w:eastAsia="ko-KR"/>
        </w:rPr>
        <w:t>타인의</w:t>
      </w:r>
      <w:r>
        <w:rPr>
          <w:lang w:eastAsia="ko-KR"/>
        </w:rPr>
        <w:t xml:space="preserve"> </w:t>
      </w:r>
      <w:r>
        <w:rPr>
          <w:lang w:eastAsia="ko-KR"/>
        </w:rPr>
        <w:t>저작권</w:t>
      </w:r>
      <w:r>
        <w:rPr>
          <w:lang w:eastAsia="ko-KR"/>
        </w:rPr>
        <w:t xml:space="preserve">, </w:t>
      </w:r>
      <w:r>
        <w:rPr>
          <w:lang w:eastAsia="ko-KR"/>
        </w:rPr>
        <w:t>상표권</w:t>
      </w:r>
      <w:r>
        <w:rPr>
          <w:lang w:eastAsia="ko-KR"/>
        </w:rPr>
        <w:t xml:space="preserve">, </w:t>
      </w:r>
      <w:r>
        <w:rPr>
          <w:lang w:eastAsia="ko-KR"/>
        </w:rPr>
        <w:t>초상권</w:t>
      </w:r>
      <w:r>
        <w:rPr>
          <w:lang w:eastAsia="ko-KR"/>
        </w:rPr>
        <w:t xml:space="preserve">, </w:t>
      </w:r>
      <w:proofErr w:type="spellStart"/>
      <w:r>
        <w:rPr>
          <w:lang w:eastAsia="ko-KR"/>
        </w:rPr>
        <w:t>퍼블리시티권</w:t>
      </w:r>
      <w:proofErr w:type="spellEnd"/>
      <w:r>
        <w:rPr>
          <w:lang w:eastAsia="ko-KR"/>
        </w:rPr>
        <w:t xml:space="preserve">, </w:t>
      </w:r>
      <w:r>
        <w:rPr>
          <w:lang w:eastAsia="ko-KR"/>
        </w:rPr>
        <w:t>개인정보</w:t>
      </w:r>
      <w:r>
        <w:rPr>
          <w:lang w:eastAsia="ko-KR"/>
        </w:rPr>
        <w:t xml:space="preserve"> </w:t>
      </w:r>
      <w:r>
        <w:rPr>
          <w:lang w:eastAsia="ko-KR"/>
        </w:rPr>
        <w:t>등</w:t>
      </w:r>
      <w:r>
        <w:rPr>
          <w:lang w:eastAsia="ko-KR"/>
        </w:rPr>
        <w:t xml:space="preserve"> </w:t>
      </w:r>
      <w:r>
        <w:rPr>
          <w:lang w:eastAsia="ko-KR"/>
        </w:rPr>
        <w:t>제</w:t>
      </w:r>
      <w:r>
        <w:rPr>
          <w:lang w:eastAsia="ko-KR"/>
        </w:rPr>
        <w:t>3</w:t>
      </w:r>
      <w:r>
        <w:rPr>
          <w:lang w:eastAsia="ko-KR"/>
        </w:rPr>
        <w:t>자의</w:t>
      </w:r>
      <w:r>
        <w:rPr>
          <w:lang w:eastAsia="ko-KR"/>
        </w:rPr>
        <w:t xml:space="preserve"> </w:t>
      </w:r>
      <w:r>
        <w:rPr>
          <w:lang w:eastAsia="ko-KR"/>
        </w:rPr>
        <w:t>권리를</w:t>
      </w:r>
      <w:r>
        <w:rPr>
          <w:lang w:eastAsia="ko-KR"/>
        </w:rPr>
        <w:t xml:space="preserve"> </w:t>
      </w:r>
      <w:r>
        <w:rPr>
          <w:lang w:eastAsia="ko-KR"/>
        </w:rPr>
        <w:t>침해하지</w:t>
      </w:r>
      <w:r>
        <w:rPr>
          <w:lang w:eastAsia="ko-KR"/>
        </w:rPr>
        <w:t xml:space="preserve"> </w:t>
      </w:r>
      <w:r>
        <w:rPr>
          <w:lang w:eastAsia="ko-KR"/>
        </w:rPr>
        <w:t>않아야</w:t>
      </w:r>
      <w:r>
        <w:rPr>
          <w:lang w:eastAsia="ko-KR"/>
        </w:rPr>
        <w:t xml:space="preserve"> </w:t>
      </w:r>
      <w:r>
        <w:rPr>
          <w:lang w:eastAsia="ko-KR"/>
        </w:rPr>
        <w:t>합니다</w:t>
      </w:r>
      <w:r>
        <w:rPr>
          <w:lang w:eastAsia="ko-KR"/>
        </w:rPr>
        <w:t>.</w:t>
      </w:r>
    </w:p>
    <w:p w14:paraId="244D0DFD" w14:textId="77777777" w:rsidR="00D55C08" w:rsidRDefault="00000000">
      <w:pPr>
        <w:spacing w:before="20" w:after="20" w:line="312" w:lineRule="auto"/>
        <w:ind w:left="113" w:hanging="113"/>
        <w:rPr>
          <w:rFonts w:hint="eastAsia"/>
          <w:lang w:eastAsia="ko-KR"/>
        </w:rPr>
      </w:pPr>
      <w:r>
        <w:rPr>
          <w:b/>
          <w:lang w:eastAsia="ko-KR"/>
        </w:rPr>
        <w:t xml:space="preserve">○ </w:t>
      </w:r>
      <w:r>
        <w:rPr>
          <w:lang w:eastAsia="ko-KR"/>
        </w:rPr>
        <w:t>유명인</w:t>
      </w:r>
      <w:r>
        <w:rPr>
          <w:lang w:eastAsia="ko-KR"/>
        </w:rPr>
        <w:t>·</w:t>
      </w:r>
      <w:r>
        <w:rPr>
          <w:lang w:eastAsia="ko-KR"/>
        </w:rPr>
        <w:t>실존</w:t>
      </w:r>
      <w:r>
        <w:rPr>
          <w:lang w:eastAsia="ko-KR"/>
        </w:rPr>
        <w:t xml:space="preserve"> </w:t>
      </w:r>
      <w:r>
        <w:rPr>
          <w:lang w:eastAsia="ko-KR"/>
        </w:rPr>
        <w:t>인물의</w:t>
      </w:r>
      <w:r>
        <w:rPr>
          <w:lang w:eastAsia="ko-KR"/>
        </w:rPr>
        <w:t xml:space="preserve"> </w:t>
      </w:r>
      <w:r>
        <w:rPr>
          <w:lang w:eastAsia="ko-KR"/>
        </w:rPr>
        <w:t>얼굴이나</w:t>
      </w:r>
      <w:r>
        <w:rPr>
          <w:lang w:eastAsia="ko-KR"/>
        </w:rPr>
        <w:t xml:space="preserve"> </w:t>
      </w:r>
      <w:r>
        <w:rPr>
          <w:lang w:eastAsia="ko-KR"/>
        </w:rPr>
        <w:t>음성을</w:t>
      </w:r>
      <w:r>
        <w:rPr>
          <w:lang w:eastAsia="ko-KR"/>
        </w:rPr>
        <w:t xml:space="preserve"> </w:t>
      </w:r>
      <w:r>
        <w:rPr>
          <w:lang w:eastAsia="ko-KR"/>
        </w:rPr>
        <w:t>당사자의</w:t>
      </w:r>
      <w:r>
        <w:rPr>
          <w:lang w:eastAsia="ko-KR"/>
        </w:rPr>
        <w:t xml:space="preserve"> </w:t>
      </w:r>
      <w:r>
        <w:rPr>
          <w:lang w:eastAsia="ko-KR"/>
        </w:rPr>
        <w:t>동의</w:t>
      </w:r>
      <w:r>
        <w:rPr>
          <w:lang w:eastAsia="ko-KR"/>
        </w:rPr>
        <w:t xml:space="preserve"> </w:t>
      </w:r>
      <w:r>
        <w:rPr>
          <w:lang w:eastAsia="ko-KR"/>
        </w:rPr>
        <w:t>없이</w:t>
      </w:r>
      <w:r>
        <w:rPr>
          <w:lang w:eastAsia="ko-KR"/>
        </w:rPr>
        <w:t xml:space="preserve"> </w:t>
      </w:r>
      <w:r>
        <w:rPr>
          <w:lang w:eastAsia="ko-KR"/>
        </w:rPr>
        <w:t>사실적으로</w:t>
      </w:r>
      <w:r>
        <w:rPr>
          <w:lang w:eastAsia="ko-KR"/>
        </w:rPr>
        <w:t xml:space="preserve"> </w:t>
      </w:r>
      <w:r>
        <w:rPr>
          <w:lang w:eastAsia="ko-KR"/>
        </w:rPr>
        <w:t>합성</w:t>
      </w:r>
      <w:r>
        <w:rPr>
          <w:lang w:eastAsia="ko-KR"/>
        </w:rPr>
        <w:t>·</w:t>
      </w:r>
      <w:r>
        <w:rPr>
          <w:lang w:eastAsia="ko-KR"/>
        </w:rPr>
        <w:t>모사한</w:t>
      </w:r>
      <w:r>
        <w:rPr>
          <w:lang w:eastAsia="ko-KR"/>
        </w:rPr>
        <w:t xml:space="preserve"> </w:t>
      </w:r>
      <w:proofErr w:type="spellStart"/>
      <w:r>
        <w:rPr>
          <w:lang w:eastAsia="ko-KR"/>
        </w:rPr>
        <w:t>딥페이크형</w:t>
      </w:r>
      <w:proofErr w:type="spellEnd"/>
      <w:r>
        <w:rPr>
          <w:lang w:eastAsia="ko-KR"/>
        </w:rPr>
        <w:t xml:space="preserve"> </w:t>
      </w:r>
      <w:r>
        <w:rPr>
          <w:lang w:eastAsia="ko-KR"/>
        </w:rPr>
        <w:t>콘텐츠는</w:t>
      </w:r>
      <w:r>
        <w:rPr>
          <w:lang w:eastAsia="ko-KR"/>
        </w:rPr>
        <w:t xml:space="preserve"> </w:t>
      </w:r>
      <w:r>
        <w:rPr>
          <w:lang w:eastAsia="ko-KR"/>
        </w:rPr>
        <w:t>출품을</w:t>
      </w:r>
      <w:r>
        <w:rPr>
          <w:lang w:eastAsia="ko-KR"/>
        </w:rPr>
        <w:t xml:space="preserve"> </w:t>
      </w:r>
      <w:r>
        <w:rPr>
          <w:lang w:eastAsia="ko-KR"/>
        </w:rPr>
        <w:t>제한할</w:t>
      </w:r>
      <w:r>
        <w:rPr>
          <w:lang w:eastAsia="ko-KR"/>
        </w:rPr>
        <w:t xml:space="preserve"> </w:t>
      </w:r>
      <w:r>
        <w:rPr>
          <w:lang w:eastAsia="ko-KR"/>
        </w:rPr>
        <w:t>수</w:t>
      </w:r>
      <w:r>
        <w:rPr>
          <w:lang w:eastAsia="ko-KR"/>
        </w:rPr>
        <w:t xml:space="preserve"> </w:t>
      </w:r>
      <w:r>
        <w:rPr>
          <w:lang w:eastAsia="ko-KR"/>
        </w:rPr>
        <w:t>있습니다</w:t>
      </w:r>
      <w:r>
        <w:rPr>
          <w:lang w:eastAsia="ko-KR"/>
        </w:rPr>
        <w:t>.</w:t>
      </w:r>
    </w:p>
    <w:p w14:paraId="3B1E73AF" w14:textId="77777777" w:rsidR="00D55C08" w:rsidRDefault="00000000">
      <w:pPr>
        <w:spacing w:before="20" w:after="20" w:line="312" w:lineRule="auto"/>
        <w:ind w:left="113" w:hanging="113"/>
        <w:rPr>
          <w:rFonts w:hint="eastAsia"/>
          <w:lang w:eastAsia="ko-KR"/>
        </w:rPr>
      </w:pPr>
      <w:r>
        <w:rPr>
          <w:b/>
          <w:lang w:eastAsia="ko-KR"/>
        </w:rPr>
        <w:t xml:space="preserve">○ </w:t>
      </w:r>
      <w:r>
        <w:rPr>
          <w:lang w:eastAsia="ko-KR"/>
        </w:rPr>
        <w:t>저작권이</w:t>
      </w:r>
      <w:r>
        <w:rPr>
          <w:lang w:eastAsia="ko-KR"/>
        </w:rPr>
        <w:t xml:space="preserve"> </w:t>
      </w:r>
      <w:r>
        <w:rPr>
          <w:lang w:eastAsia="ko-KR"/>
        </w:rPr>
        <w:t>있는</w:t>
      </w:r>
      <w:r>
        <w:rPr>
          <w:lang w:eastAsia="ko-KR"/>
        </w:rPr>
        <w:t xml:space="preserve"> </w:t>
      </w:r>
      <w:r>
        <w:rPr>
          <w:lang w:eastAsia="ko-KR"/>
        </w:rPr>
        <w:t>음악</w:t>
      </w:r>
      <w:r>
        <w:rPr>
          <w:lang w:eastAsia="ko-KR"/>
        </w:rPr>
        <w:t>·</w:t>
      </w:r>
      <w:r>
        <w:rPr>
          <w:lang w:eastAsia="ko-KR"/>
        </w:rPr>
        <w:t>영상</w:t>
      </w:r>
      <w:r>
        <w:rPr>
          <w:lang w:eastAsia="ko-KR"/>
        </w:rPr>
        <w:t>·</w:t>
      </w:r>
      <w:r>
        <w:rPr>
          <w:lang w:eastAsia="ko-KR"/>
        </w:rPr>
        <w:t>이미지</w:t>
      </w:r>
      <w:r>
        <w:rPr>
          <w:lang w:eastAsia="ko-KR"/>
        </w:rPr>
        <w:t>·</w:t>
      </w:r>
      <w:r>
        <w:rPr>
          <w:lang w:eastAsia="ko-KR"/>
        </w:rPr>
        <w:t>폰트</w:t>
      </w:r>
      <w:r>
        <w:rPr>
          <w:lang w:eastAsia="ko-KR"/>
        </w:rPr>
        <w:t>·</w:t>
      </w:r>
      <w:r>
        <w:rPr>
          <w:lang w:eastAsia="ko-KR"/>
        </w:rPr>
        <w:t>캐릭터</w:t>
      </w:r>
      <w:r>
        <w:rPr>
          <w:lang w:eastAsia="ko-KR"/>
        </w:rPr>
        <w:t xml:space="preserve"> </w:t>
      </w:r>
      <w:r>
        <w:rPr>
          <w:lang w:eastAsia="ko-KR"/>
        </w:rPr>
        <w:t>등을</w:t>
      </w:r>
      <w:r>
        <w:rPr>
          <w:lang w:eastAsia="ko-KR"/>
        </w:rPr>
        <w:t xml:space="preserve"> </w:t>
      </w:r>
      <w:r>
        <w:rPr>
          <w:lang w:eastAsia="ko-KR"/>
        </w:rPr>
        <w:t>사용할</w:t>
      </w:r>
      <w:r>
        <w:rPr>
          <w:lang w:eastAsia="ko-KR"/>
        </w:rPr>
        <w:t xml:space="preserve"> </w:t>
      </w:r>
      <w:r>
        <w:rPr>
          <w:lang w:eastAsia="ko-KR"/>
        </w:rPr>
        <w:t>경우</w:t>
      </w:r>
      <w:r>
        <w:rPr>
          <w:lang w:eastAsia="ko-KR"/>
        </w:rPr>
        <w:t xml:space="preserve"> </w:t>
      </w:r>
      <w:r>
        <w:rPr>
          <w:lang w:eastAsia="ko-KR"/>
        </w:rPr>
        <w:t>출품자가</w:t>
      </w:r>
      <w:r>
        <w:rPr>
          <w:lang w:eastAsia="ko-KR"/>
        </w:rPr>
        <w:t xml:space="preserve"> </w:t>
      </w:r>
      <w:r>
        <w:rPr>
          <w:lang w:eastAsia="ko-KR"/>
        </w:rPr>
        <w:t>직접</w:t>
      </w:r>
      <w:r>
        <w:rPr>
          <w:lang w:eastAsia="ko-KR"/>
        </w:rPr>
        <w:t xml:space="preserve"> </w:t>
      </w:r>
      <w:r>
        <w:rPr>
          <w:lang w:eastAsia="ko-KR"/>
        </w:rPr>
        <w:t>이용</w:t>
      </w:r>
      <w:r>
        <w:rPr>
          <w:lang w:eastAsia="ko-KR"/>
        </w:rPr>
        <w:t xml:space="preserve"> </w:t>
      </w:r>
      <w:r>
        <w:rPr>
          <w:lang w:eastAsia="ko-KR"/>
        </w:rPr>
        <w:t>권한을</w:t>
      </w:r>
      <w:r>
        <w:rPr>
          <w:lang w:eastAsia="ko-KR"/>
        </w:rPr>
        <w:t xml:space="preserve"> </w:t>
      </w:r>
      <w:r>
        <w:rPr>
          <w:lang w:eastAsia="ko-KR"/>
        </w:rPr>
        <w:t>확보해야</w:t>
      </w:r>
      <w:r>
        <w:rPr>
          <w:lang w:eastAsia="ko-KR"/>
        </w:rPr>
        <w:t xml:space="preserve"> </w:t>
      </w:r>
      <w:r>
        <w:rPr>
          <w:lang w:eastAsia="ko-KR"/>
        </w:rPr>
        <w:t>합니다</w:t>
      </w:r>
      <w:r>
        <w:rPr>
          <w:lang w:eastAsia="ko-KR"/>
        </w:rPr>
        <w:t>.</w:t>
      </w:r>
    </w:p>
    <w:p w14:paraId="1A48D313" w14:textId="77777777" w:rsidR="00D55C08" w:rsidRDefault="00000000">
      <w:pPr>
        <w:spacing w:before="20" w:after="20" w:line="312" w:lineRule="auto"/>
        <w:ind w:left="113" w:hanging="113"/>
        <w:rPr>
          <w:rFonts w:hint="eastAsia"/>
          <w:lang w:eastAsia="ko-KR"/>
        </w:rPr>
      </w:pPr>
      <w:r>
        <w:rPr>
          <w:b/>
          <w:lang w:eastAsia="ko-KR"/>
        </w:rPr>
        <w:t xml:space="preserve">○ </w:t>
      </w:r>
      <w:r>
        <w:rPr>
          <w:lang w:eastAsia="ko-KR"/>
        </w:rPr>
        <w:t>생성형</w:t>
      </w:r>
      <w:r>
        <w:rPr>
          <w:lang w:eastAsia="ko-KR"/>
        </w:rPr>
        <w:t xml:space="preserve"> AI </w:t>
      </w:r>
      <w:r>
        <w:rPr>
          <w:lang w:eastAsia="ko-KR"/>
        </w:rPr>
        <w:t>서비스의</w:t>
      </w:r>
      <w:r>
        <w:rPr>
          <w:lang w:eastAsia="ko-KR"/>
        </w:rPr>
        <w:t xml:space="preserve"> </w:t>
      </w:r>
      <w:r>
        <w:rPr>
          <w:lang w:eastAsia="ko-KR"/>
        </w:rPr>
        <w:t>이용약관과</w:t>
      </w:r>
      <w:r>
        <w:rPr>
          <w:lang w:eastAsia="ko-KR"/>
        </w:rPr>
        <w:t xml:space="preserve"> </w:t>
      </w:r>
      <w:r>
        <w:rPr>
          <w:lang w:eastAsia="ko-KR"/>
        </w:rPr>
        <w:t>상업적</w:t>
      </w:r>
      <w:r>
        <w:rPr>
          <w:lang w:eastAsia="ko-KR"/>
        </w:rPr>
        <w:t xml:space="preserve"> </w:t>
      </w:r>
      <w:r>
        <w:rPr>
          <w:lang w:eastAsia="ko-KR"/>
        </w:rPr>
        <w:t>이용</w:t>
      </w:r>
      <w:r>
        <w:rPr>
          <w:lang w:eastAsia="ko-KR"/>
        </w:rPr>
        <w:t xml:space="preserve"> </w:t>
      </w:r>
      <w:r>
        <w:rPr>
          <w:lang w:eastAsia="ko-KR"/>
        </w:rPr>
        <w:t>가능</w:t>
      </w:r>
      <w:r>
        <w:rPr>
          <w:lang w:eastAsia="ko-KR"/>
        </w:rPr>
        <w:t xml:space="preserve"> </w:t>
      </w:r>
      <w:r>
        <w:rPr>
          <w:lang w:eastAsia="ko-KR"/>
        </w:rPr>
        <w:t>범위를</w:t>
      </w:r>
      <w:r>
        <w:rPr>
          <w:lang w:eastAsia="ko-KR"/>
        </w:rPr>
        <w:t xml:space="preserve"> </w:t>
      </w:r>
      <w:r>
        <w:rPr>
          <w:lang w:eastAsia="ko-KR"/>
        </w:rPr>
        <w:t>출품자가</w:t>
      </w:r>
      <w:r>
        <w:rPr>
          <w:lang w:eastAsia="ko-KR"/>
        </w:rPr>
        <w:t xml:space="preserve"> </w:t>
      </w:r>
      <w:r>
        <w:rPr>
          <w:lang w:eastAsia="ko-KR"/>
        </w:rPr>
        <w:t>직접</w:t>
      </w:r>
      <w:r>
        <w:rPr>
          <w:lang w:eastAsia="ko-KR"/>
        </w:rPr>
        <w:t xml:space="preserve"> </w:t>
      </w:r>
      <w:r>
        <w:rPr>
          <w:lang w:eastAsia="ko-KR"/>
        </w:rPr>
        <w:t>확인해야</w:t>
      </w:r>
      <w:r>
        <w:rPr>
          <w:lang w:eastAsia="ko-KR"/>
        </w:rPr>
        <w:t xml:space="preserve"> </w:t>
      </w:r>
      <w:r>
        <w:rPr>
          <w:lang w:eastAsia="ko-KR"/>
        </w:rPr>
        <w:t>합니다</w:t>
      </w:r>
      <w:r>
        <w:rPr>
          <w:lang w:eastAsia="ko-KR"/>
        </w:rPr>
        <w:t>.</w:t>
      </w:r>
    </w:p>
    <w:p w14:paraId="76D632DA" w14:textId="77777777" w:rsidR="00D55C08" w:rsidRDefault="00000000">
      <w:pPr>
        <w:spacing w:before="20" w:after="20" w:line="312" w:lineRule="auto"/>
        <w:ind w:left="113" w:hanging="113"/>
        <w:rPr>
          <w:rFonts w:hint="eastAsia"/>
          <w:lang w:eastAsia="ko-KR"/>
        </w:rPr>
      </w:pPr>
      <w:r>
        <w:rPr>
          <w:b/>
          <w:lang w:eastAsia="ko-KR"/>
        </w:rPr>
        <w:t xml:space="preserve">○ </w:t>
      </w:r>
      <w:r>
        <w:rPr>
          <w:lang w:eastAsia="ko-KR"/>
        </w:rPr>
        <w:t>표절</w:t>
      </w:r>
      <w:r>
        <w:rPr>
          <w:lang w:eastAsia="ko-KR"/>
        </w:rPr>
        <w:t>·</w:t>
      </w:r>
      <w:r>
        <w:rPr>
          <w:lang w:eastAsia="ko-KR"/>
        </w:rPr>
        <w:t>도용</w:t>
      </w:r>
      <w:r>
        <w:rPr>
          <w:lang w:eastAsia="ko-KR"/>
        </w:rPr>
        <w:t>·</w:t>
      </w:r>
      <w:r>
        <w:rPr>
          <w:lang w:eastAsia="ko-KR"/>
        </w:rPr>
        <w:t>타</w:t>
      </w:r>
      <w:r>
        <w:rPr>
          <w:lang w:eastAsia="ko-KR"/>
        </w:rPr>
        <w:t xml:space="preserve"> </w:t>
      </w:r>
      <w:r>
        <w:rPr>
          <w:lang w:eastAsia="ko-KR"/>
        </w:rPr>
        <w:t>공모전</w:t>
      </w:r>
      <w:r>
        <w:rPr>
          <w:lang w:eastAsia="ko-KR"/>
        </w:rPr>
        <w:t xml:space="preserve"> </w:t>
      </w:r>
      <w:r>
        <w:rPr>
          <w:lang w:eastAsia="ko-KR"/>
        </w:rPr>
        <w:t>수상작</w:t>
      </w:r>
      <w:r>
        <w:rPr>
          <w:lang w:eastAsia="ko-KR"/>
        </w:rPr>
        <w:t xml:space="preserve"> </w:t>
      </w:r>
      <w:proofErr w:type="spellStart"/>
      <w:r>
        <w:rPr>
          <w:lang w:eastAsia="ko-KR"/>
        </w:rPr>
        <w:t>재출품</w:t>
      </w:r>
      <w:proofErr w:type="spellEnd"/>
      <w:r>
        <w:rPr>
          <w:lang w:eastAsia="ko-KR"/>
        </w:rPr>
        <w:t>·</w:t>
      </w:r>
      <w:r>
        <w:rPr>
          <w:lang w:eastAsia="ko-KR"/>
        </w:rPr>
        <w:t>허위</w:t>
      </w:r>
      <w:r>
        <w:rPr>
          <w:lang w:eastAsia="ko-KR"/>
        </w:rPr>
        <w:t xml:space="preserve"> AI </w:t>
      </w:r>
      <w:r>
        <w:rPr>
          <w:lang w:eastAsia="ko-KR"/>
        </w:rPr>
        <w:t>활용</w:t>
      </w:r>
      <w:r>
        <w:rPr>
          <w:lang w:eastAsia="ko-KR"/>
        </w:rPr>
        <w:t xml:space="preserve"> </w:t>
      </w:r>
      <w:r>
        <w:rPr>
          <w:lang w:eastAsia="ko-KR"/>
        </w:rPr>
        <w:t>내역</w:t>
      </w:r>
      <w:r>
        <w:rPr>
          <w:lang w:eastAsia="ko-KR"/>
        </w:rPr>
        <w:t>·</w:t>
      </w:r>
      <w:r>
        <w:rPr>
          <w:lang w:eastAsia="ko-KR"/>
        </w:rPr>
        <w:t>권리</w:t>
      </w:r>
      <w:r>
        <w:rPr>
          <w:lang w:eastAsia="ko-KR"/>
        </w:rPr>
        <w:t xml:space="preserve"> </w:t>
      </w:r>
      <w:r>
        <w:rPr>
          <w:lang w:eastAsia="ko-KR"/>
        </w:rPr>
        <w:t>침해가</w:t>
      </w:r>
      <w:r>
        <w:rPr>
          <w:lang w:eastAsia="ko-KR"/>
        </w:rPr>
        <w:t xml:space="preserve"> </w:t>
      </w:r>
      <w:r>
        <w:rPr>
          <w:lang w:eastAsia="ko-KR"/>
        </w:rPr>
        <w:t>확인될</w:t>
      </w:r>
      <w:r>
        <w:rPr>
          <w:lang w:eastAsia="ko-KR"/>
        </w:rPr>
        <w:t xml:space="preserve"> </w:t>
      </w:r>
      <w:r>
        <w:rPr>
          <w:lang w:eastAsia="ko-KR"/>
        </w:rPr>
        <w:t>경우</w:t>
      </w:r>
      <w:r>
        <w:rPr>
          <w:lang w:eastAsia="ko-KR"/>
        </w:rPr>
        <w:t xml:space="preserve"> </w:t>
      </w:r>
      <w:r>
        <w:rPr>
          <w:lang w:eastAsia="ko-KR"/>
        </w:rPr>
        <w:t>심사</w:t>
      </w:r>
      <w:r>
        <w:rPr>
          <w:lang w:eastAsia="ko-KR"/>
        </w:rPr>
        <w:t xml:space="preserve"> </w:t>
      </w:r>
      <w:r>
        <w:rPr>
          <w:lang w:eastAsia="ko-KR"/>
        </w:rPr>
        <w:t>제외</w:t>
      </w:r>
      <w:r>
        <w:rPr>
          <w:lang w:eastAsia="ko-KR"/>
        </w:rPr>
        <w:t xml:space="preserve"> </w:t>
      </w:r>
      <w:r>
        <w:rPr>
          <w:lang w:eastAsia="ko-KR"/>
        </w:rPr>
        <w:t>또는</w:t>
      </w:r>
      <w:r>
        <w:rPr>
          <w:lang w:eastAsia="ko-KR"/>
        </w:rPr>
        <w:t xml:space="preserve"> </w:t>
      </w:r>
      <w:r>
        <w:rPr>
          <w:lang w:eastAsia="ko-KR"/>
        </w:rPr>
        <w:t>수상</w:t>
      </w:r>
      <w:r>
        <w:rPr>
          <w:lang w:eastAsia="ko-KR"/>
        </w:rPr>
        <w:t xml:space="preserve"> </w:t>
      </w:r>
      <w:r>
        <w:rPr>
          <w:lang w:eastAsia="ko-KR"/>
        </w:rPr>
        <w:t>취소</w:t>
      </w:r>
      <w:r>
        <w:rPr>
          <w:lang w:eastAsia="ko-KR"/>
        </w:rPr>
        <w:t xml:space="preserve"> </w:t>
      </w:r>
      <w:r>
        <w:rPr>
          <w:lang w:eastAsia="ko-KR"/>
        </w:rPr>
        <w:t>및</w:t>
      </w:r>
      <w:r>
        <w:rPr>
          <w:lang w:eastAsia="ko-KR"/>
        </w:rPr>
        <w:t xml:space="preserve"> </w:t>
      </w:r>
      <w:r>
        <w:rPr>
          <w:lang w:eastAsia="ko-KR"/>
        </w:rPr>
        <w:t>상금</w:t>
      </w:r>
      <w:r>
        <w:rPr>
          <w:lang w:eastAsia="ko-KR"/>
        </w:rPr>
        <w:t xml:space="preserve"> </w:t>
      </w:r>
      <w:r>
        <w:rPr>
          <w:lang w:eastAsia="ko-KR"/>
        </w:rPr>
        <w:t>환수</w:t>
      </w:r>
      <w:r>
        <w:rPr>
          <w:lang w:eastAsia="ko-KR"/>
        </w:rPr>
        <w:t xml:space="preserve"> </w:t>
      </w:r>
      <w:r>
        <w:rPr>
          <w:lang w:eastAsia="ko-KR"/>
        </w:rPr>
        <w:t>조치가</w:t>
      </w:r>
      <w:r>
        <w:rPr>
          <w:lang w:eastAsia="ko-KR"/>
        </w:rPr>
        <w:t xml:space="preserve"> </w:t>
      </w:r>
      <w:r>
        <w:rPr>
          <w:lang w:eastAsia="ko-KR"/>
        </w:rPr>
        <w:t>이뤄질</w:t>
      </w:r>
      <w:r>
        <w:rPr>
          <w:lang w:eastAsia="ko-KR"/>
        </w:rPr>
        <w:t xml:space="preserve"> </w:t>
      </w:r>
      <w:r>
        <w:rPr>
          <w:lang w:eastAsia="ko-KR"/>
        </w:rPr>
        <w:t>수</w:t>
      </w:r>
      <w:r>
        <w:rPr>
          <w:lang w:eastAsia="ko-KR"/>
        </w:rPr>
        <w:t xml:space="preserve"> </w:t>
      </w:r>
      <w:r>
        <w:rPr>
          <w:lang w:eastAsia="ko-KR"/>
        </w:rPr>
        <w:t>있습니다</w:t>
      </w:r>
      <w:r>
        <w:rPr>
          <w:lang w:eastAsia="ko-KR"/>
        </w:rPr>
        <w:t>.</w:t>
      </w:r>
    </w:p>
    <w:p w14:paraId="1269C2D2" w14:textId="77777777" w:rsidR="00D55C08" w:rsidRDefault="00000000">
      <w:pPr>
        <w:spacing w:before="20" w:after="20" w:line="312" w:lineRule="auto"/>
        <w:ind w:left="113" w:hanging="113"/>
        <w:rPr>
          <w:rFonts w:hint="eastAsia"/>
          <w:lang w:eastAsia="ko-KR"/>
        </w:rPr>
      </w:pPr>
      <w:r>
        <w:rPr>
          <w:b/>
          <w:lang w:eastAsia="ko-KR"/>
        </w:rPr>
        <w:t xml:space="preserve">○ </w:t>
      </w:r>
      <w:r>
        <w:rPr>
          <w:lang w:eastAsia="ko-KR"/>
        </w:rPr>
        <w:t>작품</w:t>
      </w:r>
      <w:r>
        <w:rPr>
          <w:lang w:eastAsia="ko-KR"/>
        </w:rPr>
        <w:t xml:space="preserve"> </w:t>
      </w:r>
      <w:r>
        <w:rPr>
          <w:lang w:eastAsia="ko-KR"/>
        </w:rPr>
        <w:t>내용</w:t>
      </w:r>
      <w:r>
        <w:rPr>
          <w:lang w:eastAsia="ko-KR"/>
        </w:rPr>
        <w:t xml:space="preserve"> </w:t>
      </w:r>
      <w:r>
        <w:rPr>
          <w:lang w:eastAsia="ko-KR"/>
        </w:rPr>
        <w:t>중</w:t>
      </w:r>
      <w:r>
        <w:rPr>
          <w:lang w:eastAsia="ko-KR"/>
        </w:rPr>
        <w:t xml:space="preserve"> </w:t>
      </w:r>
      <w:r>
        <w:rPr>
          <w:lang w:eastAsia="ko-KR"/>
        </w:rPr>
        <w:t>탄소소재의</w:t>
      </w:r>
      <w:r>
        <w:rPr>
          <w:lang w:eastAsia="ko-KR"/>
        </w:rPr>
        <w:t xml:space="preserve"> </w:t>
      </w:r>
      <w:r>
        <w:rPr>
          <w:lang w:eastAsia="ko-KR"/>
        </w:rPr>
        <w:t>성능</w:t>
      </w:r>
      <w:r>
        <w:rPr>
          <w:lang w:eastAsia="ko-KR"/>
        </w:rPr>
        <w:t>·</w:t>
      </w:r>
      <w:r>
        <w:rPr>
          <w:lang w:eastAsia="ko-KR"/>
        </w:rPr>
        <w:t>활용</w:t>
      </w:r>
      <w:r>
        <w:rPr>
          <w:lang w:eastAsia="ko-KR"/>
        </w:rPr>
        <w:t>·</w:t>
      </w:r>
      <w:r>
        <w:rPr>
          <w:lang w:eastAsia="ko-KR"/>
        </w:rPr>
        <w:t>산업</w:t>
      </w:r>
      <w:r>
        <w:rPr>
          <w:lang w:eastAsia="ko-KR"/>
        </w:rPr>
        <w:t xml:space="preserve"> </w:t>
      </w:r>
      <w:r>
        <w:rPr>
          <w:lang w:eastAsia="ko-KR"/>
        </w:rPr>
        <w:t>정보를</w:t>
      </w:r>
      <w:r>
        <w:rPr>
          <w:lang w:eastAsia="ko-KR"/>
        </w:rPr>
        <w:t xml:space="preserve"> </w:t>
      </w:r>
      <w:r>
        <w:rPr>
          <w:lang w:eastAsia="ko-KR"/>
        </w:rPr>
        <w:t>사실과</w:t>
      </w:r>
      <w:r>
        <w:rPr>
          <w:lang w:eastAsia="ko-KR"/>
        </w:rPr>
        <w:t xml:space="preserve"> </w:t>
      </w:r>
      <w:r>
        <w:rPr>
          <w:lang w:eastAsia="ko-KR"/>
        </w:rPr>
        <w:t>다르게</w:t>
      </w:r>
      <w:r>
        <w:rPr>
          <w:lang w:eastAsia="ko-KR"/>
        </w:rPr>
        <w:t xml:space="preserve"> </w:t>
      </w:r>
      <w:r>
        <w:rPr>
          <w:lang w:eastAsia="ko-KR"/>
        </w:rPr>
        <w:t>과장하거나</w:t>
      </w:r>
      <w:r>
        <w:rPr>
          <w:lang w:eastAsia="ko-KR"/>
        </w:rPr>
        <w:t xml:space="preserve">, </w:t>
      </w:r>
      <w:r>
        <w:rPr>
          <w:lang w:eastAsia="ko-KR"/>
        </w:rPr>
        <w:t>탄소</w:t>
      </w:r>
      <w:r>
        <w:rPr>
          <w:lang w:eastAsia="ko-KR"/>
        </w:rPr>
        <w:t>(C)·</w:t>
      </w:r>
      <w:r>
        <w:rPr>
          <w:lang w:eastAsia="ko-KR"/>
        </w:rPr>
        <w:t>이산화탄소</w:t>
      </w:r>
      <w:r>
        <w:rPr>
          <w:lang w:eastAsia="ko-KR"/>
        </w:rPr>
        <w:t>(CO₂)·</w:t>
      </w:r>
      <w:r>
        <w:rPr>
          <w:lang w:eastAsia="ko-KR"/>
        </w:rPr>
        <w:t>탄소중립</w:t>
      </w:r>
      <w:r>
        <w:rPr>
          <w:lang w:eastAsia="ko-KR"/>
        </w:rPr>
        <w:t xml:space="preserve"> </w:t>
      </w:r>
      <w:r>
        <w:rPr>
          <w:lang w:eastAsia="ko-KR"/>
        </w:rPr>
        <w:t>개념을</w:t>
      </w:r>
      <w:r>
        <w:rPr>
          <w:lang w:eastAsia="ko-KR"/>
        </w:rPr>
        <w:t xml:space="preserve"> </w:t>
      </w:r>
      <w:r>
        <w:rPr>
          <w:lang w:eastAsia="ko-KR"/>
        </w:rPr>
        <w:t>혼동해</w:t>
      </w:r>
      <w:r>
        <w:rPr>
          <w:lang w:eastAsia="ko-KR"/>
        </w:rPr>
        <w:t xml:space="preserve"> </w:t>
      </w:r>
      <w:r>
        <w:rPr>
          <w:lang w:eastAsia="ko-KR"/>
        </w:rPr>
        <w:t>잘못된</w:t>
      </w:r>
      <w:r>
        <w:rPr>
          <w:lang w:eastAsia="ko-KR"/>
        </w:rPr>
        <w:t xml:space="preserve"> </w:t>
      </w:r>
      <w:r>
        <w:rPr>
          <w:lang w:eastAsia="ko-KR"/>
        </w:rPr>
        <w:t>정보를</w:t>
      </w:r>
      <w:r>
        <w:rPr>
          <w:lang w:eastAsia="ko-KR"/>
        </w:rPr>
        <w:t xml:space="preserve"> </w:t>
      </w:r>
      <w:r>
        <w:rPr>
          <w:lang w:eastAsia="ko-KR"/>
        </w:rPr>
        <w:t>전달하지</w:t>
      </w:r>
      <w:r>
        <w:rPr>
          <w:lang w:eastAsia="ko-KR"/>
        </w:rPr>
        <w:t xml:space="preserve"> </w:t>
      </w:r>
      <w:r>
        <w:rPr>
          <w:lang w:eastAsia="ko-KR"/>
        </w:rPr>
        <w:t>않도록</w:t>
      </w:r>
      <w:r>
        <w:rPr>
          <w:lang w:eastAsia="ko-KR"/>
        </w:rPr>
        <w:t xml:space="preserve"> </w:t>
      </w:r>
      <w:r>
        <w:rPr>
          <w:lang w:eastAsia="ko-KR"/>
        </w:rPr>
        <w:t>주의해야</w:t>
      </w:r>
      <w:r>
        <w:rPr>
          <w:lang w:eastAsia="ko-KR"/>
        </w:rPr>
        <w:t xml:space="preserve"> </w:t>
      </w:r>
      <w:r>
        <w:rPr>
          <w:lang w:eastAsia="ko-KR"/>
        </w:rPr>
        <w:t>합니다</w:t>
      </w:r>
      <w:r>
        <w:rPr>
          <w:lang w:eastAsia="ko-KR"/>
        </w:rPr>
        <w:t>.</w:t>
      </w:r>
    </w:p>
    <w:p w14:paraId="7E639BDF" w14:textId="77777777" w:rsidR="00D55C08" w:rsidRDefault="00000000">
      <w:pPr>
        <w:spacing w:before="20" w:after="20" w:line="312" w:lineRule="auto"/>
        <w:ind w:left="113" w:hanging="113"/>
        <w:rPr>
          <w:rFonts w:hint="eastAsia"/>
          <w:lang w:eastAsia="ko-KR"/>
        </w:rPr>
      </w:pPr>
      <w:r>
        <w:rPr>
          <w:b/>
          <w:lang w:eastAsia="ko-KR"/>
        </w:rPr>
        <w:t xml:space="preserve">○ </w:t>
      </w:r>
      <w:r>
        <w:rPr>
          <w:lang w:eastAsia="ko-KR"/>
        </w:rPr>
        <w:t>기관</w:t>
      </w:r>
      <w:r>
        <w:rPr>
          <w:lang w:eastAsia="ko-KR"/>
        </w:rPr>
        <w:t xml:space="preserve"> </w:t>
      </w:r>
      <w:r>
        <w:rPr>
          <w:lang w:eastAsia="ko-KR"/>
        </w:rPr>
        <w:t>또는</w:t>
      </w:r>
      <w:r>
        <w:rPr>
          <w:lang w:eastAsia="ko-KR"/>
        </w:rPr>
        <w:t xml:space="preserve"> </w:t>
      </w:r>
      <w:r>
        <w:rPr>
          <w:lang w:eastAsia="ko-KR"/>
        </w:rPr>
        <w:t>특정</w:t>
      </w:r>
      <w:r>
        <w:rPr>
          <w:lang w:eastAsia="ko-KR"/>
        </w:rPr>
        <w:t xml:space="preserve"> </w:t>
      </w:r>
      <w:r>
        <w:rPr>
          <w:lang w:eastAsia="ko-KR"/>
        </w:rPr>
        <w:t>기업</w:t>
      </w:r>
      <w:r>
        <w:rPr>
          <w:lang w:eastAsia="ko-KR"/>
        </w:rPr>
        <w:t>·</w:t>
      </w:r>
      <w:r>
        <w:rPr>
          <w:lang w:eastAsia="ko-KR"/>
        </w:rPr>
        <w:t>제품을</w:t>
      </w:r>
      <w:r>
        <w:rPr>
          <w:lang w:eastAsia="ko-KR"/>
        </w:rPr>
        <w:t xml:space="preserve"> </w:t>
      </w:r>
      <w:r>
        <w:rPr>
          <w:lang w:eastAsia="ko-KR"/>
        </w:rPr>
        <w:t>사실과</w:t>
      </w:r>
      <w:r>
        <w:rPr>
          <w:lang w:eastAsia="ko-KR"/>
        </w:rPr>
        <w:t xml:space="preserve"> </w:t>
      </w:r>
      <w:r>
        <w:rPr>
          <w:lang w:eastAsia="ko-KR"/>
        </w:rPr>
        <w:t>다르게</w:t>
      </w:r>
      <w:r>
        <w:rPr>
          <w:lang w:eastAsia="ko-KR"/>
        </w:rPr>
        <w:t xml:space="preserve"> </w:t>
      </w:r>
      <w:proofErr w:type="spellStart"/>
      <w:r>
        <w:rPr>
          <w:lang w:eastAsia="ko-KR"/>
        </w:rPr>
        <w:t>오인시키는</w:t>
      </w:r>
      <w:proofErr w:type="spellEnd"/>
      <w:r>
        <w:rPr>
          <w:lang w:eastAsia="ko-KR"/>
        </w:rPr>
        <w:t xml:space="preserve"> </w:t>
      </w:r>
      <w:r>
        <w:rPr>
          <w:lang w:eastAsia="ko-KR"/>
        </w:rPr>
        <w:t>표현</w:t>
      </w:r>
      <w:r>
        <w:rPr>
          <w:lang w:eastAsia="ko-KR"/>
        </w:rPr>
        <w:t xml:space="preserve">, </w:t>
      </w:r>
      <w:r>
        <w:rPr>
          <w:lang w:eastAsia="ko-KR"/>
        </w:rPr>
        <w:t>혐오</w:t>
      </w:r>
      <w:r>
        <w:rPr>
          <w:lang w:eastAsia="ko-KR"/>
        </w:rPr>
        <w:t>·</w:t>
      </w:r>
      <w:r>
        <w:rPr>
          <w:lang w:eastAsia="ko-KR"/>
        </w:rPr>
        <w:t>차별</w:t>
      </w:r>
      <w:r>
        <w:rPr>
          <w:lang w:eastAsia="ko-KR"/>
        </w:rPr>
        <w:t>·</w:t>
      </w:r>
      <w:r>
        <w:rPr>
          <w:lang w:eastAsia="ko-KR"/>
        </w:rPr>
        <w:t>폭력</w:t>
      </w:r>
      <w:r>
        <w:rPr>
          <w:lang w:eastAsia="ko-KR"/>
        </w:rPr>
        <w:t>·</w:t>
      </w:r>
      <w:r>
        <w:rPr>
          <w:lang w:eastAsia="ko-KR"/>
        </w:rPr>
        <w:t>선정적</w:t>
      </w:r>
      <w:r>
        <w:rPr>
          <w:lang w:eastAsia="ko-KR"/>
        </w:rPr>
        <w:t xml:space="preserve"> </w:t>
      </w:r>
      <w:r>
        <w:rPr>
          <w:lang w:eastAsia="ko-KR"/>
        </w:rPr>
        <w:t>표현</w:t>
      </w:r>
      <w:r>
        <w:rPr>
          <w:lang w:eastAsia="ko-KR"/>
        </w:rPr>
        <w:t xml:space="preserve">, </w:t>
      </w:r>
      <w:r>
        <w:rPr>
          <w:lang w:eastAsia="ko-KR"/>
        </w:rPr>
        <w:t>불법행위를</w:t>
      </w:r>
      <w:r>
        <w:rPr>
          <w:lang w:eastAsia="ko-KR"/>
        </w:rPr>
        <w:t xml:space="preserve"> </w:t>
      </w:r>
      <w:r>
        <w:rPr>
          <w:lang w:eastAsia="ko-KR"/>
        </w:rPr>
        <w:t>조장하는</w:t>
      </w:r>
      <w:r>
        <w:rPr>
          <w:lang w:eastAsia="ko-KR"/>
        </w:rPr>
        <w:t xml:space="preserve"> </w:t>
      </w:r>
      <w:r>
        <w:rPr>
          <w:lang w:eastAsia="ko-KR"/>
        </w:rPr>
        <w:t>내용은</w:t>
      </w:r>
      <w:r>
        <w:rPr>
          <w:lang w:eastAsia="ko-KR"/>
        </w:rPr>
        <w:t xml:space="preserve"> </w:t>
      </w:r>
      <w:r>
        <w:rPr>
          <w:lang w:eastAsia="ko-KR"/>
        </w:rPr>
        <w:t>심사</w:t>
      </w:r>
      <w:r>
        <w:rPr>
          <w:lang w:eastAsia="ko-KR"/>
        </w:rPr>
        <w:t xml:space="preserve"> </w:t>
      </w:r>
      <w:r>
        <w:rPr>
          <w:lang w:eastAsia="ko-KR"/>
        </w:rPr>
        <w:t>대상에서</w:t>
      </w:r>
      <w:r>
        <w:rPr>
          <w:lang w:eastAsia="ko-KR"/>
        </w:rPr>
        <w:t xml:space="preserve"> </w:t>
      </w:r>
      <w:r>
        <w:rPr>
          <w:lang w:eastAsia="ko-KR"/>
        </w:rPr>
        <w:t>제외될</w:t>
      </w:r>
      <w:r>
        <w:rPr>
          <w:lang w:eastAsia="ko-KR"/>
        </w:rPr>
        <w:t xml:space="preserve"> </w:t>
      </w:r>
      <w:r>
        <w:rPr>
          <w:lang w:eastAsia="ko-KR"/>
        </w:rPr>
        <w:t>수</w:t>
      </w:r>
      <w:r>
        <w:rPr>
          <w:lang w:eastAsia="ko-KR"/>
        </w:rPr>
        <w:t xml:space="preserve"> </w:t>
      </w:r>
      <w:r>
        <w:rPr>
          <w:lang w:eastAsia="ko-KR"/>
        </w:rPr>
        <w:t>있습니다</w:t>
      </w:r>
      <w:r>
        <w:rPr>
          <w:lang w:eastAsia="ko-KR"/>
        </w:rPr>
        <w:t>.</w:t>
      </w:r>
    </w:p>
    <w:p w14:paraId="4E5FB2F2" w14:textId="77777777" w:rsidR="00D55C08" w:rsidRDefault="00000000">
      <w:pPr>
        <w:spacing w:before="20" w:after="20" w:line="312" w:lineRule="auto"/>
        <w:ind w:left="113" w:hanging="113"/>
        <w:rPr>
          <w:rFonts w:hint="eastAsia"/>
          <w:lang w:eastAsia="ko-KR"/>
        </w:rPr>
      </w:pPr>
      <w:r>
        <w:rPr>
          <w:b/>
          <w:lang w:eastAsia="ko-KR"/>
        </w:rPr>
        <w:t xml:space="preserve">○ </w:t>
      </w:r>
      <w:r>
        <w:rPr>
          <w:lang w:eastAsia="ko-KR"/>
        </w:rPr>
        <w:t>수상작의</w:t>
      </w:r>
      <w:r>
        <w:rPr>
          <w:lang w:eastAsia="ko-KR"/>
        </w:rPr>
        <w:t xml:space="preserve"> </w:t>
      </w:r>
      <w:r>
        <w:rPr>
          <w:lang w:eastAsia="ko-KR"/>
        </w:rPr>
        <w:t>저작권은</w:t>
      </w:r>
      <w:r>
        <w:rPr>
          <w:lang w:eastAsia="ko-KR"/>
        </w:rPr>
        <w:t xml:space="preserve"> </w:t>
      </w:r>
      <w:r>
        <w:rPr>
          <w:lang w:eastAsia="ko-KR"/>
        </w:rPr>
        <w:t>원칙적으로</w:t>
      </w:r>
      <w:r>
        <w:rPr>
          <w:lang w:eastAsia="ko-KR"/>
        </w:rPr>
        <w:t xml:space="preserve"> </w:t>
      </w:r>
      <w:r>
        <w:rPr>
          <w:lang w:eastAsia="ko-KR"/>
        </w:rPr>
        <w:t>창작자에게</w:t>
      </w:r>
      <w:r>
        <w:rPr>
          <w:lang w:eastAsia="ko-KR"/>
        </w:rPr>
        <w:t xml:space="preserve"> </w:t>
      </w:r>
      <w:r>
        <w:rPr>
          <w:lang w:eastAsia="ko-KR"/>
        </w:rPr>
        <w:t>있으며</w:t>
      </w:r>
      <w:r>
        <w:rPr>
          <w:lang w:eastAsia="ko-KR"/>
        </w:rPr>
        <w:t xml:space="preserve">, </w:t>
      </w:r>
      <w:proofErr w:type="spellStart"/>
      <w:r>
        <w:rPr>
          <w:lang w:eastAsia="ko-KR"/>
        </w:rPr>
        <w:t>한국탄소산업진흥원은</w:t>
      </w:r>
      <w:proofErr w:type="spellEnd"/>
      <w:r>
        <w:rPr>
          <w:lang w:eastAsia="ko-KR"/>
        </w:rPr>
        <w:t xml:space="preserve"> </w:t>
      </w:r>
      <w:r>
        <w:rPr>
          <w:lang w:eastAsia="ko-KR"/>
        </w:rPr>
        <w:t>수상작을</w:t>
      </w:r>
      <w:r>
        <w:rPr>
          <w:lang w:eastAsia="ko-KR"/>
        </w:rPr>
        <w:t xml:space="preserve"> </w:t>
      </w:r>
      <w:r>
        <w:rPr>
          <w:lang w:eastAsia="ko-KR"/>
        </w:rPr>
        <w:t>공모전</w:t>
      </w:r>
      <w:r>
        <w:rPr>
          <w:lang w:eastAsia="ko-KR"/>
        </w:rPr>
        <w:t xml:space="preserve"> </w:t>
      </w:r>
      <w:r>
        <w:rPr>
          <w:lang w:eastAsia="ko-KR"/>
        </w:rPr>
        <w:t>및</w:t>
      </w:r>
      <w:r>
        <w:rPr>
          <w:lang w:eastAsia="ko-KR"/>
        </w:rPr>
        <w:t xml:space="preserve"> </w:t>
      </w:r>
      <w:r>
        <w:rPr>
          <w:lang w:eastAsia="ko-KR"/>
        </w:rPr>
        <w:t>탄소산업</w:t>
      </w:r>
      <w:r>
        <w:rPr>
          <w:lang w:eastAsia="ko-KR"/>
        </w:rPr>
        <w:t xml:space="preserve"> </w:t>
      </w:r>
      <w:r>
        <w:rPr>
          <w:lang w:eastAsia="ko-KR"/>
        </w:rPr>
        <w:t>홍보를</w:t>
      </w:r>
      <w:r>
        <w:rPr>
          <w:lang w:eastAsia="ko-KR"/>
        </w:rPr>
        <w:t xml:space="preserve"> </w:t>
      </w:r>
      <w:r>
        <w:rPr>
          <w:lang w:eastAsia="ko-KR"/>
        </w:rPr>
        <w:t>위한</w:t>
      </w:r>
      <w:r>
        <w:rPr>
          <w:lang w:eastAsia="ko-KR"/>
        </w:rPr>
        <w:t xml:space="preserve"> </w:t>
      </w:r>
      <w:r>
        <w:rPr>
          <w:lang w:eastAsia="ko-KR"/>
        </w:rPr>
        <w:t>기관</w:t>
      </w:r>
      <w:r>
        <w:rPr>
          <w:lang w:eastAsia="ko-KR"/>
        </w:rPr>
        <w:t xml:space="preserve"> SNS, </w:t>
      </w:r>
      <w:r>
        <w:rPr>
          <w:lang w:eastAsia="ko-KR"/>
        </w:rPr>
        <w:t>홈페이지</w:t>
      </w:r>
      <w:r>
        <w:rPr>
          <w:lang w:eastAsia="ko-KR"/>
        </w:rPr>
        <w:t xml:space="preserve">, </w:t>
      </w:r>
      <w:r>
        <w:rPr>
          <w:lang w:eastAsia="ko-KR"/>
        </w:rPr>
        <w:t>행사</w:t>
      </w:r>
      <w:r>
        <w:rPr>
          <w:lang w:eastAsia="ko-KR"/>
        </w:rPr>
        <w:t xml:space="preserve"> </w:t>
      </w:r>
      <w:r>
        <w:rPr>
          <w:lang w:eastAsia="ko-KR"/>
        </w:rPr>
        <w:t>전시</w:t>
      </w:r>
      <w:r>
        <w:rPr>
          <w:lang w:eastAsia="ko-KR"/>
        </w:rPr>
        <w:t xml:space="preserve">, </w:t>
      </w:r>
      <w:r>
        <w:rPr>
          <w:lang w:eastAsia="ko-KR"/>
        </w:rPr>
        <w:t>보도</w:t>
      </w:r>
      <w:r>
        <w:rPr>
          <w:lang w:eastAsia="ko-KR"/>
        </w:rPr>
        <w:t>·</w:t>
      </w:r>
      <w:r>
        <w:rPr>
          <w:lang w:eastAsia="ko-KR"/>
        </w:rPr>
        <w:t>홍보물</w:t>
      </w:r>
      <w:r>
        <w:rPr>
          <w:lang w:eastAsia="ko-KR"/>
        </w:rPr>
        <w:t xml:space="preserve"> </w:t>
      </w:r>
      <w:r>
        <w:rPr>
          <w:lang w:eastAsia="ko-KR"/>
        </w:rPr>
        <w:t>등에</w:t>
      </w:r>
      <w:r>
        <w:rPr>
          <w:lang w:eastAsia="ko-KR"/>
        </w:rPr>
        <w:t xml:space="preserve"> </w:t>
      </w:r>
      <w:r>
        <w:rPr>
          <w:lang w:eastAsia="ko-KR"/>
        </w:rPr>
        <w:t>비독점적으로</w:t>
      </w:r>
      <w:r>
        <w:rPr>
          <w:lang w:eastAsia="ko-KR"/>
        </w:rPr>
        <w:t xml:space="preserve"> </w:t>
      </w:r>
      <w:r>
        <w:rPr>
          <w:lang w:eastAsia="ko-KR"/>
        </w:rPr>
        <w:t>활용할</w:t>
      </w:r>
      <w:r>
        <w:rPr>
          <w:lang w:eastAsia="ko-KR"/>
        </w:rPr>
        <w:t xml:space="preserve"> </w:t>
      </w:r>
      <w:r>
        <w:rPr>
          <w:lang w:eastAsia="ko-KR"/>
        </w:rPr>
        <w:t>수</w:t>
      </w:r>
      <w:r>
        <w:rPr>
          <w:lang w:eastAsia="ko-KR"/>
        </w:rPr>
        <w:t xml:space="preserve"> </w:t>
      </w:r>
      <w:r>
        <w:rPr>
          <w:lang w:eastAsia="ko-KR"/>
        </w:rPr>
        <w:t>있습니다</w:t>
      </w:r>
      <w:r>
        <w:rPr>
          <w:lang w:eastAsia="ko-KR"/>
        </w:rPr>
        <w:t xml:space="preserve">. </w:t>
      </w:r>
      <w:r>
        <w:rPr>
          <w:lang w:eastAsia="ko-KR"/>
        </w:rPr>
        <w:t>편집</w:t>
      </w:r>
      <w:r>
        <w:rPr>
          <w:lang w:eastAsia="ko-KR"/>
        </w:rPr>
        <w:t>·</w:t>
      </w:r>
      <w:r>
        <w:rPr>
          <w:lang w:eastAsia="ko-KR"/>
        </w:rPr>
        <w:t>재가공이</w:t>
      </w:r>
      <w:r>
        <w:rPr>
          <w:lang w:eastAsia="ko-KR"/>
        </w:rPr>
        <w:t xml:space="preserve"> </w:t>
      </w:r>
      <w:r>
        <w:rPr>
          <w:lang w:eastAsia="ko-KR"/>
        </w:rPr>
        <w:t>필요한</w:t>
      </w:r>
      <w:r>
        <w:rPr>
          <w:lang w:eastAsia="ko-KR"/>
        </w:rPr>
        <w:t xml:space="preserve"> </w:t>
      </w:r>
      <w:r>
        <w:rPr>
          <w:lang w:eastAsia="ko-KR"/>
        </w:rPr>
        <w:t>경우</w:t>
      </w:r>
      <w:r>
        <w:rPr>
          <w:lang w:eastAsia="ko-KR"/>
        </w:rPr>
        <w:t xml:space="preserve"> </w:t>
      </w:r>
      <w:r>
        <w:rPr>
          <w:lang w:eastAsia="ko-KR"/>
        </w:rPr>
        <w:t>작품의</w:t>
      </w:r>
      <w:r>
        <w:rPr>
          <w:lang w:eastAsia="ko-KR"/>
        </w:rPr>
        <w:t xml:space="preserve"> </w:t>
      </w:r>
      <w:r>
        <w:rPr>
          <w:lang w:eastAsia="ko-KR"/>
        </w:rPr>
        <w:t>본질을</w:t>
      </w:r>
      <w:r>
        <w:rPr>
          <w:lang w:eastAsia="ko-KR"/>
        </w:rPr>
        <w:t xml:space="preserve"> </w:t>
      </w:r>
      <w:r>
        <w:rPr>
          <w:lang w:eastAsia="ko-KR"/>
        </w:rPr>
        <w:t>훼손하지</w:t>
      </w:r>
      <w:r>
        <w:rPr>
          <w:lang w:eastAsia="ko-KR"/>
        </w:rPr>
        <w:t xml:space="preserve"> </w:t>
      </w:r>
      <w:r>
        <w:rPr>
          <w:lang w:eastAsia="ko-KR"/>
        </w:rPr>
        <w:t>않는</w:t>
      </w:r>
      <w:r>
        <w:rPr>
          <w:lang w:eastAsia="ko-KR"/>
        </w:rPr>
        <w:t xml:space="preserve"> </w:t>
      </w:r>
      <w:r>
        <w:rPr>
          <w:lang w:eastAsia="ko-KR"/>
        </w:rPr>
        <w:t>범위에서</w:t>
      </w:r>
      <w:r>
        <w:rPr>
          <w:lang w:eastAsia="ko-KR"/>
        </w:rPr>
        <w:t xml:space="preserve"> </w:t>
      </w:r>
      <w:r>
        <w:rPr>
          <w:lang w:eastAsia="ko-KR"/>
        </w:rPr>
        <w:t>활용할</w:t>
      </w:r>
      <w:r>
        <w:rPr>
          <w:lang w:eastAsia="ko-KR"/>
        </w:rPr>
        <w:t xml:space="preserve"> </w:t>
      </w:r>
      <w:r>
        <w:rPr>
          <w:lang w:eastAsia="ko-KR"/>
        </w:rPr>
        <w:t>수</w:t>
      </w:r>
      <w:r>
        <w:rPr>
          <w:lang w:eastAsia="ko-KR"/>
        </w:rPr>
        <w:t xml:space="preserve"> </w:t>
      </w:r>
      <w:r>
        <w:rPr>
          <w:lang w:eastAsia="ko-KR"/>
        </w:rPr>
        <w:t>있습니다</w:t>
      </w:r>
      <w:r>
        <w:rPr>
          <w:lang w:eastAsia="ko-KR"/>
        </w:rPr>
        <w:t>.</w:t>
      </w:r>
    </w:p>
    <w:p w14:paraId="4860CE59" w14:textId="77777777" w:rsidR="00D55C08" w:rsidRDefault="00000000">
      <w:pPr>
        <w:spacing w:before="20" w:after="20" w:line="312" w:lineRule="auto"/>
        <w:ind w:left="113" w:hanging="113"/>
        <w:rPr>
          <w:rFonts w:hint="eastAsia"/>
          <w:lang w:eastAsia="ko-KR"/>
        </w:rPr>
      </w:pPr>
      <w:r>
        <w:rPr>
          <w:b/>
          <w:lang w:eastAsia="ko-KR"/>
        </w:rPr>
        <w:t xml:space="preserve">○ </w:t>
      </w:r>
      <w:r>
        <w:rPr>
          <w:lang w:eastAsia="ko-KR"/>
        </w:rPr>
        <w:t>출품자는</w:t>
      </w:r>
      <w:r>
        <w:rPr>
          <w:lang w:eastAsia="ko-KR"/>
        </w:rPr>
        <w:t xml:space="preserve"> </w:t>
      </w:r>
      <w:r>
        <w:rPr>
          <w:lang w:eastAsia="ko-KR"/>
        </w:rPr>
        <w:t>필요</w:t>
      </w:r>
      <w:r>
        <w:rPr>
          <w:lang w:eastAsia="ko-KR"/>
        </w:rPr>
        <w:t xml:space="preserve"> </w:t>
      </w:r>
      <w:r>
        <w:rPr>
          <w:lang w:eastAsia="ko-KR"/>
        </w:rPr>
        <w:t>시</w:t>
      </w:r>
      <w:r>
        <w:rPr>
          <w:lang w:eastAsia="ko-KR"/>
        </w:rPr>
        <w:t xml:space="preserve"> </w:t>
      </w:r>
      <w:r>
        <w:rPr>
          <w:lang w:eastAsia="ko-KR"/>
        </w:rPr>
        <w:t>수상작의</w:t>
      </w:r>
      <w:r>
        <w:rPr>
          <w:lang w:eastAsia="ko-KR"/>
        </w:rPr>
        <w:t xml:space="preserve"> </w:t>
      </w:r>
      <w:r>
        <w:rPr>
          <w:lang w:eastAsia="ko-KR"/>
        </w:rPr>
        <w:t>원본</w:t>
      </w:r>
      <w:r>
        <w:rPr>
          <w:lang w:eastAsia="ko-KR"/>
        </w:rPr>
        <w:t xml:space="preserve"> </w:t>
      </w:r>
      <w:r>
        <w:rPr>
          <w:lang w:eastAsia="ko-KR"/>
        </w:rPr>
        <w:t>파일</w:t>
      </w:r>
      <w:r>
        <w:rPr>
          <w:lang w:eastAsia="ko-KR"/>
        </w:rPr>
        <w:t xml:space="preserve"> </w:t>
      </w:r>
      <w:r>
        <w:rPr>
          <w:lang w:eastAsia="ko-KR"/>
        </w:rPr>
        <w:t>및</w:t>
      </w:r>
      <w:r>
        <w:rPr>
          <w:lang w:eastAsia="ko-KR"/>
        </w:rPr>
        <w:t xml:space="preserve"> </w:t>
      </w:r>
      <w:r>
        <w:rPr>
          <w:lang w:eastAsia="ko-KR"/>
        </w:rPr>
        <w:t>제작</w:t>
      </w:r>
      <w:r>
        <w:rPr>
          <w:lang w:eastAsia="ko-KR"/>
        </w:rPr>
        <w:t xml:space="preserve"> </w:t>
      </w:r>
      <w:r>
        <w:rPr>
          <w:lang w:eastAsia="ko-KR"/>
        </w:rPr>
        <w:t>증빙자료</w:t>
      </w:r>
      <w:r>
        <w:rPr>
          <w:lang w:eastAsia="ko-KR"/>
        </w:rPr>
        <w:t xml:space="preserve"> </w:t>
      </w:r>
      <w:r>
        <w:rPr>
          <w:lang w:eastAsia="ko-KR"/>
        </w:rPr>
        <w:t>제출에</w:t>
      </w:r>
      <w:r>
        <w:rPr>
          <w:lang w:eastAsia="ko-KR"/>
        </w:rPr>
        <w:t xml:space="preserve"> </w:t>
      </w:r>
      <w:r>
        <w:rPr>
          <w:lang w:eastAsia="ko-KR"/>
        </w:rPr>
        <w:t>협조해야</w:t>
      </w:r>
      <w:r>
        <w:rPr>
          <w:lang w:eastAsia="ko-KR"/>
        </w:rPr>
        <w:t xml:space="preserve"> </w:t>
      </w:r>
      <w:r>
        <w:rPr>
          <w:lang w:eastAsia="ko-KR"/>
        </w:rPr>
        <w:t>합니다</w:t>
      </w:r>
      <w:r>
        <w:rPr>
          <w:lang w:eastAsia="ko-KR"/>
        </w:rPr>
        <w:t>.</w:t>
      </w:r>
    </w:p>
    <w:p w14:paraId="44D8FD68" w14:textId="77777777" w:rsidR="00D55C08" w:rsidRDefault="00000000">
      <w:pPr>
        <w:spacing w:before="20" w:after="20" w:line="312" w:lineRule="auto"/>
        <w:ind w:left="113" w:hanging="113"/>
        <w:rPr>
          <w:rFonts w:hint="eastAsia"/>
          <w:lang w:eastAsia="ko-KR"/>
        </w:rPr>
      </w:pPr>
      <w:r>
        <w:rPr>
          <w:b/>
          <w:lang w:eastAsia="ko-KR"/>
        </w:rPr>
        <w:t xml:space="preserve">○ </w:t>
      </w:r>
      <w:r>
        <w:rPr>
          <w:lang w:eastAsia="ko-KR"/>
        </w:rPr>
        <w:t>공모</w:t>
      </w:r>
      <w:r>
        <w:rPr>
          <w:lang w:eastAsia="ko-KR"/>
        </w:rPr>
        <w:t xml:space="preserve"> </w:t>
      </w:r>
      <w:r>
        <w:rPr>
          <w:lang w:eastAsia="ko-KR"/>
        </w:rPr>
        <w:t>일정과</w:t>
      </w:r>
      <w:r>
        <w:rPr>
          <w:lang w:eastAsia="ko-KR"/>
        </w:rPr>
        <w:t xml:space="preserve"> </w:t>
      </w:r>
      <w:r>
        <w:rPr>
          <w:lang w:eastAsia="ko-KR"/>
        </w:rPr>
        <w:t>세부</w:t>
      </w:r>
      <w:r>
        <w:rPr>
          <w:lang w:eastAsia="ko-KR"/>
        </w:rPr>
        <w:t xml:space="preserve"> </w:t>
      </w:r>
      <w:r>
        <w:rPr>
          <w:lang w:eastAsia="ko-KR"/>
        </w:rPr>
        <w:t>운영사항은</w:t>
      </w:r>
      <w:r>
        <w:rPr>
          <w:lang w:eastAsia="ko-KR"/>
        </w:rPr>
        <w:t xml:space="preserve"> </w:t>
      </w:r>
      <w:r>
        <w:rPr>
          <w:lang w:eastAsia="ko-KR"/>
        </w:rPr>
        <w:t>기관</w:t>
      </w:r>
      <w:r>
        <w:rPr>
          <w:lang w:eastAsia="ko-KR"/>
        </w:rPr>
        <w:t xml:space="preserve"> </w:t>
      </w:r>
      <w:r>
        <w:rPr>
          <w:lang w:eastAsia="ko-KR"/>
        </w:rPr>
        <w:t>사정에</w:t>
      </w:r>
      <w:r>
        <w:rPr>
          <w:lang w:eastAsia="ko-KR"/>
        </w:rPr>
        <w:t xml:space="preserve"> </w:t>
      </w:r>
      <w:r>
        <w:rPr>
          <w:lang w:eastAsia="ko-KR"/>
        </w:rPr>
        <w:t>따라</w:t>
      </w:r>
      <w:r>
        <w:rPr>
          <w:lang w:eastAsia="ko-KR"/>
        </w:rPr>
        <w:t xml:space="preserve"> </w:t>
      </w:r>
      <w:r>
        <w:rPr>
          <w:lang w:eastAsia="ko-KR"/>
        </w:rPr>
        <w:t>변경될</w:t>
      </w:r>
      <w:r>
        <w:rPr>
          <w:lang w:eastAsia="ko-KR"/>
        </w:rPr>
        <w:t xml:space="preserve"> </w:t>
      </w:r>
      <w:r>
        <w:rPr>
          <w:lang w:eastAsia="ko-KR"/>
        </w:rPr>
        <w:t>수</w:t>
      </w:r>
      <w:r>
        <w:rPr>
          <w:lang w:eastAsia="ko-KR"/>
        </w:rPr>
        <w:t xml:space="preserve"> </w:t>
      </w:r>
      <w:r>
        <w:rPr>
          <w:lang w:eastAsia="ko-KR"/>
        </w:rPr>
        <w:t>있으며</w:t>
      </w:r>
      <w:r>
        <w:rPr>
          <w:lang w:eastAsia="ko-KR"/>
        </w:rPr>
        <w:t xml:space="preserve">, </w:t>
      </w:r>
      <w:r>
        <w:rPr>
          <w:lang w:eastAsia="ko-KR"/>
        </w:rPr>
        <w:t>변경사항은</w:t>
      </w:r>
      <w:r>
        <w:rPr>
          <w:lang w:eastAsia="ko-KR"/>
        </w:rPr>
        <w:t xml:space="preserve"> </w:t>
      </w:r>
      <w:r>
        <w:rPr>
          <w:lang w:eastAsia="ko-KR"/>
        </w:rPr>
        <w:t>별도</w:t>
      </w:r>
      <w:r>
        <w:rPr>
          <w:lang w:eastAsia="ko-KR"/>
        </w:rPr>
        <w:t xml:space="preserve"> </w:t>
      </w:r>
      <w:r>
        <w:rPr>
          <w:lang w:eastAsia="ko-KR"/>
        </w:rPr>
        <w:t>공지합니다</w:t>
      </w:r>
      <w:r>
        <w:rPr>
          <w:lang w:eastAsia="ko-KR"/>
        </w:rPr>
        <w:t>.</w:t>
      </w:r>
    </w:p>
    <w:p w14:paraId="537E46C9" w14:textId="77777777" w:rsidR="00D55C08" w:rsidRDefault="00106AC8">
      <w:pPr>
        <w:spacing w:before="200" w:after="80" w:line="240" w:lineRule="auto"/>
        <w:rPr>
          <w:rFonts w:hint="eastAsia"/>
          <w:lang w:eastAsia="ko-KR"/>
        </w:rPr>
      </w:pPr>
      <w:r>
        <w:rPr>
          <w:b/>
          <w:sz w:val="24"/>
          <w:lang w:eastAsia="ko-KR"/>
        </w:rPr>
        <w:t xml:space="preserve">11. </w:t>
      </w:r>
      <w:r>
        <w:rPr>
          <w:b/>
          <w:sz w:val="24"/>
          <w:lang w:eastAsia="ko-KR"/>
        </w:rPr>
        <w:t>결과</w:t>
      </w:r>
      <w:r>
        <w:rPr>
          <w:b/>
          <w:sz w:val="24"/>
          <w:lang w:eastAsia="ko-KR"/>
        </w:rPr>
        <w:t xml:space="preserve"> </w:t>
      </w:r>
      <w:r>
        <w:rPr>
          <w:b/>
          <w:sz w:val="24"/>
          <w:lang w:eastAsia="ko-KR"/>
        </w:rPr>
        <w:t>발표</w:t>
      </w:r>
      <w:r>
        <w:rPr>
          <w:b/>
          <w:sz w:val="24"/>
          <w:lang w:eastAsia="ko-KR"/>
        </w:rPr>
        <w:t xml:space="preserve"> </w:t>
      </w:r>
      <w:r>
        <w:rPr>
          <w:b/>
          <w:sz w:val="24"/>
          <w:lang w:eastAsia="ko-KR"/>
        </w:rPr>
        <w:t>및</w:t>
      </w:r>
      <w:r>
        <w:rPr>
          <w:b/>
          <w:sz w:val="24"/>
          <w:lang w:eastAsia="ko-KR"/>
        </w:rPr>
        <w:t xml:space="preserve"> </w:t>
      </w:r>
      <w:r>
        <w:rPr>
          <w:b/>
          <w:sz w:val="24"/>
          <w:lang w:eastAsia="ko-KR"/>
        </w:rPr>
        <w:t>시상</w:t>
      </w:r>
    </w:p>
    <w:p w14:paraId="2E6E7C37" w14:textId="77777777" w:rsidR="00D55C08" w:rsidRDefault="00000000">
      <w:pPr>
        <w:spacing w:before="20" w:after="20" w:line="312" w:lineRule="auto"/>
        <w:ind w:left="113" w:hanging="113"/>
        <w:rPr>
          <w:rFonts w:hint="eastAsia"/>
          <w:lang w:eastAsia="ko-KR"/>
        </w:rPr>
      </w:pPr>
      <w:r>
        <w:rPr>
          <w:b/>
          <w:lang w:eastAsia="ko-KR"/>
        </w:rPr>
        <w:t xml:space="preserve">○ </w:t>
      </w:r>
      <w:r>
        <w:rPr>
          <w:lang w:eastAsia="ko-KR"/>
        </w:rPr>
        <w:t>(</w:t>
      </w:r>
      <w:r>
        <w:rPr>
          <w:lang w:eastAsia="ko-KR"/>
        </w:rPr>
        <w:t>수상작</w:t>
      </w:r>
      <w:r>
        <w:rPr>
          <w:lang w:eastAsia="ko-KR"/>
        </w:rPr>
        <w:t xml:space="preserve"> </w:t>
      </w:r>
      <w:r>
        <w:rPr>
          <w:lang w:eastAsia="ko-KR"/>
        </w:rPr>
        <w:t>발표</w:t>
      </w:r>
      <w:r>
        <w:rPr>
          <w:lang w:eastAsia="ko-KR"/>
        </w:rPr>
        <w:t xml:space="preserve">) </w:t>
      </w:r>
      <w:r>
        <w:rPr>
          <w:lang w:eastAsia="ko-KR"/>
        </w:rPr>
        <w:t>심사</w:t>
      </w:r>
      <w:r>
        <w:rPr>
          <w:lang w:eastAsia="ko-KR"/>
        </w:rPr>
        <w:t xml:space="preserve"> </w:t>
      </w:r>
      <w:r>
        <w:rPr>
          <w:lang w:eastAsia="ko-KR"/>
        </w:rPr>
        <w:t>완료</w:t>
      </w:r>
      <w:r>
        <w:rPr>
          <w:lang w:eastAsia="ko-KR"/>
        </w:rPr>
        <w:t xml:space="preserve"> </w:t>
      </w:r>
      <w:r>
        <w:rPr>
          <w:lang w:eastAsia="ko-KR"/>
        </w:rPr>
        <w:t>후</w:t>
      </w:r>
      <w:r>
        <w:rPr>
          <w:lang w:eastAsia="ko-KR"/>
        </w:rPr>
        <w:t xml:space="preserve"> </w:t>
      </w:r>
      <w:proofErr w:type="spellStart"/>
      <w:r>
        <w:rPr>
          <w:lang w:eastAsia="ko-KR"/>
        </w:rPr>
        <w:t>한국탄소산업진흥원</w:t>
      </w:r>
      <w:proofErr w:type="spellEnd"/>
      <w:r>
        <w:rPr>
          <w:lang w:eastAsia="ko-KR"/>
        </w:rPr>
        <w:t xml:space="preserve"> </w:t>
      </w:r>
      <w:r>
        <w:rPr>
          <w:lang w:eastAsia="ko-KR"/>
        </w:rPr>
        <w:t>공식</w:t>
      </w:r>
      <w:r>
        <w:rPr>
          <w:lang w:eastAsia="ko-KR"/>
        </w:rPr>
        <w:t xml:space="preserve"> </w:t>
      </w:r>
      <w:r>
        <w:rPr>
          <w:lang w:eastAsia="ko-KR"/>
        </w:rPr>
        <w:t>채널을</w:t>
      </w:r>
      <w:r>
        <w:rPr>
          <w:lang w:eastAsia="ko-KR"/>
        </w:rPr>
        <w:t xml:space="preserve"> </w:t>
      </w:r>
      <w:r>
        <w:rPr>
          <w:lang w:eastAsia="ko-KR"/>
        </w:rPr>
        <w:t>통해</w:t>
      </w:r>
      <w:r>
        <w:rPr>
          <w:lang w:eastAsia="ko-KR"/>
        </w:rPr>
        <w:t xml:space="preserve"> </w:t>
      </w:r>
      <w:r>
        <w:rPr>
          <w:lang w:eastAsia="ko-KR"/>
        </w:rPr>
        <w:t>별도</w:t>
      </w:r>
      <w:r>
        <w:rPr>
          <w:lang w:eastAsia="ko-KR"/>
        </w:rPr>
        <w:t xml:space="preserve"> </w:t>
      </w:r>
      <w:r>
        <w:rPr>
          <w:lang w:eastAsia="ko-KR"/>
        </w:rPr>
        <w:t>공지</w:t>
      </w:r>
      <w:r>
        <w:rPr>
          <w:lang w:eastAsia="ko-KR"/>
        </w:rPr>
        <w:t xml:space="preserve"> </w:t>
      </w:r>
      <w:r>
        <w:rPr>
          <w:lang w:eastAsia="ko-KR"/>
        </w:rPr>
        <w:t>및</w:t>
      </w:r>
      <w:r>
        <w:rPr>
          <w:lang w:eastAsia="ko-KR"/>
        </w:rPr>
        <w:t xml:space="preserve"> </w:t>
      </w:r>
      <w:r>
        <w:rPr>
          <w:lang w:eastAsia="ko-KR"/>
        </w:rPr>
        <w:t>수상자</w:t>
      </w:r>
      <w:r>
        <w:rPr>
          <w:lang w:eastAsia="ko-KR"/>
        </w:rPr>
        <w:t xml:space="preserve"> </w:t>
      </w:r>
      <w:r>
        <w:rPr>
          <w:lang w:eastAsia="ko-KR"/>
        </w:rPr>
        <w:t>개별</w:t>
      </w:r>
      <w:r>
        <w:rPr>
          <w:lang w:eastAsia="ko-KR"/>
        </w:rPr>
        <w:t xml:space="preserve"> </w:t>
      </w:r>
      <w:r>
        <w:rPr>
          <w:lang w:eastAsia="ko-KR"/>
        </w:rPr>
        <w:t>안내</w:t>
      </w:r>
      <w:r>
        <w:rPr>
          <w:lang w:eastAsia="ko-KR"/>
        </w:rPr>
        <w:t xml:space="preserve"> </w:t>
      </w:r>
      <w:r>
        <w:rPr>
          <w:lang w:eastAsia="ko-KR"/>
        </w:rPr>
        <w:t>예정</w:t>
      </w:r>
    </w:p>
    <w:p w14:paraId="5FA012BC" w14:textId="77777777" w:rsidR="00D55C08" w:rsidRDefault="00000000">
      <w:pPr>
        <w:spacing w:before="20" w:after="20" w:line="312" w:lineRule="auto"/>
        <w:ind w:left="113" w:hanging="113"/>
        <w:rPr>
          <w:rFonts w:hint="eastAsia"/>
          <w:lang w:eastAsia="ko-KR"/>
        </w:rPr>
      </w:pPr>
      <w:r>
        <w:rPr>
          <w:b/>
          <w:lang w:eastAsia="ko-KR"/>
        </w:rPr>
        <w:t xml:space="preserve">○ </w:t>
      </w:r>
      <w:r>
        <w:rPr>
          <w:lang w:eastAsia="ko-KR"/>
        </w:rPr>
        <w:t>(</w:t>
      </w:r>
      <w:r>
        <w:rPr>
          <w:lang w:eastAsia="ko-KR"/>
        </w:rPr>
        <w:t>시상식</w:t>
      </w:r>
      <w:r>
        <w:rPr>
          <w:lang w:eastAsia="ko-KR"/>
        </w:rPr>
        <w:t>) 2026</w:t>
      </w:r>
      <w:r>
        <w:rPr>
          <w:lang w:eastAsia="ko-KR"/>
        </w:rPr>
        <w:t>년</w:t>
      </w:r>
      <w:r>
        <w:rPr>
          <w:lang w:eastAsia="ko-KR"/>
        </w:rPr>
        <w:t xml:space="preserve"> 11</w:t>
      </w:r>
      <w:r>
        <w:rPr>
          <w:lang w:eastAsia="ko-KR"/>
        </w:rPr>
        <w:t>월</w:t>
      </w:r>
      <w:r>
        <w:rPr>
          <w:lang w:eastAsia="ko-KR"/>
        </w:rPr>
        <w:t xml:space="preserve"> </w:t>
      </w:r>
      <w:r>
        <w:rPr>
          <w:lang w:eastAsia="ko-KR"/>
        </w:rPr>
        <w:t>「</w:t>
      </w:r>
      <w:proofErr w:type="spellStart"/>
      <w:r>
        <w:rPr>
          <w:lang w:eastAsia="ko-KR"/>
        </w:rPr>
        <w:t>카본코리아</w:t>
      </w:r>
      <w:proofErr w:type="spellEnd"/>
      <w:r>
        <w:rPr>
          <w:lang w:eastAsia="ko-KR"/>
        </w:rPr>
        <w:t xml:space="preserve"> 2026</w:t>
      </w:r>
      <w:r>
        <w:rPr>
          <w:lang w:eastAsia="ko-KR"/>
        </w:rPr>
        <w:t>」</w:t>
      </w:r>
      <w:r>
        <w:rPr>
          <w:lang w:eastAsia="ko-KR"/>
        </w:rPr>
        <w:t xml:space="preserve"> </w:t>
      </w:r>
      <w:r>
        <w:rPr>
          <w:lang w:eastAsia="ko-KR"/>
        </w:rPr>
        <w:t>행사장</w:t>
      </w:r>
      <w:r>
        <w:rPr>
          <w:lang w:eastAsia="ko-KR"/>
        </w:rPr>
        <w:t xml:space="preserve"> </w:t>
      </w:r>
      <w:r>
        <w:rPr>
          <w:lang w:eastAsia="ko-KR"/>
        </w:rPr>
        <w:t>예정</w:t>
      </w:r>
    </w:p>
    <w:p w14:paraId="1AFB9E73" w14:textId="77777777" w:rsidR="00D55C08" w:rsidRDefault="00000000">
      <w:pPr>
        <w:spacing w:before="20" w:after="20" w:line="312" w:lineRule="auto"/>
        <w:ind w:left="113" w:hanging="113"/>
        <w:rPr>
          <w:rFonts w:hint="eastAsia"/>
          <w:lang w:eastAsia="ko-KR"/>
        </w:rPr>
      </w:pPr>
      <w:r>
        <w:rPr>
          <w:b/>
          <w:lang w:eastAsia="ko-KR"/>
        </w:rPr>
        <w:t xml:space="preserve">○ </w:t>
      </w:r>
      <w:r>
        <w:rPr>
          <w:lang w:eastAsia="ko-KR"/>
        </w:rPr>
        <w:t>(</w:t>
      </w:r>
      <w:r>
        <w:rPr>
          <w:lang w:eastAsia="ko-KR"/>
        </w:rPr>
        <w:t>수상작</w:t>
      </w:r>
      <w:r>
        <w:rPr>
          <w:lang w:eastAsia="ko-KR"/>
        </w:rPr>
        <w:t xml:space="preserve"> </w:t>
      </w:r>
      <w:r>
        <w:rPr>
          <w:lang w:eastAsia="ko-KR"/>
        </w:rPr>
        <w:t>전시</w:t>
      </w:r>
      <w:r>
        <w:rPr>
          <w:lang w:eastAsia="ko-KR"/>
        </w:rPr>
        <w:t xml:space="preserve">) </w:t>
      </w:r>
      <w:proofErr w:type="spellStart"/>
      <w:r>
        <w:rPr>
          <w:lang w:eastAsia="ko-KR"/>
        </w:rPr>
        <w:t>카본코리아</w:t>
      </w:r>
      <w:proofErr w:type="spellEnd"/>
      <w:r>
        <w:rPr>
          <w:lang w:eastAsia="ko-KR"/>
        </w:rPr>
        <w:t xml:space="preserve"> 2026 </w:t>
      </w:r>
      <w:r>
        <w:rPr>
          <w:lang w:eastAsia="ko-KR"/>
        </w:rPr>
        <w:t>현장</w:t>
      </w:r>
      <w:r>
        <w:rPr>
          <w:lang w:eastAsia="ko-KR"/>
        </w:rPr>
        <w:t xml:space="preserve"> </w:t>
      </w:r>
      <w:r>
        <w:rPr>
          <w:lang w:eastAsia="ko-KR"/>
        </w:rPr>
        <w:t>및</w:t>
      </w:r>
      <w:r>
        <w:rPr>
          <w:lang w:eastAsia="ko-KR"/>
        </w:rPr>
        <w:t xml:space="preserve"> </w:t>
      </w:r>
      <w:proofErr w:type="spellStart"/>
      <w:r>
        <w:rPr>
          <w:lang w:eastAsia="ko-KR"/>
        </w:rPr>
        <w:t>한국탄소산업진흥원</w:t>
      </w:r>
      <w:proofErr w:type="spellEnd"/>
      <w:r>
        <w:rPr>
          <w:lang w:eastAsia="ko-KR"/>
        </w:rPr>
        <w:t xml:space="preserve"> SNS·</w:t>
      </w:r>
      <w:r>
        <w:rPr>
          <w:lang w:eastAsia="ko-KR"/>
        </w:rPr>
        <w:t>온라인</w:t>
      </w:r>
      <w:r>
        <w:rPr>
          <w:lang w:eastAsia="ko-KR"/>
        </w:rPr>
        <w:t xml:space="preserve"> </w:t>
      </w:r>
      <w:r>
        <w:rPr>
          <w:lang w:eastAsia="ko-KR"/>
        </w:rPr>
        <w:t>채널</w:t>
      </w:r>
      <w:r>
        <w:rPr>
          <w:lang w:eastAsia="ko-KR"/>
        </w:rPr>
        <w:t xml:space="preserve"> </w:t>
      </w:r>
      <w:r>
        <w:rPr>
          <w:lang w:eastAsia="ko-KR"/>
        </w:rPr>
        <w:t>활용</w:t>
      </w:r>
      <w:r>
        <w:rPr>
          <w:lang w:eastAsia="ko-KR"/>
        </w:rPr>
        <w:t xml:space="preserve"> </w:t>
      </w:r>
      <w:r>
        <w:rPr>
          <w:lang w:eastAsia="ko-KR"/>
        </w:rPr>
        <w:t>예정</w:t>
      </w:r>
    </w:p>
    <w:p w14:paraId="41FA67B0" w14:textId="77777777" w:rsidR="00D55C08" w:rsidRDefault="00106AC8">
      <w:pPr>
        <w:spacing w:before="200" w:after="80" w:line="240" w:lineRule="auto"/>
        <w:rPr>
          <w:rFonts w:hint="eastAsia"/>
          <w:lang w:eastAsia="ko-KR"/>
        </w:rPr>
      </w:pPr>
      <w:r>
        <w:rPr>
          <w:b/>
          <w:sz w:val="24"/>
          <w:lang w:eastAsia="ko-KR"/>
        </w:rPr>
        <w:t xml:space="preserve">12. </w:t>
      </w:r>
      <w:r>
        <w:rPr>
          <w:b/>
          <w:sz w:val="24"/>
          <w:lang w:eastAsia="ko-KR"/>
        </w:rPr>
        <w:t>문의</w:t>
      </w:r>
    </w:p>
    <w:p w14:paraId="3E689079" w14:textId="77777777" w:rsidR="00D55C08" w:rsidRDefault="00000000">
      <w:pPr>
        <w:spacing w:before="20" w:after="20" w:line="312" w:lineRule="auto"/>
        <w:ind w:left="113" w:hanging="113"/>
        <w:rPr>
          <w:rFonts w:hint="eastAsia"/>
          <w:lang w:eastAsia="ko-KR"/>
        </w:rPr>
      </w:pPr>
      <w:r>
        <w:rPr>
          <w:b/>
          <w:lang w:eastAsia="ko-KR"/>
        </w:rPr>
        <w:t xml:space="preserve">○ </w:t>
      </w:r>
      <w:r>
        <w:rPr>
          <w:lang w:eastAsia="ko-KR"/>
        </w:rPr>
        <w:t>(</w:t>
      </w:r>
      <w:r>
        <w:rPr>
          <w:lang w:eastAsia="ko-KR"/>
        </w:rPr>
        <w:t>주최</w:t>
      </w:r>
      <w:r>
        <w:rPr>
          <w:lang w:eastAsia="ko-KR"/>
        </w:rPr>
        <w:t>·</w:t>
      </w:r>
      <w:r>
        <w:rPr>
          <w:lang w:eastAsia="ko-KR"/>
        </w:rPr>
        <w:t>주관</w:t>
      </w:r>
      <w:r>
        <w:rPr>
          <w:lang w:eastAsia="ko-KR"/>
        </w:rPr>
        <w:t xml:space="preserve">) </w:t>
      </w:r>
      <w:proofErr w:type="spellStart"/>
      <w:r>
        <w:rPr>
          <w:lang w:eastAsia="ko-KR"/>
        </w:rPr>
        <w:t>한국탄소산업진흥원</w:t>
      </w:r>
      <w:proofErr w:type="spellEnd"/>
    </w:p>
    <w:p w14:paraId="2C333CCA" w14:textId="77777777" w:rsidR="00BB24E4" w:rsidRDefault="00BB24E4" w:rsidP="00BB24E4">
      <w:pPr>
        <w:pStyle w:val="MS"/>
        <w:widowControl w:val="0"/>
        <w:spacing w:before="20" w:after="20" w:line="312" w:lineRule="auto"/>
        <w:ind w:left="114" w:hanging="114"/>
      </w:pPr>
      <w:r>
        <w:rPr>
          <w:rFonts w:eastAsia="나눔스퀘어" w:hAnsi="나눔스퀘어" w:hint="eastAsia"/>
          <w:b/>
          <w:bCs/>
        </w:rPr>
        <w:t xml:space="preserve">○ </w:t>
      </w:r>
      <w:r>
        <w:rPr>
          <w:rFonts w:eastAsia="나눔스퀘어"/>
        </w:rPr>
        <w:t>(</w:t>
      </w:r>
      <w:r>
        <w:rPr>
          <w:rFonts w:eastAsia="나눔스퀘어" w:hAnsi="나눔스퀘어" w:hint="eastAsia"/>
        </w:rPr>
        <w:t>공모전문의</w:t>
      </w:r>
      <w:r>
        <w:rPr>
          <w:rFonts w:eastAsia="나눔스퀘어"/>
        </w:rPr>
        <w:t xml:space="preserve">) </w:t>
      </w:r>
      <w:r>
        <w:rPr>
          <w:rFonts w:eastAsia="나눔스퀘어" w:hAnsi="나눔스퀘어" w:hint="eastAsia"/>
        </w:rPr>
        <w:t xml:space="preserve">공모전 운영 사무국 </w:t>
      </w:r>
      <w:r>
        <w:rPr>
          <w:rFonts w:eastAsia="나눔스퀘어"/>
        </w:rPr>
        <w:t>(070-7710-9306</w:t>
      </w:r>
      <w:proofErr w:type="gramStart"/>
      <w:r>
        <w:rPr>
          <w:rFonts w:eastAsia="나눔스퀘어"/>
        </w:rPr>
        <w:t>) /</w:t>
      </w:r>
      <w:proofErr w:type="gramEnd"/>
      <w:r>
        <w:rPr>
          <w:rFonts w:eastAsia="나눔스퀘어"/>
        </w:rPr>
        <w:t xml:space="preserve"> ychaerin@jrepertory.com</w:t>
      </w:r>
    </w:p>
    <w:p w14:paraId="75300489" w14:textId="77777777" w:rsidR="0031203E" w:rsidRDefault="00000000">
      <w:pPr>
        <w:spacing w:before="200" w:after="80" w:line="240" w:lineRule="auto"/>
        <w:rPr>
          <w:rFonts w:hint="eastAsia"/>
          <w:b/>
          <w:sz w:val="24"/>
          <w:lang w:eastAsia="ko-KR"/>
        </w:rPr>
      </w:pPr>
      <w:r>
        <w:rPr>
          <w:b/>
          <w:sz w:val="24"/>
          <w:lang w:eastAsia="ko-KR"/>
        </w:rPr>
        <w:t xml:space="preserve"> </w:t>
      </w:r>
    </w:p>
    <w:p w14:paraId="4E2AE92A" w14:textId="77777777" w:rsidR="0031203E" w:rsidRDefault="0031203E">
      <w:pPr>
        <w:rPr>
          <w:rFonts w:hint="eastAsia"/>
          <w:b/>
          <w:sz w:val="24"/>
          <w:lang w:eastAsia="ko-KR"/>
        </w:rPr>
      </w:pPr>
      <w:r>
        <w:rPr>
          <w:rFonts w:hint="eastAsia"/>
          <w:b/>
          <w:sz w:val="24"/>
          <w:lang w:eastAsia="ko-KR"/>
        </w:rPr>
        <w:br w:type="page"/>
      </w:r>
    </w:p>
    <w:p w14:paraId="5F3FD197" w14:textId="77777777" w:rsidR="00D55C08" w:rsidRDefault="00000000">
      <w:pPr>
        <w:spacing w:before="200" w:after="80" w:line="240" w:lineRule="auto"/>
        <w:rPr>
          <w:rFonts w:hint="eastAsia"/>
        </w:rPr>
      </w:pPr>
      <w:r>
        <w:rPr>
          <w:b/>
          <w:sz w:val="24"/>
        </w:rPr>
        <w:lastRenderedPageBreak/>
        <w:t>[</w:t>
      </w:r>
      <w:proofErr w:type="spellStart"/>
      <w:r>
        <w:rPr>
          <w:b/>
          <w:sz w:val="24"/>
        </w:rPr>
        <w:t>붙임</w:t>
      </w:r>
      <w:proofErr w:type="spellEnd"/>
      <w:r>
        <w:rPr>
          <w:b/>
          <w:sz w:val="24"/>
        </w:rPr>
        <w:t xml:space="preserve"> 1] </w:t>
      </w:r>
      <w:proofErr w:type="spellStart"/>
      <w:r>
        <w:rPr>
          <w:b/>
          <w:sz w:val="24"/>
        </w:rPr>
        <w:t>참가신청서</w:t>
      </w:r>
      <w:proofErr w:type="spellEnd"/>
    </w:p>
    <w:tbl>
      <w:tblPr>
        <w:tblW w:w="0" w:type="auto"/>
        <w:jc w:val="center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6236"/>
      </w:tblGrid>
      <w:tr w:rsidR="00D55C08" w14:paraId="10BA0A5E" w14:textId="77777777">
        <w:trPr>
          <w:jc w:val="center"/>
        </w:trPr>
        <w:tc>
          <w:tcPr>
            <w:tcW w:w="2835" w:type="dxa"/>
            <w:shd w:val="clear" w:color="auto" w:fill="E7E6E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E5865D3" w14:textId="77777777" w:rsidR="00D55C08" w:rsidRDefault="00000000">
            <w:pPr>
              <w:spacing w:after="0"/>
              <w:jc w:val="center"/>
              <w:rPr>
                <w:rFonts w:hint="eastAsia"/>
              </w:rPr>
            </w:pPr>
            <w:r>
              <w:rPr>
                <w:b/>
                <w:sz w:val="18"/>
              </w:rPr>
              <w:t>항목</w:t>
            </w:r>
          </w:p>
        </w:tc>
        <w:tc>
          <w:tcPr>
            <w:tcW w:w="6236" w:type="dxa"/>
            <w:shd w:val="clear" w:color="auto" w:fill="E7E6E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0470C93" w14:textId="77777777" w:rsidR="00D55C08" w:rsidRDefault="00000000">
            <w:pPr>
              <w:spacing w:after="0"/>
              <w:jc w:val="center"/>
              <w:rPr>
                <w:rFonts w:hint="eastAsia"/>
              </w:rPr>
            </w:pPr>
            <w:r>
              <w:rPr>
                <w:b/>
                <w:sz w:val="18"/>
              </w:rPr>
              <w:t>작성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z w:val="18"/>
              </w:rPr>
              <w:t>내용</w:t>
            </w:r>
          </w:p>
        </w:tc>
      </w:tr>
      <w:tr w:rsidR="00D55C08" w14:paraId="4C5A2422" w14:textId="77777777">
        <w:trPr>
          <w:jc w:val="center"/>
        </w:trPr>
        <w:tc>
          <w:tcPr>
            <w:tcW w:w="283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C2C7D02" w14:textId="77777777" w:rsidR="00D55C08" w:rsidRDefault="00000000">
            <w:pPr>
              <w:spacing w:after="0"/>
              <w:jc w:val="center"/>
              <w:rPr>
                <w:rFonts w:hint="eastAsia"/>
              </w:rPr>
            </w:pPr>
            <w:r>
              <w:rPr>
                <w:sz w:val="18"/>
              </w:rPr>
              <w:t>참가구분</w:t>
            </w:r>
          </w:p>
        </w:tc>
        <w:tc>
          <w:tcPr>
            <w:tcW w:w="623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1C48CCB" w14:textId="77777777" w:rsidR="00D55C08" w:rsidRDefault="00000000">
            <w:pPr>
              <w:spacing w:after="0"/>
              <w:rPr>
                <w:rFonts w:hint="eastAsia"/>
              </w:rPr>
            </w:pPr>
            <w:r>
              <w:rPr>
                <w:sz w:val="18"/>
              </w:rPr>
              <w:t xml:space="preserve">□ </w:t>
            </w:r>
            <w:r>
              <w:rPr>
                <w:sz w:val="18"/>
              </w:rPr>
              <w:t>개인</w:t>
            </w:r>
            <w:r>
              <w:rPr>
                <w:sz w:val="18"/>
              </w:rPr>
              <w:t xml:space="preserve">  □ </w:t>
            </w:r>
            <w:r>
              <w:rPr>
                <w:sz w:val="18"/>
              </w:rPr>
              <w:t>팀</w:t>
            </w:r>
          </w:p>
        </w:tc>
      </w:tr>
      <w:tr w:rsidR="00D55C08" w14:paraId="64F1BA6C" w14:textId="77777777">
        <w:trPr>
          <w:jc w:val="center"/>
        </w:trPr>
        <w:tc>
          <w:tcPr>
            <w:tcW w:w="283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92904C5" w14:textId="77777777" w:rsidR="00D55C08" w:rsidRDefault="00000000">
            <w:pPr>
              <w:spacing w:after="0"/>
              <w:jc w:val="center"/>
              <w:rPr>
                <w:rFonts w:hint="eastAsia"/>
              </w:rPr>
            </w:pPr>
            <w:r>
              <w:rPr>
                <w:sz w:val="18"/>
              </w:rPr>
              <w:t>참가부문</w:t>
            </w:r>
          </w:p>
        </w:tc>
        <w:tc>
          <w:tcPr>
            <w:tcW w:w="623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5A8B9ED" w14:textId="77777777" w:rsidR="00D55C08" w:rsidRDefault="00000000">
            <w:pPr>
              <w:spacing w:after="0"/>
              <w:rPr>
                <w:rFonts w:hint="eastAsia"/>
              </w:rPr>
            </w:pPr>
            <w:r>
              <w:rPr>
                <w:sz w:val="18"/>
              </w:rPr>
              <w:t xml:space="preserve">□ </w:t>
            </w:r>
            <w:r>
              <w:rPr>
                <w:sz w:val="18"/>
              </w:rPr>
              <w:t>이미지</w:t>
            </w:r>
            <w:r>
              <w:rPr>
                <w:sz w:val="18"/>
              </w:rPr>
              <w:t xml:space="preserve">  □ </w:t>
            </w:r>
            <w:r>
              <w:rPr>
                <w:sz w:val="18"/>
              </w:rPr>
              <w:t>영상</w:t>
            </w:r>
          </w:p>
        </w:tc>
      </w:tr>
      <w:tr w:rsidR="00D55C08" w14:paraId="0C2688EE" w14:textId="77777777">
        <w:trPr>
          <w:jc w:val="center"/>
        </w:trPr>
        <w:tc>
          <w:tcPr>
            <w:tcW w:w="283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889AEDB" w14:textId="77777777" w:rsidR="00D55C08" w:rsidRDefault="00000000">
            <w:pPr>
              <w:spacing w:after="0"/>
              <w:jc w:val="center"/>
              <w:rPr>
                <w:rFonts w:hint="eastAsia"/>
              </w:rPr>
            </w:pPr>
            <w:r>
              <w:rPr>
                <w:sz w:val="18"/>
              </w:rPr>
              <w:t>성명</w:t>
            </w:r>
            <w:r>
              <w:rPr>
                <w:sz w:val="18"/>
              </w:rPr>
              <w:t>/</w:t>
            </w:r>
            <w:r>
              <w:rPr>
                <w:sz w:val="18"/>
              </w:rPr>
              <w:t>팀명</w:t>
            </w:r>
          </w:p>
        </w:tc>
        <w:tc>
          <w:tcPr>
            <w:tcW w:w="623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505D76F" w14:textId="77777777" w:rsidR="00D55C08" w:rsidRDefault="00D55C08">
            <w:pPr>
              <w:spacing w:after="0"/>
              <w:rPr>
                <w:rFonts w:hint="eastAsia"/>
              </w:rPr>
            </w:pPr>
          </w:p>
        </w:tc>
      </w:tr>
      <w:tr w:rsidR="00D55C08" w14:paraId="560178E5" w14:textId="77777777">
        <w:trPr>
          <w:jc w:val="center"/>
        </w:trPr>
        <w:tc>
          <w:tcPr>
            <w:tcW w:w="283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D5FD081" w14:textId="77777777" w:rsidR="00D55C08" w:rsidRDefault="00000000">
            <w:pPr>
              <w:spacing w:after="0"/>
              <w:jc w:val="center"/>
              <w:rPr>
                <w:rFonts w:hint="eastAsia"/>
              </w:rPr>
            </w:pPr>
            <w:r>
              <w:rPr>
                <w:sz w:val="18"/>
              </w:rPr>
              <w:t>대표자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t>연락처</w:t>
            </w:r>
          </w:p>
        </w:tc>
        <w:tc>
          <w:tcPr>
            <w:tcW w:w="623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FCEA7A0" w14:textId="77777777" w:rsidR="00D55C08" w:rsidRDefault="00D55C08">
            <w:pPr>
              <w:spacing w:after="0"/>
              <w:rPr>
                <w:rFonts w:hint="eastAsia"/>
              </w:rPr>
            </w:pPr>
          </w:p>
        </w:tc>
      </w:tr>
      <w:tr w:rsidR="00D55C08" w14:paraId="5DD54E00" w14:textId="77777777">
        <w:trPr>
          <w:jc w:val="center"/>
        </w:trPr>
        <w:tc>
          <w:tcPr>
            <w:tcW w:w="283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187C5E2" w14:textId="77777777" w:rsidR="00D55C08" w:rsidRDefault="00000000">
            <w:pPr>
              <w:spacing w:after="0"/>
              <w:jc w:val="center"/>
              <w:rPr>
                <w:rFonts w:hint="eastAsia"/>
              </w:rPr>
            </w:pPr>
            <w:r>
              <w:rPr>
                <w:sz w:val="18"/>
              </w:rPr>
              <w:t>이메일</w:t>
            </w:r>
          </w:p>
        </w:tc>
        <w:tc>
          <w:tcPr>
            <w:tcW w:w="623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0BF16AA" w14:textId="77777777" w:rsidR="00D55C08" w:rsidRDefault="00D55C08">
            <w:pPr>
              <w:spacing w:after="0"/>
              <w:rPr>
                <w:rFonts w:hint="eastAsia"/>
              </w:rPr>
            </w:pPr>
          </w:p>
        </w:tc>
      </w:tr>
      <w:tr w:rsidR="00D55C08" w14:paraId="21E351DC" w14:textId="77777777">
        <w:trPr>
          <w:jc w:val="center"/>
        </w:trPr>
        <w:tc>
          <w:tcPr>
            <w:tcW w:w="283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B1E3276" w14:textId="77777777" w:rsidR="00D55C08" w:rsidRDefault="00000000">
            <w:pPr>
              <w:spacing w:after="0"/>
              <w:jc w:val="center"/>
              <w:rPr>
                <w:rFonts w:hint="eastAsia"/>
              </w:rPr>
            </w:pPr>
            <w:r>
              <w:rPr>
                <w:sz w:val="18"/>
              </w:rPr>
              <w:t>소속</w:t>
            </w:r>
            <w:r>
              <w:rPr>
                <w:sz w:val="18"/>
              </w:rPr>
              <w:t>(</w:t>
            </w:r>
            <w:r>
              <w:rPr>
                <w:sz w:val="18"/>
              </w:rPr>
              <w:t>선택</w:t>
            </w:r>
            <w:r>
              <w:rPr>
                <w:sz w:val="18"/>
              </w:rPr>
              <w:t>)</w:t>
            </w:r>
          </w:p>
        </w:tc>
        <w:tc>
          <w:tcPr>
            <w:tcW w:w="623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082B841" w14:textId="77777777" w:rsidR="00D55C08" w:rsidRDefault="00D55C08">
            <w:pPr>
              <w:spacing w:after="0"/>
              <w:rPr>
                <w:rFonts w:hint="eastAsia"/>
              </w:rPr>
            </w:pPr>
          </w:p>
        </w:tc>
      </w:tr>
      <w:tr w:rsidR="00D55C08" w14:paraId="648D48C5" w14:textId="77777777">
        <w:trPr>
          <w:jc w:val="center"/>
        </w:trPr>
        <w:tc>
          <w:tcPr>
            <w:tcW w:w="283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8C819E6" w14:textId="77777777" w:rsidR="00D55C08" w:rsidRDefault="00000000">
            <w:pPr>
              <w:spacing w:after="0"/>
              <w:jc w:val="center"/>
              <w:rPr>
                <w:rFonts w:hint="eastAsia"/>
              </w:rPr>
            </w:pPr>
            <w:r>
              <w:rPr>
                <w:sz w:val="18"/>
              </w:rPr>
              <w:t>작품명</w:t>
            </w:r>
          </w:p>
        </w:tc>
        <w:tc>
          <w:tcPr>
            <w:tcW w:w="623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F965024" w14:textId="77777777" w:rsidR="00D55C08" w:rsidRDefault="00D55C08">
            <w:pPr>
              <w:spacing w:after="0"/>
              <w:rPr>
                <w:rFonts w:hint="eastAsia"/>
              </w:rPr>
            </w:pPr>
          </w:p>
        </w:tc>
      </w:tr>
      <w:tr w:rsidR="00D55C08" w14:paraId="33D6AD90" w14:textId="77777777">
        <w:trPr>
          <w:jc w:val="center"/>
        </w:trPr>
        <w:tc>
          <w:tcPr>
            <w:tcW w:w="283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B2DA9A6" w14:textId="77777777" w:rsidR="00D55C08" w:rsidRDefault="00000000">
            <w:pPr>
              <w:spacing w:after="0"/>
              <w:jc w:val="center"/>
              <w:rPr>
                <w:rFonts w:hint="eastAsia"/>
              </w:rPr>
            </w:pPr>
            <w:r>
              <w:rPr>
                <w:sz w:val="18"/>
              </w:rPr>
              <w:t>작품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t>한줄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t>소개</w:t>
            </w:r>
          </w:p>
        </w:tc>
        <w:tc>
          <w:tcPr>
            <w:tcW w:w="623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1D2175A" w14:textId="77777777" w:rsidR="00D55C08" w:rsidRDefault="00D55C08">
            <w:pPr>
              <w:spacing w:after="0"/>
              <w:rPr>
                <w:rFonts w:hint="eastAsia"/>
              </w:rPr>
            </w:pPr>
          </w:p>
        </w:tc>
      </w:tr>
      <w:tr w:rsidR="00D55C08" w14:paraId="25302088" w14:textId="77777777">
        <w:trPr>
          <w:jc w:val="center"/>
        </w:trPr>
        <w:tc>
          <w:tcPr>
            <w:tcW w:w="283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DCD4D4C" w14:textId="77777777" w:rsidR="00D55C08" w:rsidRDefault="00000000">
            <w:pPr>
              <w:spacing w:after="0"/>
              <w:jc w:val="center"/>
              <w:rPr>
                <w:rFonts w:hint="eastAsia"/>
              </w:rPr>
            </w:pPr>
            <w:r>
              <w:rPr>
                <w:sz w:val="18"/>
              </w:rPr>
              <w:t>제출파일명</w:t>
            </w:r>
          </w:p>
        </w:tc>
        <w:tc>
          <w:tcPr>
            <w:tcW w:w="623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81B2A3C" w14:textId="77777777" w:rsidR="00D55C08" w:rsidRDefault="00D55C08">
            <w:pPr>
              <w:spacing w:after="0"/>
              <w:rPr>
                <w:rFonts w:hint="eastAsia"/>
              </w:rPr>
            </w:pPr>
          </w:p>
        </w:tc>
      </w:tr>
      <w:tr w:rsidR="00D55C08" w14:paraId="18EAE671" w14:textId="77777777">
        <w:trPr>
          <w:jc w:val="center"/>
        </w:trPr>
        <w:tc>
          <w:tcPr>
            <w:tcW w:w="283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25CC7FD" w14:textId="77777777" w:rsidR="00D55C08" w:rsidRDefault="00000000">
            <w:pPr>
              <w:spacing w:after="0"/>
              <w:jc w:val="center"/>
              <w:rPr>
                <w:rFonts w:hint="eastAsia"/>
              </w:rPr>
            </w:pPr>
            <w:r>
              <w:rPr>
                <w:sz w:val="18"/>
              </w:rPr>
              <w:t>클라우드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t>링크</w:t>
            </w:r>
            <w:r>
              <w:rPr>
                <w:sz w:val="18"/>
              </w:rPr>
              <w:t>(</w:t>
            </w:r>
            <w:r>
              <w:rPr>
                <w:sz w:val="18"/>
              </w:rPr>
              <w:t>해당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t>시</w:t>
            </w:r>
            <w:r>
              <w:rPr>
                <w:sz w:val="18"/>
              </w:rPr>
              <w:t>)</w:t>
            </w:r>
          </w:p>
        </w:tc>
        <w:tc>
          <w:tcPr>
            <w:tcW w:w="623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C7112CB" w14:textId="77777777" w:rsidR="00D55C08" w:rsidRDefault="00D55C08">
            <w:pPr>
              <w:spacing w:after="0"/>
              <w:rPr>
                <w:rFonts w:hint="eastAsia"/>
              </w:rPr>
            </w:pPr>
          </w:p>
        </w:tc>
      </w:tr>
    </w:tbl>
    <w:p w14:paraId="069737B9" w14:textId="77777777" w:rsidR="00D55C08" w:rsidRDefault="00D55C08">
      <w:pPr>
        <w:spacing w:after="40"/>
        <w:rPr>
          <w:rFonts w:hint="eastAsia"/>
        </w:rPr>
      </w:pPr>
    </w:p>
    <w:p w14:paraId="7241704C" w14:textId="77777777" w:rsidR="00D55C08" w:rsidRDefault="00000000">
      <w:pPr>
        <w:spacing w:before="20" w:after="20" w:line="312" w:lineRule="auto"/>
        <w:ind w:left="113" w:hanging="113"/>
        <w:rPr>
          <w:rFonts w:hint="eastAsia"/>
        </w:rPr>
      </w:pPr>
      <w:r>
        <w:rPr>
          <w:b/>
        </w:rPr>
        <w:t xml:space="preserve">○ </w:t>
      </w:r>
      <w:r>
        <w:t>참가자</w:t>
      </w:r>
      <w:r>
        <w:t xml:space="preserve"> </w:t>
      </w:r>
      <w:r>
        <w:t>확인</w:t>
      </w:r>
    </w:p>
    <w:p w14:paraId="537E075F" w14:textId="77777777" w:rsidR="00D55C08" w:rsidRDefault="00000000">
      <w:pPr>
        <w:spacing w:after="0" w:line="300" w:lineRule="auto"/>
        <w:ind w:left="425" w:hanging="159"/>
        <w:rPr>
          <w:rFonts w:hint="eastAsia"/>
          <w:lang w:eastAsia="ko-KR"/>
        </w:rPr>
      </w:pPr>
      <w:r>
        <w:rPr>
          <w:sz w:val="20"/>
          <w:lang w:eastAsia="ko-KR"/>
        </w:rPr>
        <w:t xml:space="preserve">- □ </w:t>
      </w:r>
      <w:r>
        <w:rPr>
          <w:sz w:val="20"/>
          <w:lang w:eastAsia="ko-KR"/>
        </w:rPr>
        <w:t>본인은</w:t>
      </w:r>
      <w:r>
        <w:rPr>
          <w:sz w:val="20"/>
          <w:lang w:eastAsia="ko-KR"/>
        </w:rPr>
        <w:t xml:space="preserve"> </w:t>
      </w:r>
      <w:r>
        <w:rPr>
          <w:sz w:val="20"/>
          <w:lang w:eastAsia="ko-KR"/>
        </w:rPr>
        <w:t>모집요강</w:t>
      </w:r>
      <w:r>
        <w:rPr>
          <w:sz w:val="20"/>
          <w:lang w:eastAsia="ko-KR"/>
        </w:rPr>
        <w:t xml:space="preserve"> </w:t>
      </w:r>
      <w:r>
        <w:rPr>
          <w:sz w:val="20"/>
          <w:lang w:eastAsia="ko-KR"/>
        </w:rPr>
        <w:t>및</w:t>
      </w:r>
      <w:r>
        <w:rPr>
          <w:sz w:val="20"/>
          <w:lang w:eastAsia="ko-KR"/>
        </w:rPr>
        <w:t xml:space="preserve"> </w:t>
      </w:r>
      <w:r>
        <w:rPr>
          <w:sz w:val="20"/>
          <w:lang w:eastAsia="ko-KR"/>
        </w:rPr>
        <w:t>유의사항을</w:t>
      </w:r>
      <w:r>
        <w:rPr>
          <w:sz w:val="20"/>
          <w:lang w:eastAsia="ko-KR"/>
        </w:rPr>
        <w:t xml:space="preserve"> </w:t>
      </w:r>
      <w:r>
        <w:rPr>
          <w:sz w:val="20"/>
          <w:lang w:eastAsia="ko-KR"/>
        </w:rPr>
        <w:t>확인하였으며</w:t>
      </w:r>
      <w:r>
        <w:rPr>
          <w:sz w:val="20"/>
          <w:lang w:eastAsia="ko-KR"/>
        </w:rPr>
        <w:t xml:space="preserve"> </w:t>
      </w:r>
      <w:r>
        <w:rPr>
          <w:sz w:val="20"/>
          <w:lang w:eastAsia="ko-KR"/>
        </w:rPr>
        <w:t>이에</w:t>
      </w:r>
      <w:r>
        <w:rPr>
          <w:sz w:val="20"/>
          <w:lang w:eastAsia="ko-KR"/>
        </w:rPr>
        <w:t xml:space="preserve"> </w:t>
      </w:r>
      <w:r>
        <w:rPr>
          <w:sz w:val="20"/>
          <w:lang w:eastAsia="ko-KR"/>
        </w:rPr>
        <w:t>동의합니다</w:t>
      </w:r>
      <w:r>
        <w:rPr>
          <w:sz w:val="20"/>
          <w:lang w:eastAsia="ko-KR"/>
        </w:rPr>
        <w:t>.</w:t>
      </w:r>
    </w:p>
    <w:p w14:paraId="24EDB9C8" w14:textId="77777777" w:rsidR="00D55C08" w:rsidRDefault="00000000">
      <w:pPr>
        <w:spacing w:after="0" w:line="300" w:lineRule="auto"/>
        <w:ind w:left="425" w:hanging="159"/>
        <w:rPr>
          <w:rFonts w:hint="eastAsia"/>
          <w:lang w:eastAsia="ko-KR"/>
        </w:rPr>
      </w:pPr>
      <w:r>
        <w:rPr>
          <w:sz w:val="20"/>
          <w:lang w:eastAsia="ko-KR"/>
        </w:rPr>
        <w:t xml:space="preserve">- □ </w:t>
      </w:r>
      <w:r>
        <w:rPr>
          <w:sz w:val="20"/>
          <w:lang w:eastAsia="ko-KR"/>
        </w:rPr>
        <w:t>제출</w:t>
      </w:r>
      <w:r>
        <w:rPr>
          <w:sz w:val="20"/>
          <w:lang w:eastAsia="ko-KR"/>
        </w:rPr>
        <w:t xml:space="preserve"> </w:t>
      </w:r>
      <w:r>
        <w:rPr>
          <w:sz w:val="20"/>
          <w:lang w:eastAsia="ko-KR"/>
        </w:rPr>
        <w:t>작품은</w:t>
      </w:r>
      <w:r>
        <w:rPr>
          <w:sz w:val="20"/>
          <w:lang w:eastAsia="ko-KR"/>
        </w:rPr>
        <w:t xml:space="preserve"> </w:t>
      </w:r>
      <w:r>
        <w:rPr>
          <w:sz w:val="20"/>
          <w:lang w:eastAsia="ko-KR"/>
        </w:rPr>
        <w:t>본인이</w:t>
      </w:r>
      <w:r>
        <w:rPr>
          <w:sz w:val="20"/>
          <w:lang w:eastAsia="ko-KR"/>
        </w:rPr>
        <w:t xml:space="preserve"> </w:t>
      </w:r>
      <w:r>
        <w:rPr>
          <w:sz w:val="20"/>
          <w:lang w:eastAsia="ko-KR"/>
        </w:rPr>
        <w:t>직접</w:t>
      </w:r>
      <w:r>
        <w:rPr>
          <w:sz w:val="20"/>
          <w:lang w:eastAsia="ko-KR"/>
        </w:rPr>
        <w:t xml:space="preserve"> </w:t>
      </w:r>
      <w:r>
        <w:rPr>
          <w:sz w:val="20"/>
          <w:lang w:eastAsia="ko-KR"/>
        </w:rPr>
        <w:t>기획</w:t>
      </w:r>
      <w:r>
        <w:rPr>
          <w:sz w:val="20"/>
          <w:lang w:eastAsia="ko-KR"/>
        </w:rPr>
        <w:t>·</w:t>
      </w:r>
      <w:r>
        <w:rPr>
          <w:sz w:val="20"/>
          <w:lang w:eastAsia="ko-KR"/>
        </w:rPr>
        <w:t>제작한</w:t>
      </w:r>
      <w:r>
        <w:rPr>
          <w:sz w:val="20"/>
          <w:lang w:eastAsia="ko-KR"/>
        </w:rPr>
        <w:t xml:space="preserve"> </w:t>
      </w:r>
      <w:r>
        <w:rPr>
          <w:sz w:val="20"/>
          <w:lang w:eastAsia="ko-KR"/>
        </w:rPr>
        <w:t>작품이며</w:t>
      </w:r>
      <w:r>
        <w:rPr>
          <w:sz w:val="20"/>
          <w:lang w:eastAsia="ko-KR"/>
        </w:rPr>
        <w:t xml:space="preserve">, </w:t>
      </w:r>
      <w:r>
        <w:rPr>
          <w:sz w:val="20"/>
          <w:lang w:eastAsia="ko-KR"/>
        </w:rPr>
        <w:t>필요한</w:t>
      </w:r>
      <w:r>
        <w:rPr>
          <w:sz w:val="20"/>
          <w:lang w:eastAsia="ko-KR"/>
        </w:rPr>
        <w:t xml:space="preserve"> </w:t>
      </w:r>
      <w:r>
        <w:rPr>
          <w:sz w:val="20"/>
          <w:lang w:eastAsia="ko-KR"/>
        </w:rPr>
        <w:t>권리관계를</w:t>
      </w:r>
      <w:r>
        <w:rPr>
          <w:sz w:val="20"/>
          <w:lang w:eastAsia="ko-KR"/>
        </w:rPr>
        <w:t xml:space="preserve"> </w:t>
      </w:r>
      <w:r>
        <w:rPr>
          <w:sz w:val="20"/>
          <w:lang w:eastAsia="ko-KR"/>
        </w:rPr>
        <w:t>확인하였습니다</w:t>
      </w:r>
      <w:r>
        <w:rPr>
          <w:sz w:val="20"/>
          <w:lang w:eastAsia="ko-KR"/>
        </w:rPr>
        <w:t>.</w:t>
      </w:r>
    </w:p>
    <w:p w14:paraId="4EFCE135" w14:textId="77777777" w:rsidR="00D55C08" w:rsidRDefault="00000000">
      <w:pPr>
        <w:spacing w:after="0" w:line="300" w:lineRule="auto"/>
        <w:ind w:left="425" w:hanging="159"/>
        <w:rPr>
          <w:rFonts w:hint="eastAsia"/>
          <w:lang w:eastAsia="ko-KR"/>
        </w:rPr>
      </w:pPr>
      <w:r>
        <w:rPr>
          <w:sz w:val="20"/>
          <w:lang w:eastAsia="ko-KR"/>
        </w:rPr>
        <w:t xml:space="preserve">- □ </w:t>
      </w:r>
      <w:r>
        <w:rPr>
          <w:sz w:val="20"/>
          <w:lang w:eastAsia="ko-KR"/>
        </w:rPr>
        <w:t>수상</w:t>
      </w:r>
      <w:r>
        <w:rPr>
          <w:sz w:val="20"/>
          <w:lang w:eastAsia="ko-KR"/>
        </w:rPr>
        <w:t xml:space="preserve"> </w:t>
      </w:r>
      <w:r>
        <w:rPr>
          <w:sz w:val="20"/>
          <w:lang w:eastAsia="ko-KR"/>
        </w:rPr>
        <w:t>검증을</w:t>
      </w:r>
      <w:r>
        <w:rPr>
          <w:sz w:val="20"/>
          <w:lang w:eastAsia="ko-KR"/>
        </w:rPr>
        <w:t xml:space="preserve"> </w:t>
      </w:r>
      <w:r>
        <w:rPr>
          <w:sz w:val="20"/>
          <w:lang w:eastAsia="ko-KR"/>
        </w:rPr>
        <w:t>위해</w:t>
      </w:r>
      <w:r>
        <w:rPr>
          <w:sz w:val="20"/>
          <w:lang w:eastAsia="ko-KR"/>
        </w:rPr>
        <w:t xml:space="preserve"> </w:t>
      </w:r>
      <w:r>
        <w:rPr>
          <w:sz w:val="20"/>
          <w:lang w:eastAsia="ko-KR"/>
        </w:rPr>
        <w:t>요청되는</w:t>
      </w:r>
      <w:r>
        <w:rPr>
          <w:sz w:val="20"/>
          <w:lang w:eastAsia="ko-KR"/>
        </w:rPr>
        <w:t xml:space="preserve"> </w:t>
      </w:r>
      <w:r>
        <w:rPr>
          <w:sz w:val="20"/>
          <w:lang w:eastAsia="ko-KR"/>
        </w:rPr>
        <w:t>범위</w:t>
      </w:r>
      <w:r>
        <w:rPr>
          <w:sz w:val="20"/>
          <w:lang w:eastAsia="ko-KR"/>
        </w:rPr>
        <w:t xml:space="preserve"> </w:t>
      </w:r>
      <w:r>
        <w:rPr>
          <w:sz w:val="20"/>
          <w:lang w:eastAsia="ko-KR"/>
        </w:rPr>
        <w:t>내에서</w:t>
      </w:r>
      <w:r>
        <w:rPr>
          <w:sz w:val="20"/>
          <w:lang w:eastAsia="ko-KR"/>
        </w:rPr>
        <w:t xml:space="preserve"> AI </w:t>
      </w:r>
      <w:r>
        <w:rPr>
          <w:sz w:val="20"/>
          <w:lang w:eastAsia="ko-KR"/>
        </w:rPr>
        <w:t>활용</w:t>
      </w:r>
      <w:r>
        <w:rPr>
          <w:sz w:val="20"/>
          <w:lang w:eastAsia="ko-KR"/>
        </w:rPr>
        <w:t xml:space="preserve"> </w:t>
      </w:r>
      <w:r>
        <w:rPr>
          <w:sz w:val="20"/>
          <w:lang w:eastAsia="ko-KR"/>
        </w:rPr>
        <w:t>및</w:t>
      </w:r>
      <w:r>
        <w:rPr>
          <w:sz w:val="20"/>
          <w:lang w:eastAsia="ko-KR"/>
        </w:rPr>
        <w:t xml:space="preserve"> </w:t>
      </w:r>
      <w:r>
        <w:rPr>
          <w:sz w:val="20"/>
          <w:lang w:eastAsia="ko-KR"/>
        </w:rPr>
        <w:t>제작</w:t>
      </w:r>
      <w:r>
        <w:rPr>
          <w:sz w:val="20"/>
          <w:lang w:eastAsia="ko-KR"/>
        </w:rPr>
        <w:t xml:space="preserve"> </w:t>
      </w:r>
      <w:r>
        <w:rPr>
          <w:sz w:val="20"/>
          <w:lang w:eastAsia="ko-KR"/>
        </w:rPr>
        <w:t>증빙자료</w:t>
      </w:r>
      <w:r>
        <w:rPr>
          <w:sz w:val="20"/>
          <w:lang w:eastAsia="ko-KR"/>
        </w:rPr>
        <w:t xml:space="preserve"> </w:t>
      </w:r>
      <w:r>
        <w:rPr>
          <w:sz w:val="20"/>
          <w:lang w:eastAsia="ko-KR"/>
        </w:rPr>
        <w:t>제출에</w:t>
      </w:r>
      <w:r>
        <w:rPr>
          <w:sz w:val="20"/>
          <w:lang w:eastAsia="ko-KR"/>
        </w:rPr>
        <w:t xml:space="preserve"> </w:t>
      </w:r>
      <w:r>
        <w:rPr>
          <w:sz w:val="20"/>
          <w:lang w:eastAsia="ko-KR"/>
        </w:rPr>
        <w:t>협조하겠습니다</w:t>
      </w:r>
      <w:r>
        <w:rPr>
          <w:sz w:val="20"/>
          <w:lang w:eastAsia="ko-KR"/>
        </w:rPr>
        <w:t>.</w:t>
      </w:r>
    </w:p>
    <w:p w14:paraId="565886E5" w14:textId="77777777" w:rsidR="00D55C08" w:rsidRDefault="00000000">
      <w:pPr>
        <w:spacing w:before="160" w:after="160" w:line="240" w:lineRule="auto"/>
        <w:jc w:val="right"/>
        <w:rPr>
          <w:rFonts w:hint="eastAsia"/>
          <w:lang w:eastAsia="ko-KR"/>
        </w:rPr>
      </w:pPr>
      <w:r>
        <w:rPr>
          <w:sz w:val="20"/>
          <w:lang w:eastAsia="ko-KR"/>
        </w:rPr>
        <w:t>2026</w:t>
      </w:r>
      <w:r>
        <w:rPr>
          <w:sz w:val="20"/>
          <w:lang w:eastAsia="ko-KR"/>
        </w:rPr>
        <w:t>년</w:t>
      </w:r>
      <w:r>
        <w:rPr>
          <w:sz w:val="20"/>
          <w:lang w:eastAsia="ko-KR"/>
        </w:rPr>
        <w:t xml:space="preserve">      </w:t>
      </w:r>
      <w:r>
        <w:rPr>
          <w:sz w:val="20"/>
          <w:lang w:eastAsia="ko-KR"/>
        </w:rPr>
        <w:t>월</w:t>
      </w:r>
      <w:r>
        <w:rPr>
          <w:sz w:val="20"/>
          <w:lang w:eastAsia="ko-KR"/>
        </w:rPr>
        <w:t xml:space="preserve">      </w:t>
      </w:r>
      <w:r>
        <w:rPr>
          <w:sz w:val="20"/>
          <w:lang w:eastAsia="ko-KR"/>
        </w:rPr>
        <w:t>일</w:t>
      </w:r>
      <w:r>
        <w:rPr>
          <w:sz w:val="20"/>
          <w:lang w:eastAsia="ko-KR"/>
        </w:rPr>
        <w:t xml:space="preserve">      </w:t>
      </w:r>
      <w:r>
        <w:rPr>
          <w:sz w:val="20"/>
          <w:lang w:eastAsia="ko-KR"/>
        </w:rPr>
        <w:t>참가자</w:t>
      </w:r>
      <w:r>
        <w:rPr>
          <w:sz w:val="20"/>
          <w:lang w:eastAsia="ko-KR"/>
        </w:rPr>
        <w:t>(</w:t>
      </w:r>
      <w:r>
        <w:rPr>
          <w:sz w:val="20"/>
          <w:lang w:eastAsia="ko-KR"/>
        </w:rPr>
        <w:t>대표자</w:t>
      </w:r>
      <w:proofErr w:type="gramStart"/>
      <w:r>
        <w:rPr>
          <w:sz w:val="20"/>
          <w:lang w:eastAsia="ko-KR"/>
        </w:rPr>
        <w:t>) :</w:t>
      </w:r>
      <w:proofErr w:type="gramEnd"/>
      <w:r>
        <w:rPr>
          <w:sz w:val="20"/>
          <w:lang w:eastAsia="ko-KR"/>
        </w:rPr>
        <w:t xml:space="preserve">                 (</w:t>
      </w:r>
      <w:r>
        <w:rPr>
          <w:sz w:val="20"/>
          <w:lang w:eastAsia="ko-KR"/>
        </w:rPr>
        <w:t>서명</w:t>
      </w:r>
      <w:r>
        <w:rPr>
          <w:sz w:val="20"/>
          <w:lang w:eastAsia="ko-KR"/>
        </w:rPr>
        <w:t>)</w:t>
      </w:r>
    </w:p>
    <w:p w14:paraId="1D3BD476" w14:textId="77777777" w:rsidR="00106AC8" w:rsidRDefault="00106AC8">
      <w:pPr>
        <w:rPr>
          <w:rFonts w:hint="eastAsia"/>
          <w:b/>
          <w:sz w:val="24"/>
          <w:lang w:eastAsia="ko-KR"/>
        </w:rPr>
      </w:pPr>
      <w:r>
        <w:rPr>
          <w:rFonts w:hint="eastAsia"/>
          <w:b/>
          <w:sz w:val="24"/>
          <w:lang w:eastAsia="ko-KR"/>
        </w:rPr>
        <w:br w:type="page"/>
      </w:r>
    </w:p>
    <w:p w14:paraId="1B528178" w14:textId="77777777" w:rsidR="00D55C08" w:rsidRDefault="00000000">
      <w:pPr>
        <w:spacing w:before="200" w:after="80" w:line="240" w:lineRule="auto"/>
        <w:rPr>
          <w:rFonts w:hint="eastAsia"/>
        </w:rPr>
      </w:pPr>
      <w:r>
        <w:rPr>
          <w:b/>
          <w:sz w:val="24"/>
        </w:rPr>
        <w:lastRenderedPageBreak/>
        <w:t>[</w:t>
      </w:r>
      <w:proofErr w:type="spellStart"/>
      <w:r>
        <w:rPr>
          <w:b/>
          <w:sz w:val="24"/>
        </w:rPr>
        <w:t>붙임</w:t>
      </w:r>
      <w:proofErr w:type="spellEnd"/>
      <w:r>
        <w:rPr>
          <w:b/>
          <w:sz w:val="24"/>
        </w:rPr>
        <w:t xml:space="preserve"> 2] AI </w:t>
      </w:r>
      <w:proofErr w:type="spellStart"/>
      <w:r>
        <w:rPr>
          <w:b/>
          <w:sz w:val="24"/>
        </w:rPr>
        <w:t>활용</w:t>
      </w:r>
      <w:proofErr w:type="spellEnd"/>
      <w:r>
        <w:rPr>
          <w:b/>
          <w:sz w:val="24"/>
        </w:rPr>
        <w:t xml:space="preserve"> </w:t>
      </w:r>
      <w:r>
        <w:rPr>
          <w:b/>
          <w:sz w:val="24"/>
        </w:rPr>
        <w:t>설명서</w:t>
      </w:r>
    </w:p>
    <w:tbl>
      <w:tblPr>
        <w:tblW w:w="0" w:type="auto"/>
        <w:jc w:val="center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6236"/>
      </w:tblGrid>
      <w:tr w:rsidR="00D55C08" w14:paraId="632F64B8" w14:textId="77777777">
        <w:trPr>
          <w:jc w:val="center"/>
        </w:trPr>
        <w:tc>
          <w:tcPr>
            <w:tcW w:w="2835" w:type="dxa"/>
            <w:shd w:val="clear" w:color="auto" w:fill="E7E6E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73DA0D3" w14:textId="77777777" w:rsidR="00D55C08" w:rsidRDefault="00000000">
            <w:pPr>
              <w:spacing w:after="0"/>
              <w:jc w:val="center"/>
              <w:rPr>
                <w:rFonts w:hint="eastAsia"/>
              </w:rPr>
            </w:pPr>
            <w:r>
              <w:rPr>
                <w:b/>
                <w:sz w:val="18"/>
              </w:rPr>
              <w:t>항목</w:t>
            </w:r>
          </w:p>
        </w:tc>
        <w:tc>
          <w:tcPr>
            <w:tcW w:w="6236" w:type="dxa"/>
            <w:shd w:val="clear" w:color="auto" w:fill="E7E6E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24F9C64" w14:textId="77777777" w:rsidR="00D55C08" w:rsidRDefault="00000000">
            <w:pPr>
              <w:spacing w:after="0"/>
              <w:jc w:val="center"/>
              <w:rPr>
                <w:rFonts w:hint="eastAsia"/>
              </w:rPr>
            </w:pPr>
            <w:r>
              <w:rPr>
                <w:b/>
                <w:sz w:val="18"/>
              </w:rPr>
              <w:t>작성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z w:val="18"/>
              </w:rPr>
              <w:t>내용</w:t>
            </w:r>
          </w:p>
        </w:tc>
      </w:tr>
      <w:tr w:rsidR="00D55C08" w14:paraId="21163EC1" w14:textId="77777777">
        <w:trPr>
          <w:jc w:val="center"/>
        </w:trPr>
        <w:tc>
          <w:tcPr>
            <w:tcW w:w="283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C37D01F" w14:textId="77777777" w:rsidR="00D55C08" w:rsidRDefault="00000000">
            <w:pPr>
              <w:spacing w:after="0"/>
              <w:jc w:val="center"/>
              <w:rPr>
                <w:rFonts w:hint="eastAsia"/>
              </w:rPr>
            </w:pPr>
            <w:r>
              <w:rPr>
                <w:sz w:val="18"/>
              </w:rPr>
              <w:t>작품명</w:t>
            </w:r>
          </w:p>
        </w:tc>
        <w:tc>
          <w:tcPr>
            <w:tcW w:w="623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437F09A" w14:textId="77777777" w:rsidR="00D55C08" w:rsidRDefault="00D55C08">
            <w:pPr>
              <w:spacing w:after="0"/>
              <w:rPr>
                <w:rFonts w:hint="eastAsia"/>
              </w:rPr>
            </w:pPr>
          </w:p>
        </w:tc>
      </w:tr>
      <w:tr w:rsidR="00D55C08" w14:paraId="54FC1BC8" w14:textId="77777777">
        <w:trPr>
          <w:jc w:val="center"/>
        </w:trPr>
        <w:tc>
          <w:tcPr>
            <w:tcW w:w="283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D7240DC" w14:textId="77777777" w:rsidR="00D55C08" w:rsidRDefault="00000000">
            <w:pPr>
              <w:spacing w:after="0"/>
              <w:jc w:val="center"/>
              <w:rPr>
                <w:rFonts w:hint="eastAsia"/>
              </w:rPr>
            </w:pPr>
            <w:r>
              <w:rPr>
                <w:sz w:val="18"/>
              </w:rPr>
              <w:t>참가부문</w:t>
            </w:r>
          </w:p>
        </w:tc>
        <w:tc>
          <w:tcPr>
            <w:tcW w:w="623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32F3474" w14:textId="77777777" w:rsidR="00D55C08" w:rsidRDefault="00000000">
            <w:pPr>
              <w:spacing w:after="0"/>
              <w:rPr>
                <w:rFonts w:hint="eastAsia"/>
              </w:rPr>
            </w:pPr>
            <w:r>
              <w:rPr>
                <w:sz w:val="18"/>
              </w:rPr>
              <w:t xml:space="preserve">□ </w:t>
            </w:r>
            <w:r>
              <w:rPr>
                <w:sz w:val="18"/>
              </w:rPr>
              <w:t>이미지</w:t>
            </w:r>
            <w:r>
              <w:rPr>
                <w:sz w:val="18"/>
              </w:rPr>
              <w:t xml:space="preserve">  □ </w:t>
            </w:r>
            <w:r>
              <w:rPr>
                <w:sz w:val="18"/>
              </w:rPr>
              <w:t>영상</w:t>
            </w:r>
          </w:p>
        </w:tc>
      </w:tr>
      <w:tr w:rsidR="00D55C08" w14:paraId="5F456825" w14:textId="77777777">
        <w:trPr>
          <w:jc w:val="center"/>
        </w:trPr>
        <w:tc>
          <w:tcPr>
            <w:tcW w:w="283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6C2B918" w14:textId="77777777" w:rsidR="00D55C08" w:rsidRDefault="00000000">
            <w:pPr>
              <w:spacing w:after="0"/>
              <w:jc w:val="center"/>
              <w:rPr>
                <w:rFonts w:hint="eastAsia"/>
                <w:lang w:eastAsia="ko-KR"/>
              </w:rPr>
            </w:pPr>
            <w:r>
              <w:rPr>
                <w:sz w:val="18"/>
                <w:lang w:eastAsia="ko-KR"/>
              </w:rPr>
              <w:t>사용한</w:t>
            </w:r>
            <w:r>
              <w:rPr>
                <w:sz w:val="18"/>
                <w:lang w:eastAsia="ko-KR"/>
              </w:rPr>
              <w:t xml:space="preserve"> AI </w:t>
            </w:r>
            <w:r>
              <w:rPr>
                <w:sz w:val="18"/>
                <w:lang w:eastAsia="ko-KR"/>
              </w:rPr>
              <w:t>도구</w:t>
            </w:r>
            <w:r>
              <w:rPr>
                <w:sz w:val="18"/>
                <w:lang w:eastAsia="ko-KR"/>
              </w:rPr>
              <w:t>·</w:t>
            </w:r>
            <w:r>
              <w:rPr>
                <w:sz w:val="18"/>
                <w:lang w:eastAsia="ko-KR"/>
              </w:rPr>
              <w:t>서비스</w:t>
            </w:r>
          </w:p>
        </w:tc>
        <w:tc>
          <w:tcPr>
            <w:tcW w:w="623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743CE12" w14:textId="77777777" w:rsidR="00D55C08" w:rsidRDefault="00000000">
            <w:pPr>
              <w:spacing w:after="0"/>
              <w:rPr>
                <w:rFonts w:hint="eastAsia"/>
              </w:rPr>
            </w:pPr>
            <w:r>
              <w:rPr>
                <w:sz w:val="18"/>
              </w:rPr>
              <w:t>예</w:t>
            </w:r>
            <w:r>
              <w:rPr>
                <w:sz w:val="18"/>
              </w:rPr>
              <w:t xml:space="preserve">: </w:t>
            </w:r>
            <w:proofErr w:type="spellStart"/>
            <w:r>
              <w:rPr>
                <w:sz w:val="18"/>
              </w:rPr>
              <w:t>ChatGPT</w:t>
            </w:r>
            <w:proofErr w:type="spellEnd"/>
            <w:r>
              <w:rPr>
                <w:sz w:val="18"/>
              </w:rPr>
              <w:t xml:space="preserve">, </w:t>
            </w:r>
            <w:proofErr w:type="spellStart"/>
            <w:r>
              <w:rPr>
                <w:sz w:val="18"/>
              </w:rPr>
              <w:t>Midjourney</w:t>
            </w:r>
            <w:proofErr w:type="spellEnd"/>
            <w:r>
              <w:rPr>
                <w:sz w:val="18"/>
              </w:rPr>
              <w:t xml:space="preserve">, Adobe Firefly, Runway, Kling, Sora </w:t>
            </w:r>
            <w:r>
              <w:rPr>
                <w:sz w:val="18"/>
              </w:rPr>
              <w:t>등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t>실제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t>사용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t>도구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t>기재</w:t>
            </w:r>
          </w:p>
        </w:tc>
      </w:tr>
      <w:tr w:rsidR="00D55C08" w14:paraId="074B0F1D" w14:textId="77777777">
        <w:trPr>
          <w:jc w:val="center"/>
        </w:trPr>
        <w:tc>
          <w:tcPr>
            <w:tcW w:w="283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4B94AF5" w14:textId="77777777" w:rsidR="00D55C08" w:rsidRDefault="00000000">
            <w:pPr>
              <w:spacing w:after="0"/>
              <w:jc w:val="center"/>
              <w:rPr>
                <w:rFonts w:hint="eastAsia"/>
                <w:lang w:eastAsia="ko-KR"/>
              </w:rPr>
            </w:pPr>
            <w:r>
              <w:rPr>
                <w:sz w:val="18"/>
                <w:lang w:eastAsia="ko-KR"/>
              </w:rPr>
              <w:t>모델명</w:t>
            </w:r>
            <w:r>
              <w:rPr>
                <w:sz w:val="18"/>
                <w:lang w:eastAsia="ko-KR"/>
              </w:rPr>
              <w:t>·</w:t>
            </w:r>
            <w:r>
              <w:rPr>
                <w:sz w:val="18"/>
                <w:lang w:eastAsia="ko-KR"/>
              </w:rPr>
              <w:t>버전</w:t>
            </w:r>
            <w:r>
              <w:rPr>
                <w:sz w:val="18"/>
                <w:lang w:eastAsia="ko-KR"/>
              </w:rPr>
              <w:t>(</w:t>
            </w:r>
            <w:r>
              <w:rPr>
                <w:sz w:val="18"/>
                <w:lang w:eastAsia="ko-KR"/>
              </w:rPr>
              <w:t>확인</w:t>
            </w:r>
            <w:r>
              <w:rPr>
                <w:sz w:val="18"/>
                <w:lang w:eastAsia="ko-KR"/>
              </w:rPr>
              <w:t xml:space="preserve"> </w:t>
            </w:r>
            <w:r>
              <w:rPr>
                <w:sz w:val="18"/>
                <w:lang w:eastAsia="ko-KR"/>
              </w:rPr>
              <w:t>가능</w:t>
            </w:r>
            <w:r>
              <w:rPr>
                <w:sz w:val="18"/>
                <w:lang w:eastAsia="ko-KR"/>
              </w:rPr>
              <w:t xml:space="preserve"> </w:t>
            </w:r>
            <w:r>
              <w:rPr>
                <w:sz w:val="18"/>
                <w:lang w:eastAsia="ko-KR"/>
              </w:rPr>
              <w:t>시</w:t>
            </w:r>
            <w:r>
              <w:rPr>
                <w:sz w:val="18"/>
                <w:lang w:eastAsia="ko-KR"/>
              </w:rPr>
              <w:t>)</w:t>
            </w:r>
          </w:p>
        </w:tc>
        <w:tc>
          <w:tcPr>
            <w:tcW w:w="623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37D419D" w14:textId="77777777" w:rsidR="00D55C08" w:rsidRDefault="00D55C08">
            <w:pPr>
              <w:spacing w:after="0"/>
              <w:rPr>
                <w:rFonts w:hint="eastAsia"/>
                <w:lang w:eastAsia="ko-KR"/>
              </w:rPr>
            </w:pPr>
          </w:p>
        </w:tc>
      </w:tr>
      <w:tr w:rsidR="00D55C08" w14:paraId="472B3F9C" w14:textId="77777777">
        <w:trPr>
          <w:jc w:val="center"/>
        </w:trPr>
        <w:tc>
          <w:tcPr>
            <w:tcW w:w="283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58F6E4D" w14:textId="77777777" w:rsidR="00D55C08" w:rsidRDefault="00000000">
            <w:pPr>
              <w:spacing w:after="0"/>
              <w:jc w:val="center"/>
              <w:rPr>
                <w:rFonts w:hint="eastAsia"/>
              </w:rPr>
            </w:pPr>
            <w:r>
              <w:rPr>
                <w:sz w:val="18"/>
              </w:rPr>
              <w:t xml:space="preserve">AI </w:t>
            </w:r>
            <w:proofErr w:type="spellStart"/>
            <w:r>
              <w:rPr>
                <w:sz w:val="18"/>
              </w:rPr>
              <w:t>활용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단계</w:t>
            </w:r>
            <w:proofErr w:type="spellEnd"/>
          </w:p>
        </w:tc>
        <w:tc>
          <w:tcPr>
            <w:tcW w:w="623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A87649A" w14:textId="77777777" w:rsidR="00D55C08" w:rsidRDefault="00000000">
            <w:pPr>
              <w:spacing w:after="0"/>
              <w:rPr>
                <w:rFonts w:hint="eastAsia"/>
                <w:lang w:eastAsia="ko-KR"/>
              </w:rPr>
            </w:pPr>
            <w:r>
              <w:rPr>
                <w:sz w:val="18"/>
                <w:lang w:eastAsia="ko-KR"/>
              </w:rPr>
              <w:t xml:space="preserve">□ </w:t>
            </w:r>
            <w:r>
              <w:rPr>
                <w:sz w:val="18"/>
                <w:lang w:eastAsia="ko-KR"/>
              </w:rPr>
              <w:t>아이디어</w:t>
            </w:r>
            <w:r>
              <w:rPr>
                <w:sz w:val="18"/>
                <w:lang w:eastAsia="ko-KR"/>
              </w:rPr>
              <w:t>/</w:t>
            </w:r>
            <w:proofErr w:type="gramStart"/>
            <w:r>
              <w:rPr>
                <w:sz w:val="18"/>
                <w:lang w:eastAsia="ko-KR"/>
              </w:rPr>
              <w:t>기획</w:t>
            </w:r>
            <w:r>
              <w:rPr>
                <w:sz w:val="18"/>
                <w:lang w:eastAsia="ko-KR"/>
              </w:rPr>
              <w:t xml:space="preserve">  □</w:t>
            </w:r>
            <w:proofErr w:type="gramEnd"/>
            <w:r>
              <w:rPr>
                <w:sz w:val="18"/>
                <w:lang w:eastAsia="ko-KR"/>
              </w:rPr>
              <w:t xml:space="preserve"> </w:t>
            </w:r>
            <w:r>
              <w:rPr>
                <w:sz w:val="18"/>
                <w:lang w:eastAsia="ko-KR"/>
              </w:rPr>
              <w:t>이미지</w:t>
            </w:r>
            <w:r>
              <w:rPr>
                <w:sz w:val="18"/>
                <w:lang w:eastAsia="ko-KR"/>
              </w:rPr>
              <w:t xml:space="preserve"> </w:t>
            </w:r>
            <w:r>
              <w:rPr>
                <w:sz w:val="18"/>
                <w:lang w:eastAsia="ko-KR"/>
              </w:rPr>
              <w:t>생성</w:t>
            </w:r>
            <w:r>
              <w:rPr>
                <w:sz w:val="18"/>
                <w:lang w:eastAsia="ko-KR"/>
              </w:rPr>
              <w:t xml:space="preserve">  □ </w:t>
            </w:r>
            <w:r>
              <w:rPr>
                <w:sz w:val="18"/>
                <w:lang w:eastAsia="ko-KR"/>
              </w:rPr>
              <w:t>영상</w:t>
            </w:r>
            <w:r>
              <w:rPr>
                <w:sz w:val="18"/>
                <w:lang w:eastAsia="ko-KR"/>
              </w:rPr>
              <w:t xml:space="preserve"> </w:t>
            </w:r>
            <w:r>
              <w:rPr>
                <w:sz w:val="18"/>
                <w:lang w:eastAsia="ko-KR"/>
              </w:rPr>
              <w:t>생성</w:t>
            </w:r>
            <w:r>
              <w:rPr>
                <w:sz w:val="18"/>
                <w:lang w:eastAsia="ko-KR"/>
              </w:rPr>
              <w:t xml:space="preserve">  □ </w:t>
            </w:r>
            <w:r>
              <w:rPr>
                <w:sz w:val="18"/>
                <w:lang w:eastAsia="ko-KR"/>
              </w:rPr>
              <w:t>음성</w:t>
            </w:r>
            <w:r>
              <w:rPr>
                <w:sz w:val="18"/>
                <w:lang w:eastAsia="ko-KR"/>
              </w:rPr>
              <w:t>/</w:t>
            </w:r>
            <w:r>
              <w:rPr>
                <w:sz w:val="18"/>
                <w:lang w:eastAsia="ko-KR"/>
              </w:rPr>
              <w:t>음악</w:t>
            </w:r>
            <w:r>
              <w:rPr>
                <w:sz w:val="18"/>
                <w:lang w:eastAsia="ko-KR"/>
              </w:rPr>
              <w:t xml:space="preserve">  □ </w:t>
            </w:r>
            <w:r>
              <w:rPr>
                <w:sz w:val="18"/>
                <w:lang w:eastAsia="ko-KR"/>
              </w:rPr>
              <w:t>자막</w:t>
            </w:r>
            <w:r>
              <w:rPr>
                <w:sz w:val="18"/>
                <w:lang w:eastAsia="ko-KR"/>
              </w:rPr>
              <w:t>/</w:t>
            </w:r>
            <w:r>
              <w:rPr>
                <w:sz w:val="18"/>
                <w:lang w:eastAsia="ko-KR"/>
              </w:rPr>
              <w:t>문구</w:t>
            </w:r>
            <w:r>
              <w:rPr>
                <w:sz w:val="18"/>
                <w:lang w:eastAsia="ko-KR"/>
              </w:rPr>
              <w:t xml:space="preserve">  □ </w:t>
            </w:r>
            <w:r>
              <w:rPr>
                <w:sz w:val="18"/>
                <w:lang w:eastAsia="ko-KR"/>
              </w:rPr>
              <w:t>편집</w:t>
            </w:r>
            <w:r>
              <w:rPr>
                <w:sz w:val="18"/>
                <w:lang w:eastAsia="ko-KR"/>
              </w:rPr>
              <w:t>·</w:t>
            </w:r>
            <w:proofErr w:type="spellStart"/>
            <w:r>
              <w:rPr>
                <w:sz w:val="18"/>
                <w:lang w:eastAsia="ko-KR"/>
              </w:rPr>
              <w:t>후보정</w:t>
            </w:r>
            <w:proofErr w:type="spellEnd"/>
            <w:r>
              <w:rPr>
                <w:sz w:val="18"/>
                <w:lang w:eastAsia="ko-KR"/>
              </w:rPr>
              <w:t xml:space="preserve">  □ </w:t>
            </w:r>
            <w:r>
              <w:rPr>
                <w:sz w:val="18"/>
                <w:lang w:eastAsia="ko-KR"/>
              </w:rPr>
              <w:t>기타</w:t>
            </w:r>
          </w:p>
        </w:tc>
      </w:tr>
      <w:tr w:rsidR="00D55C08" w14:paraId="4A7076A5" w14:textId="77777777">
        <w:trPr>
          <w:jc w:val="center"/>
        </w:trPr>
        <w:tc>
          <w:tcPr>
            <w:tcW w:w="283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1343171" w14:textId="77777777" w:rsidR="00D55C08" w:rsidRDefault="00000000">
            <w:pPr>
              <w:spacing w:after="0"/>
              <w:jc w:val="center"/>
              <w:rPr>
                <w:rFonts w:hint="eastAsia"/>
              </w:rPr>
            </w:pPr>
            <w:r>
              <w:rPr>
                <w:sz w:val="18"/>
              </w:rPr>
              <w:t xml:space="preserve">AI </w:t>
            </w:r>
            <w:proofErr w:type="spellStart"/>
            <w:r>
              <w:rPr>
                <w:sz w:val="18"/>
              </w:rPr>
              <w:t>활용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범위</w:t>
            </w:r>
            <w:proofErr w:type="spellEnd"/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t>및</w:t>
            </w:r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비중</w:t>
            </w:r>
            <w:proofErr w:type="spellEnd"/>
          </w:p>
        </w:tc>
        <w:tc>
          <w:tcPr>
            <w:tcW w:w="623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A5999DD" w14:textId="77777777" w:rsidR="00D55C08" w:rsidRDefault="00000000">
            <w:pPr>
              <w:spacing w:after="0"/>
              <w:rPr>
                <w:rFonts w:hint="eastAsia"/>
                <w:lang w:eastAsia="ko-KR"/>
              </w:rPr>
            </w:pPr>
            <w:r>
              <w:rPr>
                <w:sz w:val="18"/>
                <w:lang w:eastAsia="ko-KR"/>
              </w:rPr>
              <w:t>어떤</w:t>
            </w:r>
            <w:r>
              <w:rPr>
                <w:sz w:val="18"/>
                <w:lang w:eastAsia="ko-KR"/>
              </w:rPr>
              <w:t xml:space="preserve"> </w:t>
            </w:r>
            <w:r>
              <w:rPr>
                <w:sz w:val="18"/>
                <w:lang w:eastAsia="ko-KR"/>
              </w:rPr>
              <w:t>부분을</w:t>
            </w:r>
            <w:r>
              <w:rPr>
                <w:sz w:val="18"/>
                <w:lang w:eastAsia="ko-KR"/>
              </w:rPr>
              <w:t xml:space="preserve"> AI</w:t>
            </w:r>
            <w:r>
              <w:rPr>
                <w:sz w:val="18"/>
                <w:lang w:eastAsia="ko-KR"/>
              </w:rPr>
              <w:t>로</w:t>
            </w:r>
            <w:r>
              <w:rPr>
                <w:sz w:val="18"/>
                <w:lang w:eastAsia="ko-KR"/>
              </w:rPr>
              <w:t xml:space="preserve"> </w:t>
            </w:r>
            <w:r>
              <w:rPr>
                <w:sz w:val="18"/>
                <w:lang w:eastAsia="ko-KR"/>
              </w:rPr>
              <w:t>만들었는지</w:t>
            </w:r>
            <w:r>
              <w:rPr>
                <w:sz w:val="18"/>
                <w:lang w:eastAsia="ko-KR"/>
              </w:rPr>
              <w:t xml:space="preserve"> </w:t>
            </w:r>
            <w:r>
              <w:rPr>
                <w:sz w:val="18"/>
                <w:lang w:eastAsia="ko-KR"/>
              </w:rPr>
              <w:t>구체적으로</w:t>
            </w:r>
            <w:r>
              <w:rPr>
                <w:sz w:val="18"/>
                <w:lang w:eastAsia="ko-KR"/>
              </w:rPr>
              <w:t xml:space="preserve"> </w:t>
            </w:r>
            <w:r>
              <w:rPr>
                <w:sz w:val="18"/>
                <w:lang w:eastAsia="ko-KR"/>
              </w:rPr>
              <w:t>작성</w:t>
            </w:r>
          </w:p>
        </w:tc>
      </w:tr>
      <w:tr w:rsidR="00D55C08" w14:paraId="2C930066" w14:textId="77777777">
        <w:trPr>
          <w:jc w:val="center"/>
        </w:trPr>
        <w:tc>
          <w:tcPr>
            <w:tcW w:w="283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7847D18" w14:textId="77777777" w:rsidR="00D55C08" w:rsidRDefault="00000000">
            <w:pPr>
              <w:spacing w:after="0"/>
              <w:jc w:val="center"/>
              <w:rPr>
                <w:rFonts w:hint="eastAsia"/>
                <w:lang w:eastAsia="ko-KR"/>
              </w:rPr>
            </w:pPr>
            <w:r>
              <w:rPr>
                <w:sz w:val="18"/>
                <w:lang w:eastAsia="ko-KR"/>
              </w:rPr>
              <w:t>제작자가</w:t>
            </w:r>
            <w:r>
              <w:rPr>
                <w:sz w:val="18"/>
                <w:lang w:eastAsia="ko-KR"/>
              </w:rPr>
              <w:t xml:space="preserve"> </w:t>
            </w:r>
            <w:r>
              <w:rPr>
                <w:sz w:val="18"/>
                <w:lang w:eastAsia="ko-KR"/>
              </w:rPr>
              <w:t>직접</w:t>
            </w:r>
            <w:r>
              <w:rPr>
                <w:sz w:val="18"/>
                <w:lang w:eastAsia="ko-KR"/>
              </w:rPr>
              <w:t xml:space="preserve"> </w:t>
            </w:r>
            <w:r>
              <w:rPr>
                <w:sz w:val="18"/>
                <w:lang w:eastAsia="ko-KR"/>
              </w:rPr>
              <w:t>수행한</w:t>
            </w:r>
            <w:r>
              <w:rPr>
                <w:sz w:val="18"/>
                <w:lang w:eastAsia="ko-KR"/>
              </w:rPr>
              <w:t xml:space="preserve"> </w:t>
            </w:r>
            <w:r>
              <w:rPr>
                <w:sz w:val="18"/>
                <w:lang w:eastAsia="ko-KR"/>
              </w:rPr>
              <w:t>작업</w:t>
            </w:r>
          </w:p>
        </w:tc>
        <w:tc>
          <w:tcPr>
            <w:tcW w:w="623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0BFE3CE" w14:textId="77777777" w:rsidR="00D55C08" w:rsidRDefault="00000000">
            <w:pPr>
              <w:spacing w:after="0"/>
              <w:rPr>
                <w:rFonts w:hint="eastAsia"/>
                <w:lang w:eastAsia="ko-KR"/>
              </w:rPr>
            </w:pPr>
            <w:r>
              <w:rPr>
                <w:sz w:val="18"/>
                <w:lang w:eastAsia="ko-KR"/>
              </w:rPr>
              <w:t>기획</w:t>
            </w:r>
            <w:r>
              <w:rPr>
                <w:sz w:val="18"/>
                <w:lang w:eastAsia="ko-KR"/>
              </w:rPr>
              <w:t xml:space="preserve">, </w:t>
            </w:r>
            <w:r>
              <w:rPr>
                <w:sz w:val="18"/>
                <w:lang w:eastAsia="ko-KR"/>
              </w:rPr>
              <w:t>촬영</w:t>
            </w:r>
            <w:r>
              <w:rPr>
                <w:sz w:val="18"/>
                <w:lang w:eastAsia="ko-KR"/>
              </w:rPr>
              <w:t xml:space="preserve">, </w:t>
            </w:r>
            <w:r>
              <w:rPr>
                <w:sz w:val="18"/>
                <w:lang w:eastAsia="ko-KR"/>
              </w:rPr>
              <w:t>합성</w:t>
            </w:r>
            <w:r>
              <w:rPr>
                <w:sz w:val="18"/>
                <w:lang w:eastAsia="ko-KR"/>
              </w:rPr>
              <w:t xml:space="preserve">, </w:t>
            </w:r>
            <w:r>
              <w:rPr>
                <w:sz w:val="18"/>
                <w:lang w:eastAsia="ko-KR"/>
              </w:rPr>
              <w:t>편집</w:t>
            </w:r>
            <w:r>
              <w:rPr>
                <w:sz w:val="18"/>
                <w:lang w:eastAsia="ko-KR"/>
              </w:rPr>
              <w:t xml:space="preserve">, </w:t>
            </w:r>
            <w:proofErr w:type="spellStart"/>
            <w:r>
              <w:rPr>
                <w:sz w:val="18"/>
                <w:lang w:eastAsia="ko-KR"/>
              </w:rPr>
              <w:t>색보정</w:t>
            </w:r>
            <w:proofErr w:type="spellEnd"/>
            <w:r>
              <w:rPr>
                <w:sz w:val="18"/>
                <w:lang w:eastAsia="ko-KR"/>
              </w:rPr>
              <w:t xml:space="preserve">, </w:t>
            </w:r>
            <w:r>
              <w:rPr>
                <w:sz w:val="18"/>
                <w:lang w:eastAsia="ko-KR"/>
              </w:rPr>
              <w:t>자막</w:t>
            </w:r>
            <w:r>
              <w:rPr>
                <w:sz w:val="18"/>
                <w:lang w:eastAsia="ko-KR"/>
              </w:rPr>
              <w:t xml:space="preserve"> </w:t>
            </w:r>
            <w:r>
              <w:rPr>
                <w:sz w:val="18"/>
                <w:lang w:eastAsia="ko-KR"/>
              </w:rPr>
              <w:t>등</w:t>
            </w:r>
            <w:r>
              <w:rPr>
                <w:sz w:val="18"/>
                <w:lang w:eastAsia="ko-KR"/>
              </w:rPr>
              <w:t xml:space="preserve"> </w:t>
            </w:r>
            <w:r>
              <w:rPr>
                <w:sz w:val="18"/>
                <w:lang w:eastAsia="ko-KR"/>
              </w:rPr>
              <w:t>직접</w:t>
            </w:r>
            <w:r>
              <w:rPr>
                <w:sz w:val="18"/>
                <w:lang w:eastAsia="ko-KR"/>
              </w:rPr>
              <w:t xml:space="preserve"> </w:t>
            </w:r>
            <w:r>
              <w:rPr>
                <w:sz w:val="18"/>
                <w:lang w:eastAsia="ko-KR"/>
              </w:rPr>
              <w:t>수행한</w:t>
            </w:r>
            <w:r>
              <w:rPr>
                <w:sz w:val="18"/>
                <w:lang w:eastAsia="ko-KR"/>
              </w:rPr>
              <w:t xml:space="preserve"> </w:t>
            </w:r>
            <w:r>
              <w:rPr>
                <w:sz w:val="18"/>
                <w:lang w:eastAsia="ko-KR"/>
              </w:rPr>
              <w:t>작업</w:t>
            </w:r>
            <w:r>
              <w:rPr>
                <w:sz w:val="18"/>
                <w:lang w:eastAsia="ko-KR"/>
              </w:rPr>
              <w:t xml:space="preserve"> </w:t>
            </w:r>
            <w:r>
              <w:rPr>
                <w:sz w:val="18"/>
                <w:lang w:eastAsia="ko-KR"/>
              </w:rPr>
              <w:t>작성</w:t>
            </w:r>
          </w:p>
        </w:tc>
      </w:tr>
      <w:tr w:rsidR="00D55C08" w14:paraId="78C9A208" w14:textId="77777777">
        <w:trPr>
          <w:jc w:val="center"/>
        </w:trPr>
        <w:tc>
          <w:tcPr>
            <w:tcW w:w="283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E830320" w14:textId="77777777" w:rsidR="00D55C08" w:rsidRDefault="00000000">
            <w:pPr>
              <w:spacing w:after="0"/>
              <w:jc w:val="center"/>
              <w:rPr>
                <w:rFonts w:hint="eastAsia"/>
              </w:rPr>
            </w:pPr>
            <w:proofErr w:type="spellStart"/>
            <w:r>
              <w:rPr>
                <w:sz w:val="18"/>
              </w:rPr>
              <w:t>외부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소스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사용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내역</w:t>
            </w:r>
            <w:proofErr w:type="spellEnd"/>
          </w:p>
        </w:tc>
        <w:tc>
          <w:tcPr>
            <w:tcW w:w="623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31BB3B3" w14:textId="77777777" w:rsidR="00D55C08" w:rsidRDefault="00000000">
            <w:pPr>
              <w:spacing w:after="0"/>
              <w:rPr>
                <w:rFonts w:hint="eastAsia"/>
                <w:lang w:eastAsia="ko-KR"/>
              </w:rPr>
            </w:pPr>
            <w:r>
              <w:rPr>
                <w:sz w:val="18"/>
                <w:lang w:eastAsia="ko-KR"/>
              </w:rPr>
              <w:t>음악</w:t>
            </w:r>
            <w:r>
              <w:rPr>
                <w:sz w:val="18"/>
                <w:lang w:eastAsia="ko-KR"/>
              </w:rPr>
              <w:t>·</w:t>
            </w:r>
            <w:r>
              <w:rPr>
                <w:sz w:val="18"/>
                <w:lang w:eastAsia="ko-KR"/>
              </w:rPr>
              <w:t>폰트</w:t>
            </w:r>
            <w:r>
              <w:rPr>
                <w:sz w:val="18"/>
                <w:lang w:eastAsia="ko-KR"/>
              </w:rPr>
              <w:t>·</w:t>
            </w:r>
            <w:r>
              <w:rPr>
                <w:sz w:val="18"/>
                <w:lang w:eastAsia="ko-KR"/>
              </w:rPr>
              <w:t>스톡</w:t>
            </w:r>
            <w:r>
              <w:rPr>
                <w:sz w:val="18"/>
                <w:lang w:eastAsia="ko-KR"/>
              </w:rPr>
              <w:t>·</w:t>
            </w:r>
            <w:r>
              <w:rPr>
                <w:sz w:val="18"/>
                <w:lang w:eastAsia="ko-KR"/>
              </w:rPr>
              <w:t>로고</w:t>
            </w:r>
            <w:r>
              <w:rPr>
                <w:sz w:val="18"/>
                <w:lang w:eastAsia="ko-KR"/>
              </w:rPr>
              <w:t>·</w:t>
            </w:r>
            <w:r>
              <w:rPr>
                <w:sz w:val="18"/>
                <w:lang w:eastAsia="ko-KR"/>
              </w:rPr>
              <w:t>사진</w:t>
            </w:r>
            <w:r>
              <w:rPr>
                <w:sz w:val="18"/>
                <w:lang w:eastAsia="ko-KR"/>
              </w:rPr>
              <w:t xml:space="preserve"> </w:t>
            </w:r>
            <w:r>
              <w:rPr>
                <w:sz w:val="18"/>
                <w:lang w:eastAsia="ko-KR"/>
              </w:rPr>
              <w:t>등</w:t>
            </w:r>
            <w:r>
              <w:rPr>
                <w:sz w:val="18"/>
                <w:lang w:eastAsia="ko-KR"/>
              </w:rPr>
              <w:t xml:space="preserve"> </w:t>
            </w:r>
            <w:r>
              <w:rPr>
                <w:sz w:val="18"/>
                <w:lang w:eastAsia="ko-KR"/>
              </w:rPr>
              <w:t>사용한</w:t>
            </w:r>
            <w:r>
              <w:rPr>
                <w:sz w:val="18"/>
                <w:lang w:eastAsia="ko-KR"/>
              </w:rPr>
              <w:t xml:space="preserve"> </w:t>
            </w:r>
            <w:r>
              <w:rPr>
                <w:sz w:val="18"/>
                <w:lang w:eastAsia="ko-KR"/>
              </w:rPr>
              <w:t>외부</w:t>
            </w:r>
            <w:r>
              <w:rPr>
                <w:sz w:val="18"/>
                <w:lang w:eastAsia="ko-KR"/>
              </w:rPr>
              <w:t xml:space="preserve"> </w:t>
            </w:r>
            <w:r>
              <w:rPr>
                <w:sz w:val="18"/>
                <w:lang w:eastAsia="ko-KR"/>
              </w:rPr>
              <w:t>자산과</w:t>
            </w:r>
            <w:r>
              <w:rPr>
                <w:sz w:val="18"/>
                <w:lang w:eastAsia="ko-KR"/>
              </w:rPr>
              <w:t xml:space="preserve"> </w:t>
            </w:r>
            <w:r>
              <w:rPr>
                <w:sz w:val="18"/>
                <w:lang w:eastAsia="ko-KR"/>
              </w:rPr>
              <w:t>이용</w:t>
            </w:r>
            <w:r>
              <w:rPr>
                <w:sz w:val="18"/>
                <w:lang w:eastAsia="ko-KR"/>
              </w:rPr>
              <w:t xml:space="preserve"> </w:t>
            </w:r>
            <w:r>
              <w:rPr>
                <w:sz w:val="18"/>
                <w:lang w:eastAsia="ko-KR"/>
              </w:rPr>
              <w:t>근거</w:t>
            </w:r>
            <w:r>
              <w:rPr>
                <w:sz w:val="18"/>
                <w:lang w:eastAsia="ko-KR"/>
              </w:rPr>
              <w:t xml:space="preserve"> </w:t>
            </w:r>
            <w:r>
              <w:rPr>
                <w:sz w:val="18"/>
                <w:lang w:eastAsia="ko-KR"/>
              </w:rPr>
              <w:t>작성</w:t>
            </w:r>
          </w:p>
        </w:tc>
      </w:tr>
    </w:tbl>
    <w:p w14:paraId="6A59FC19" w14:textId="77777777" w:rsidR="00D55C08" w:rsidRDefault="00D55C08">
      <w:pPr>
        <w:spacing w:after="40"/>
        <w:rPr>
          <w:rFonts w:hint="eastAsia"/>
          <w:lang w:eastAsia="ko-KR"/>
        </w:rPr>
      </w:pPr>
    </w:p>
    <w:p w14:paraId="19293A34" w14:textId="77777777" w:rsidR="00D55C08" w:rsidRDefault="00000000">
      <w:pPr>
        <w:spacing w:before="20" w:after="20" w:line="312" w:lineRule="auto"/>
        <w:ind w:left="113" w:hanging="113"/>
        <w:rPr>
          <w:rFonts w:hint="eastAsia"/>
          <w:lang w:eastAsia="ko-KR"/>
        </w:rPr>
      </w:pPr>
      <w:r>
        <w:rPr>
          <w:b/>
          <w:lang w:eastAsia="ko-KR"/>
        </w:rPr>
        <w:t xml:space="preserve">○ </w:t>
      </w:r>
      <w:r>
        <w:rPr>
          <w:lang w:eastAsia="ko-KR"/>
        </w:rPr>
        <w:t>주요</w:t>
      </w:r>
      <w:r>
        <w:rPr>
          <w:lang w:eastAsia="ko-KR"/>
        </w:rPr>
        <w:t xml:space="preserve"> </w:t>
      </w:r>
      <w:proofErr w:type="gramStart"/>
      <w:r>
        <w:rPr>
          <w:lang w:eastAsia="ko-KR"/>
        </w:rPr>
        <w:t>프롬프트</w:t>
      </w:r>
      <w:r>
        <w:rPr>
          <w:lang w:eastAsia="ko-KR"/>
        </w:rPr>
        <w:t xml:space="preserve"> /</w:t>
      </w:r>
      <w:proofErr w:type="gramEnd"/>
      <w:r>
        <w:rPr>
          <w:lang w:eastAsia="ko-KR"/>
        </w:rPr>
        <w:t xml:space="preserve"> </w:t>
      </w:r>
      <w:r>
        <w:rPr>
          <w:lang w:eastAsia="ko-KR"/>
        </w:rPr>
        <w:t>작업</w:t>
      </w:r>
      <w:r>
        <w:rPr>
          <w:lang w:eastAsia="ko-KR"/>
        </w:rPr>
        <w:t xml:space="preserve"> </w:t>
      </w:r>
      <w:proofErr w:type="spellStart"/>
      <w:r>
        <w:rPr>
          <w:lang w:eastAsia="ko-KR"/>
        </w:rPr>
        <w:t>지시문</w:t>
      </w:r>
      <w:proofErr w:type="spellEnd"/>
    </w:p>
    <w:tbl>
      <w:tblPr>
        <w:tblW w:w="0" w:type="auto"/>
        <w:jc w:val="center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Look w:val="04A0" w:firstRow="1" w:lastRow="0" w:firstColumn="1" w:lastColumn="0" w:noHBand="0" w:noVBand="1"/>
      </w:tblPr>
      <w:tblGrid>
        <w:gridCol w:w="9071"/>
      </w:tblGrid>
      <w:tr w:rsidR="00D55C08" w14:paraId="75963F1E" w14:textId="77777777">
        <w:trPr>
          <w:jc w:val="center"/>
        </w:trPr>
        <w:tc>
          <w:tcPr>
            <w:tcW w:w="9071" w:type="dxa"/>
            <w:shd w:val="clear" w:color="auto" w:fill="E7E6E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DAA9EAD" w14:textId="77777777" w:rsidR="00D55C08" w:rsidRDefault="00000000">
            <w:pPr>
              <w:spacing w:after="0"/>
              <w:jc w:val="center"/>
              <w:rPr>
                <w:rFonts w:hint="eastAsia"/>
                <w:lang w:eastAsia="ko-KR"/>
              </w:rPr>
            </w:pPr>
            <w:r>
              <w:rPr>
                <w:b/>
                <w:sz w:val="18"/>
                <w:lang w:eastAsia="ko-KR"/>
              </w:rPr>
              <w:t xml:space="preserve">1. </w:t>
            </w:r>
            <w:r>
              <w:rPr>
                <w:b/>
                <w:sz w:val="18"/>
                <w:lang w:eastAsia="ko-KR"/>
              </w:rPr>
              <w:t>프롬프트</w:t>
            </w:r>
            <w:r>
              <w:rPr>
                <w:b/>
                <w:sz w:val="18"/>
                <w:lang w:eastAsia="ko-KR"/>
              </w:rPr>
              <w:t xml:space="preserve"> </w:t>
            </w:r>
            <w:r>
              <w:rPr>
                <w:b/>
                <w:sz w:val="18"/>
                <w:lang w:eastAsia="ko-KR"/>
              </w:rPr>
              <w:t>또는</w:t>
            </w:r>
            <w:r>
              <w:rPr>
                <w:b/>
                <w:sz w:val="18"/>
                <w:lang w:eastAsia="ko-KR"/>
              </w:rPr>
              <w:t xml:space="preserve"> </w:t>
            </w:r>
            <w:r>
              <w:rPr>
                <w:b/>
                <w:sz w:val="18"/>
                <w:lang w:eastAsia="ko-KR"/>
              </w:rPr>
              <w:t>생성</w:t>
            </w:r>
            <w:r>
              <w:rPr>
                <w:b/>
                <w:sz w:val="18"/>
                <w:lang w:eastAsia="ko-KR"/>
              </w:rPr>
              <w:t xml:space="preserve"> </w:t>
            </w:r>
            <w:proofErr w:type="spellStart"/>
            <w:r>
              <w:rPr>
                <w:b/>
                <w:sz w:val="18"/>
                <w:lang w:eastAsia="ko-KR"/>
              </w:rPr>
              <w:t>지시문</w:t>
            </w:r>
            <w:proofErr w:type="spellEnd"/>
          </w:p>
        </w:tc>
      </w:tr>
      <w:tr w:rsidR="00D55C08" w14:paraId="46B5542A" w14:textId="77777777">
        <w:trPr>
          <w:jc w:val="center"/>
        </w:trPr>
        <w:tc>
          <w:tcPr>
            <w:tcW w:w="907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0004DCC" w14:textId="77777777" w:rsidR="00D55C08" w:rsidRDefault="00000000">
            <w:pPr>
              <w:spacing w:after="0"/>
              <w:jc w:val="center"/>
              <w:rPr>
                <w:rFonts w:hint="eastAsia"/>
                <w:lang w:eastAsia="ko-KR"/>
              </w:rPr>
            </w:pPr>
            <w:r>
              <w:rPr>
                <w:sz w:val="18"/>
                <w:lang w:eastAsia="ko-KR"/>
              </w:rPr>
              <w:br/>
            </w:r>
            <w:r>
              <w:rPr>
                <w:sz w:val="18"/>
                <w:lang w:eastAsia="ko-KR"/>
              </w:rPr>
              <w:br/>
            </w:r>
          </w:p>
        </w:tc>
      </w:tr>
    </w:tbl>
    <w:p w14:paraId="356AACEB" w14:textId="77777777" w:rsidR="00D55C08" w:rsidRDefault="00D55C08">
      <w:pPr>
        <w:spacing w:after="40"/>
        <w:rPr>
          <w:rFonts w:hint="eastAsia"/>
          <w:lang w:eastAsia="ko-KR"/>
        </w:rPr>
      </w:pPr>
    </w:p>
    <w:tbl>
      <w:tblPr>
        <w:tblW w:w="0" w:type="auto"/>
        <w:jc w:val="center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Look w:val="04A0" w:firstRow="1" w:lastRow="0" w:firstColumn="1" w:lastColumn="0" w:noHBand="0" w:noVBand="1"/>
      </w:tblPr>
      <w:tblGrid>
        <w:gridCol w:w="9071"/>
      </w:tblGrid>
      <w:tr w:rsidR="00D55C08" w14:paraId="2418DEEE" w14:textId="77777777">
        <w:trPr>
          <w:jc w:val="center"/>
        </w:trPr>
        <w:tc>
          <w:tcPr>
            <w:tcW w:w="9071" w:type="dxa"/>
            <w:shd w:val="clear" w:color="auto" w:fill="E7E6E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8788F28" w14:textId="77777777" w:rsidR="00D55C08" w:rsidRDefault="00000000">
            <w:pPr>
              <w:spacing w:after="0"/>
              <w:jc w:val="center"/>
              <w:rPr>
                <w:rFonts w:hint="eastAsia"/>
                <w:lang w:eastAsia="ko-KR"/>
              </w:rPr>
            </w:pPr>
            <w:r>
              <w:rPr>
                <w:b/>
                <w:sz w:val="18"/>
                <w:lang w:eastAsia="ko-KR"/>
              </w:rPr>
              <w:t xml:space="preserve">2. </w:t>
            </w:r>
            <w:r>
              <w:rPr>
                <w:b/>
                <w:sz w:val="18"/>
                <w:lang w:eastAsia="ko-KR"/>
              </w:rPr>
              <w:t>프롬프트</w:t>
            </w:r>
            <w:r>
              <w:rPr>
                <w:b/>
                <w:sz w:val="18"/>
                <w:lang w:eastAsia="ko-KR"/>
              </w:rPr>
              <w:t xml:space="preserve"> </w:t>
            </w:r>
            <w:r>
              <w:rPr>
                <w:b/>
                <w:sz w:val="18"/>
                <w:lang w:eastAsia="ko-KR"/>
              </w:rPr>
              <w:t>또는</w:t>
            </w:r>
            <w:r>
              <w:rPr>
                <w:b/>
                <w:sz w:val="18"/>
                <w:lang w:eastAsia="ko-KR"/>
              </w:rPr>
              <w:t xml:space="preserve"> </w:t>
            </w:r>
            <w:r>
              <w:rPr>
                <w:b/>
                <w:sz w:val="18"/>
                <w:lang w:eastAsia="ko-KR"/>
              </w:rPr>
              <w:t>생성</w:t>
            </w:r>
            <w:r>
              <w:rPr>
                <w:b/>
                <w:sz w:val="18"/>
                <w:lang w:eastAsia="ko-KR"/>
              </w:rPr>
              <w:t xml:space="preserve"> </w:t>
            </w:r>
            <w:proofErr w:type="spellStart"/>
            <w:r>
              <w:rPr>
                <w:b/>
                <w:sz w:val="18"/>
                <w:lang w:eastAsia="ko-KR"/>
              </w:rPr>
              <w:t>지시문</w:t>
            </w:r>
            <w:proofErr w:type="spellEnd"/>
          </w:p>
        </w:tc>
      </w:tr>
      <w:tr w:rsidR="00D55C08" w14:paraId="001C52EE" w14:textId="77777777">
        <w:trPr>
          <w:jc w:val="center"/>
        </w:trPr>
        <w:tc>
          <w:tcPr>
            <w:tcW w:w="907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92D0B6D" w14:textId="77777777" w:rsidR="00D55C08" w:rsidRDefault="00000000">
            <w:pPr>
              <w:spacing w:after="0"/>
              <w:jc w:val="center"/>
              <w:rPr>
                <w:rFonts w:hint="eastAsia"/>
                <w:lang w:eastAsia="ko-KR"/>
              </w:rPr>
            </w:pPr>
            <w:r>
              <w:rPr>
                <w:sz w:val="18"/>
                <w:lang w:eastAsia="ko-KR"/>
              </w:rPr>
              <w:br/>
            </w:r>
            <w:r>
              <w:rPr>
                <w:sz w:val="18"/>
                <w:lang w:eastAsia="ko-KR"/>
              </w:rPr>
              <w:br/>
            </w:r>
          </w:p>
        </w:tc>
      </w:tr>
    </w:tbl>
    <w:p w14:paraId="59A63160" w14:textId="77777777" w:rsidR="00D55C08" w:rsidRDefault="00D55C08">
      <w:pPr>
        <w:spacing w:after="40"/>
        <w:rPr>
          <w:rFonts w:hint="eastAsia"/>
          <w:lang w:eastAsia="ko-KR"/>
        </w:rPr>
      </w:pPr>
    </w:p>
    <w:tbl>
      <w:tblPr>
        <w:tblW w:w="0" w:type="auto"/>
        <w:jc w:val="center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Look w:val="04A0" w:firstRow="1" w:lastRow="0" w:firstColumn="1" w:lastColumn="0" w:noHBand="0" w:noVBand="1"/>
      </w:tblPr>
      <w:tblGrid>
        <w:gridCol w:w="9071"/>
      </w:tblGrid>
      <w:tr w:rsidR="00D55C08" w14:paraId="277E44EC" w14:textId="77777777">
        <w:trPr>
          <w:jc w:val="center"/>
        </w:trPr>
        <w:tc>
          <w:tcPr>
            <w:tcW w:w="9071" w:type="dxa"/>
            <w:shd w:val="clear" w:color="auto" w:fill="E7E6E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7C12391" w14:textId="77777777" w:rsidR="00D55C08" w:rsidRDefault="00000000">
            <w:pPr>
              <w:spacing w:after="0"/>
              <w:jc w:val="center"/>
              <w:rPr>
                <w:rFonts w:hint="eastAsia"/>
                <w:lang w:eastAsia="ko-KR"/>
              </w:rPr>
            </w:pPr>
            <w:r>
              <w:rPr>
                <w:b/>
                <w:sz w:val="18"/>
                <w:lang w:eastAsia="ko-KR"/>
              </w:rPr>
              <w:t xml:space="preserve">3. </w:t>
            </w:r>
            <w:r>
              <w:rPr>
                <w:b/>
                <w:sz w:val="18"/>
                <w:lang w:eastAsia="ko-KR"/>
              </w:rPr>
              <w:t>프롬프트</w:t>
            </w:r>
            <w:r>
              <w:rPr>
                <w:b/>
                <w:sz w:val="18"/>
                <w:lang w:eastAsia="ko-KR"/>
              </w:rPr>
              <w:t xml:space="preserve"> </w:t>
            </w:r>
            <w:r>
              <w:rPr>
                <w:b/>
                <w:sz w:val="18"/>
                <w:lang w:eastAsia="ko-KR"/>
              </w:rPr>
              <w:t>또는</w:t>
            </w:r>
            <w:r>
              <w:rPr>
                <w:b/>
                <w:sz w:val="18"/>
                <w:lang w:eastAsia="ko-KR"/>
              </w:rPr>
              <w:t xml:space="preserve"> </w:t>
            </w:r>
            <w:r>
              <w:rPr>
                <w:b/>
                <w:sz w:val="18"/>
                <w:lang w:eastAsia="ko-KR"/>
              </w:rPr>
              <w:t>생성</w:t>
            </w:r>
            <w:r>
              <w:rPr>
                <w:b/>
                <w:sz w:val="18"/>
                <w:lang w:eastAsia="ko-KR"/>
              </w:rPr>
              <w:t xml:space="preserve"> </w:t>
            </w:r>
            <w:proofErr w:type="spellStart"/>
            <w:r>
              <w:rPr>
                <w:b/>
                <w:sz w:val="18"/>
                <w:lang w:eastAsia="ko-KR"/>
              </w:rPr>
              <w:t>지시문</w:t>
            </w:r>
            <w:proofErr w:type="spellEnd"/>
          </w:p>
        </w:tc>
      </w:tr>
      <w:tr w:rsidR="00D55C08" w14:paraId="1905E524" w14:textId="77777777">
        <w:trPr>
          <w:jc w:val="center"/>
        </w:trPr>
        <w:tc>
          <w:tcPr>
            <w:tcW w:w="907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226E402" w14:textId="77777777" w:rsidR="00D55C08" w:rsidRDefault="00000000">
            <w:pPr>
              <w:spacing w:after="0"/>
              <w:jc w:val="center"/>
              <w:rPr>
                <w:rFonts w:hint="eastAsia"/>
                <w:lang w:eastAsia="ko-KR"/>
              </w:rPr>
            </w:pPr>
            <w:r>
              <w:rPr>
                <w:sz w:val="18"/>
                <w:lang w:eastAsia="ko-KR"/>
              </w:rPr>
              <w:br/>
            </w:r>
            <w:r>
              <w:rPr>
                <w:sz w:val="18"/>
                <w:lang w:eastAsia="ko-KR"/>
              </w:rPr>
              <w:br/>
            </w:r>
          </w:p>
        </w:tc>
      </w:tr>
    </w:tbl>
    <w:p w14:paraId="12344357" w14:textId="77777777" w:rsidR="00D55C08" w:rsidRDefault="00D55C08">
      <w:pPr>
        <w:spacing w:after="40"/>
        <w:rPr>
          <w:rFonts w:hint="eastAsia"/>
          <w:lang w:eastAsia="ko-KR"/>
        </w:rPr>
      </w:pPr>
    </w:p>
    <w:p w14:paraId="7A0808FD" w14:textId="77777777" w:rsidR="00106AC8" w:rsidRDefault="00106AC8">
      <w:pPr>
        <w:rPr>
          <w:rFonts w:hint="eastAsia"/>
          <w:b/>
          <w:sz w:val="24"/>
          <w:lang w:eastAsia="ko-KR"/>
        </w:rPr>
      </w:pPr>
      <w:r>
        <w:rPr>
          <w:rFonts w:hint="eastAsia"/>
          <w:b/>
          <w:sz w:val="24"/>
          <w:lang w:eastAsia="ko-KR"/>
        </w:rPr>
        <w:br w:type="page"/>
      </w:r>
    </w:p>
    <w:p w14:paraId="214DCE71" w14:textId="77777777" w:rsidR="00D55C08" w:rsidRDefault="00000000">
      <w:pPr>
        <w:spacing w:before="200" w:after="80" w:line="240" w:lineRule="auto"/>
        <w:rPr>
          <w:rFonts w:hint="eastAsia"/>
          <w:lang w:eastAsia="ko-KR"/>
        </w:rPr>
      </w:pPr>
      <w:r>
        <w:rPr>
          <w:b/>
          <w:sz w:val="24"/>
          <w:lang w:eastAsia="ko-KR"/>
        </w:rPr>
        <w:lastRenderedPageBreak/>
        <w:t>[</w:t>
      </w:r>
      <w:r>
        <w:rPr>
          <w:b/>
          <w:sz w:val="24"/>
          <w:lang w:eastAsia="ko-KR"/>
        </w:rPr>
        <w:t>붙임</w:t>
      </w:r>
      <w:r>
        <w:rPr>
          <w:b/>
          <w:sz w:val="24"/>
          <w:lang w:eastAsia="ko-KR"/>
        </w:rPr>
        <w:t xml:space="preserve"> 3] </w:t>
      </w:r>
      <w:r>
        <w:rPr>
          <w:b/>
          <w:sz w:val="24"/>
          <w:lang w:eastAsia="ko-KR"/>
        </w:rPr>
        <w:t>개인정보</w:t>
      </w:r>
      <w:r>
        <w:rPr>
          <w:b/>
          <w:sz w:val="24"/>
          <w:lang w:eastAsia="ko-KR"/>
        </w:rPr>
        <w:t xml:space="preserve"> </w:t>
      </w:r>
      <w:r>
        <w:rPr>
          <w:b/>
          <w:sz w:val="24"/>
          <w:lang w:eastAsia="ko-KR"/>
        </w:rPr>
        <w:t>수집</w:t>
      </w:r>
      <w:r>
        <w:rPr>
          <w:b/>
          <w:sz w:val="24"/>
          <w:lang w:eastAsia="ko-KR"/>
        </w:rPr>
        <w:t>·</w:t>
      </w:r>
      <w:r>
        <w:rPr>
          <w:b/>
          <w:sz w:val="24"/>
          <w:lang w:eastAsia="ko-KR"/>
        </w:rPr>
        <w:t>이용</w:t>
      </w:r>
      <w:r>
        <w:rPr>
          <w:b/>
          <w:sz w:val="24"/>
          <w:lang w:eastAsia="ko-KR"/>
        </w:rPr>
        <w:t xml:space="preserve"> </w:t>
      </w:r>
      <w:r>
        <w:rPr>
          <w:b/>
          <w:sz w:val="24"/>
          <w:lang w:eastAsia="ko-KR"/>
        </w:rPr>
        <w:t>및</w:t>
      </w:r>
      <w:r>
        <w:rPr>
          <w:b/>
          <w:sz w:val="24"/>
          <w:lang w:eastAsia="ko-KR"/>
        </w:rPr>
        <w:t xml:space="preserve"> </w:t>
      </w:r>
      <w:r>
        <w:rPr>
          <w:b/>
          <w:sz w:val="24"/>
          <w:lang w:eastAsia="ko-KR"/>
        </w:rPr>
        <w:t>출품</w:t>
      </w:r>
      <w:r>
        <w:rPr>
          <w:b/>
          <w:sz w:val="24"/>
          <w:lang w:eastAsia="ko-KR"/>
        </w:rPr>
        <w:t xml:space="preserve"> </w:t>
      </w:r>
      <w:r>
        <w:rPr>
          <w:b/>
          <w:sz w:val="24"/>
          <w:lang w:eastAsia="ko-KR"/>
        </w:rPr>
        <w:t>유의사항</w:t>
      </w:r>
      <w:r>
        <w:rPr>
          <w:b/>
          <w:sz w:val="24"/>
          <w:lang w:eastAsia="ko-KR"/>
        </w:rPr>
        <w:t xml:space="preserve"> </w:t>
      </w:r>
      <w:r>
        <w:rPr>
          <w:b/>
          <w:sz w:val="24"/>
          <w:lang w:eastAsia="ko-KR"/>
        </w:rPr>
        <w:t>동의서</w:t>
      </w:r>
    </w:p>
    <w:p w14:paraId="40F59AB2" w14:textId="77777777" w:rsidR="00D55C08" w:rsidRDefault="00000000">
      <w:pPr>
        <w:spacing w:before="20" w:after="20" w:line="312" w:lineRule="auto"/>
        <w:ind w:left="113" w:hanging="113"/>
        <w:rPr>
          <w:rFonts w:hint="eastAsia"/>
        </w:rPr>
      </w:pPr>
      <w:r>
        <w:rPr>
          <w:b/>
        </w:rPr>
        <w:t xml:space="preserve">○ </w:t>
      </w:r>
      <w:r>
        <w:t xml:space="preserve">1. </w:t>
      </w:r>
      <w:proofErr w:type="spellStart"/>
      <w:r>
        <w:t>개인정보</w:t>
      </w:r>
      <w:proofErr w:type="spellEnd"/>
      <w:r>
        <w:t xml:space="preserve"> </w:t>
      </w:r>
      <w:proofErr w:type="spellStart"/>
      <w:r>
        <w:t>수집</w:t>
      </w:r>
      <w:r>
        <w:t>·</w:t>
      </w:r>
      <w:r>
        <w:t>이용</w:t>
      </w:r>
      <w:proofErr w:type="spellEnd"/>
    </w:p>
    <w:tbl>
      <w:tblPr>
        <w:tblW w:w="0" w:type="auto"/>
        <w:jc w:val="center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6803"/>
      </w:tblGrid>
      <w:tr w:rsidR="00D55C08" w14:paraId="6C55EAB2" w14:textId="77777777">
        <w:trPr>
          <w:jc w:val="center"/>
        </w:trPr>
        <w:tc>
          <w:tcPr>
            <w:tcW w:w="2268" w:type="dxa"/>
            <w:shd w:val="clear" w:color="auto" w:fill="E7E6E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93C69BE" w14:textId="77777777" w:rsidR="00D55C08" w:rsidRDefault="00000000">
            <w:pPr>
              <w:spacing w:after="0"/>
              <w:jc w:val="center"/>
              <w:rPr>
                <w:rFonts w:hint="eastAsia"/>
              </w:rPr>
            </w:pPr>
            <w:r>
              <w:rPr>
                <w:b/>
                <w:sz w:val="18"/>
              </w:rPr>
              <w:t>구분</w:t>
            </w:r>
          </w:p>
        </w:tc>
        <w:tc>
          <w:tcPr>
            <w:tcW w:w="6803" w:type="dxa"/>
            <w:shd w:val="clear" w:color="auto" w:fill="E7E6E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DB17804" w14:textId="77777777" w:rsidR="00D55C08" w:rsidRDefault="00000000">
            <w:pPr>
              <w:spacing w:after="0"/>
              <w:jc w:val="center"/>
              <w:rPr>
                <w:rFonts w:hint="eastAsia"/>
              </w:rPr>
            </w:pPr>
            <w:r>
              <w:rPr>
                <w:b/>
                <w:sz w:val="18"/>
              </w:rPr>
              <w:t>내용</w:t>
            </w:r>
          </w:p>
        </w:tc>
      </w:tr>
      <w:tr w:rsidR="00D55C08" w14:paraId="64D5A3BB" w14:textId="77777777">
        <w:trPr>
          <w:jc w:val="center"/>
        </w:trPr>
        <w:tc>
          <w:tcPr>
            <w:tcW w:w="226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719A62D" w14:textId="77777777" w:rsidR="00D55C08" w:rsidRDefault="00000000">
            <w:pPr>
              <w:spacing w:after="0"/>
              <w:jc w:val="center"/>
              <w:rPr>
                <w:rFonts w:hint="eastAsia"/>
              </w:rPr>
            </w:pPr>
            <w:r>
              <w:rPr>
                <w:sz w:val="18"/>
              </w:rPr>
              <w:t>수집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t>목적</w:t>
            </w:r>
          </w:p>
        </w:tc>
        <w:tc>
          <w:tcPr>
            <w:tcW w:w="680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E08DB65" w14:textId="77777777" w:rsidR="00D55C08" w:rsidRDefault="00000000">
            <w:pPr>
              <w:spacing w:after="0"/>
              <w:rPr>
                <w:rFonts w:hint="eastAsia"/>
                <w:lang w:eastAsia="ko-KR"/>
              </w:rPr>
            </w:pPr>
            <w:r>
              <w:rPr>
                <w:sz w:val="18"/>
                <w:lang w:eastAsia="ko-KR"/>
              </w:rPr>
              <w:t>공모전</w:t>
            </w:r>
            <w:r>
              <w:rPr>
                <w:sz w:val="18"/>
                <w:lang w:eastAsia="ko-KR"/>
              </w:rPr>
              <w:t xml:space="preserve"> </w:t>
            </w:r>
            <w:r>
              <w:rPr>
                <w:sz w:val="18"/>
                <w:lang w:eastAsia="ko-KR"/>
              </w:rPr>
              <w:t>접수</w:t>
            </w:r>
            <w:r>
              <w:rPr>
                <w:sz w:val="18"/>
                <w:lang w:eastAsia="ko-KR"/>
              </w:rPr>
              <w:t>·</w:t>
            </w:r>
            <w:r>
              <w:rPr>
                <w:sz w:val="18"/>
                <w:lang w:eastAsia="ko-KR"/>
              </w:rPr>
              <w:t>심사</w:t>
            </w:r>
            <w:r>
              <w:rPr>
                <w:sz w:val="18"/>
                <w:lang w:eastAsia="ko-KR"/>
              </w:rPr>
              <w:t>·</w:t>
            </w:r>
            <w:r>
              <w:rPr>
                <w:sz w:val="18"/>
                <w:lang w:eastAsia="ko-KR"/>
              </w:rPr>
              <w:t>수상자</w:t>
            </w:r>
            <w:r>
              <w:rPr>
                <w:sz w:val="18"/>
                <w:lang w:eastAsia="ko-KR"/>
              </w:rPr>
              <w:t xml:space="preserve"> </w:t>
            </w:r>
            <w:r>
              <w:rPr>
                <w:sz w:val="18"/>
                <w:lang w:eastAsia="ko-KR"/>
              </w:rPr>
              <w:t>연락</w:t>
            </w:r>
            <w:r>
              <w:rPr>
                <w:sz w:val="18"/>
                <w:lang w:eastAsia="ko-KR"/>
              </w:rPr>
              <w:t>·</w:t>
            </w:r>
            <w:r>
              <w:rPr>
                <w:sz w:val="18"/>
                <w:lang w:eastAsia="ko-KR"/>
              </w:rPr>
              <w:t>시상</w:t>
            </w:r>
            <w:r>
              <w:rPr>
                <w:sz w:val="18"/>
                <w:lang w:eastAsia="ko-KR"/>
              </w:rPr>
              <w:t xml:space="preserve"> </w:t>
            </w:r>
            <w:r>
              <w:rPr>
                <w:sz w:val="18"/>
                <w:lang w:eastAsia="ko-KR"/>
              </w:rPr>
              <w:t>및</w:t>
            </w:r>
            <w:r>
              <w:rPr>
                <w:sz w:val="18"/>
                <w:lang w:eastAsia="ko-KR"/>
              </w:rPr>
              <w:t xml:space="preserve"> </w:t>
            </w:r>
            <w:r>
              <w:rPr>
                <w:sz w:val="18"/>
                <w:lang w:eastAsia="ko-KR"/>
              </w:rPr>
              <w:t>공모전</w:t>
            </w:r>
            <w:r>
              <w:rPr>
                <w:sz w:val="18"/>
                <w:lang w:eastAsia="ko-KR"/>
              </w:rPr>
              <w:t xml:space="preserve"> </w:t>
            </w:r>
            <w:r>
              <w:rPr>
                <w:sz w:val="18"/>
                <w:lang w:eastAsia="ko-KR"/>
              </w:rPr>
              <w:t>운영</w:t>
            </w:r>
          </w:p>
        </w:tc>
      </w:tr>
      <w:tr w:rsidR="00D55C08" w14:paraId="0A493AAF" w14:textId="77777777">
        <w:trPr>
          <w:jc w:val="center"/>
        </w:trPr>
        <w:tc>
          <w:tcPr>
            <w:tcW w:w="226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2F72874" w14:textId="77777777" w:rsidR="00D55C08" w:rsidRDefault="00000000">
            <w:pPr>
              <w:spacing w:after="0"/>
              <w:jc w:val="center"/>
              <w:rPr>
                <w:rFonts w:hint="eastAsia"/>
              </w:rPr>
            </w:pPr>
            <w:proofErr w:type="spellStart"/>
            <w:r>
              <w:rPr>
                <w:sz w:val="18"/>
              </w:rPr>
              <w:t>수집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항목</w:t>
            </w:r>
            <w:proofErr w:type="spellEnd"/>
          </w:p>
        </w:tc>
        <w:tc>
          <w:tcPr>
            <w:tcW w:w="680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ED7DD15" w14:textId="77777777" w:rsidR="00D55C08" w:rsidRDefault="00000000">
            <w:pPr>
              <w:spacing w:after="0"/>
              <w:rPr>
                <w:rFonts w:hint="eastAsia"/>
                <w:lang w:eastAsia="ko-KR"/>
              </w:rPr>
            </w:pPr>
            <w:r>
              <w:rPr>
                <w:sz w:val="18"/>
                <w:lang w:eastAsia="ko-KR"/>
              </w:rPr>
              <w:t>성명</w:t>
            </w:r>
            <w:r>
              <w:rPr>
                <w:sz w:val="18"/>
                <w:lang w:eastAsia="ko-KR"/>
              </w:rPr>
              <w:t xml:space="preserve">, </w:t>
            </w:r>
            <w:r>
              <w:rPr>
                <w:sz w:val="18"/>
                <w:lang w:eastAsia="ko-KR"/>
              </w:rPr>
              <w:t>소속</w:t>
            </w:r>
            <w:r>
              <w:rPr>
                <w:sz w:val="18"/>
                <w:lang w:eastAsia="ko-KR"/>
              </w:rPr>
              <w:t>(</w:t>
            </w:r>
            <w:r>
              <w:rPr>
                <w:sz w:val="18"/>
                <w:lang w:eastAsia="ko-KR"/>
              </w:rPr>
              <w:t>선택</w:t>
            </w:r>
            <w:r>
              <w:rPr>
                <w:sz w:val="18"/>
                <w:lang w:eastAsia="ko-KR"/>
              </w:rPr>
              <w:t xml:space="preserve">), </w:t>
            </w:r>
            <w:r>
              <w:rPr>
                <w:sz w:val="18"/>
                <w:lang w:eastAsia="ko-KR"/>
              </w:rPr>
              <w:t>연락처</w:t>
            </w:r>
            <w:r>
              <w:rPr>
                <w:sz w:val="18"/>
                <w:lang w:eastAsia="ko-KR"/>
              </w:rPr>
              <w:t xml:space="preserve">, </w:t>
            </w:r>
            <w:r>
              <w:rPr>
                <w:sz w:val="18"/>
                <w:lang w:eastAsia="ko-KR"/>
              </w:rPr>
              <w:t>이메일</w:t>
            </w:r>
            <w:r>
              <w:rPr>
                <w:sz w:val="18"/>
                <w:lang w:eastAsia="ko-KR"/>
              </w:rPr>
              <w:t xml:space="preserve">, </w:t>
            </w:r>
            <w:r>
              <w:rPr>
                <w:sz w:val="18"/>
                <w:lang w:eastAsia="ko-KR"/>
              </w:rPr>
              <w:t>팀</w:t>
            </w:r>
            <w:r>
              <w:rPr>
                <w:sz w:val="18"/>
                <w:lang w:eastAsia="ko-KR"/>
              </w:rPr>
              <w:t xml:space="preserve"> </w:t>
            </w:r>
            <w:r>
              <w:rPr>
                <w:sz w:val="18"/>
                <w:lang w:eastAsia="ko-KR"/>
              </w:rPr>
              <w:t>정보</w:t>
            </w:r>
            <w:r>
              <w:rPr>
                <w:sz w:val="18"/>
                <w:lang w:eastAsia="ko-KR"/>
              </w:rPr>
              <w:t xml:space="preserve"> </w:t>
            </w:r>
            <w:r>
              <w:rPr>
                <w:sz w:val="18"/>
                <w:lang w:eastAsia="ko-KR"/>
              </w:rPr>
              <w:t>등</w:t>
            </w:r>
            <w:r>
              <w:rPr>
                <w:sz w:val="18"/>
                <w:lang w:eastAsia="ko-KR"/>
              </w:rPr>
              <w:t xml:space="preserve"> </w:t>
            </w:r>
            <w:r>
              <w:rPr>
                <w:sz w:val="18"/>
                <w:lang w:eastAsia="ko-KR"/>
              </w:rPr>
              <w:t>참가신청서</w:t>
            </w:r>
            <w:r>
              <w:rPr>
                <w:sz w:val="18"/>
                <w:lang w:eastAsia="ko-KR"/>
              </w:rPr>
              <w:t xml:space="preserve"> </w:t>
            </w:r>
            <w:r>
              <w:rPr>
                <w:sz w:val="18"/>
                <w:lang w:eastAsia="ko-KR"/>
              </w:rPr>
              <w:t>기재</w:t>
            </w:r>
            <w:r>
              <w:rPr>
                <w:sz w:val="18"/>
                <w:lang w:eastAsia="ko-KR"/>
              </w:rPr>
              <w:t xml:space="preserve"> </w:t>
            </w:r>
            <w:r>
              <w:rPr>
                <w:sz w:val="18"/>
                <w:lang w:eastAsia="ko-KR"/>
              </w:rPr>
              <w:t>정보</w:t>
            </w:r>
          </w:p>
        </w:tc>
      </w:tr>
      <w:tr w:rsidR="00D55C08" w14:paraId="4647C0A3" w14:textId="77777777">
        <w:trPr>
          <w:jc w:val="center"/>
        </w:trPr>
        <w:tc>
          <w:tcPr>
            <w:tcW w:w="226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65D0D10" w14:textId="77777777" w:rsidR="00D55C08" w:rsidRDefault="00000000">
            <w:pPr>
              <w:spacing w:after="0"/>
              <w:jc w:val="center"/>
              <w:rPr>
                <w:rFonts w:hint="eastAsia"/>
              </w:rPr>
            </w:pPr>
            <w:proofErr w:type="spellStart"/>
            <w:r>
              <w:rPr>
                <w:sz w:val="18"/>
              </w:rPr>
              <w:t>보유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기간</w:t>
            </w:r>
            <w:proofErr w:type="spellEnd"/>
          </w:p>
        </w:tc>
        <w:tc>
          <w:tcPr>
            <w:tcW w:w="680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ACAEF36" w14:textId="77777777" w:rsidR="00D55C08" w:rsidRDefault="00000000">
            <w:pPr>
              <w:spacing w:after="0"/>
              <w:rPr>
                <w:rFonts w:hint="eastAsia"/>
                <w:lang w:eastAsia="ko-KR"/>
              </w:rPr>
            </w:pPr>
            <w:r>
              <w:rPr>
                <w:sz w:val="18"/>
                <w:lang w:eastAsia="ko-KR"/>
              </w:rPr>
              <w:t>공모전</w:t>
            </w:r>
            <w:r>
              <w:rPr>
                <w:sz w:val="18"/>
                <w:lang w:eastAsia="ko-KR"/>
              </w:rPr>
              <w:t xml:space="preserve"> </w:t>
            </w:r>
            <w:r>
              <w:rPr>
                <w:sz w:val="18"/>
                <w:lang w:eastAsia="ko-KR"/>
              </w:rPr>
              <w:t>운영</w:t>
            </w:r>
            <w:r>
              <w:rPr>
                <w:sz w:val="18"/>
                <w:lang w:eastAsia="ko-KR"/>
              </w:rPr>
              <w:t xml:space="preserve"> </w:t>
            </w:r>
            <w:r>
              <w:rPr>
                <w:sz w:val="18"/>
                <w:lang w:eastAsia="ko-KR"/>
              </w:rPr>
              <w:t>및</w:t>
            </w:r>
            <w:r>
              <w:rPr>
                <w:sz w:val="18"/>
                <w:lang w:eastAsia="ko-KR"/>
              </w:rPr>
              <w:t xml:space="preserve"> </w:t>
            </w:r>
            <w:r>
              <w:rPr>
                <w:sz w:val="18"/>
                <w:lang w:eastAsia="ko-KR"/>
              </w:rPr>
              <w:t>관련</w:t>
            </w:r>
            <w:r>
              <w:rPr>
                <w:sz w:val="18"/>
                <w:lang w:eastAsia="ko-KR"/>
              </w:rPr>
              <w:t xml:space="preserve"> </w:t>
            </w:r>
            <w:r>
              <w:rPr>
                <w:sz w:val="18"/>
                <w:lang w:eastAsia="ko-KR"/>
              </w:rPr>
              <w:t>행정</w:t>
            </w:r>
            <w:r>
              <w:rPr>
                <w:sz w:val="18"/>
                <w:lang w:eastAsia="ko-KR"/>
              </w:rPr>
              <w:t xml:space="preserve"> </w:t>
            </w:r>
            <w:r>
              <w:rPr>
                <w:sz w:val="18"/>
                <w:lang w:eastAsia="ko-KR"/>
              </w:rPr>
              <w:t>처리</w:t>
            </w:r>
            <w:r>
              <w:rPr>
                <w:sz w:val="18"/>
                <w:lang w:eastAsia="ko-KR"/>
              </w:rPr>
              <w:t xml:space="preserve"> </w:t>
            </w:r>
            <w:r>
              <w:rPr>
                <w:sz w:val="18"/>
                <w:lang w:eastAsia="ko-KR"/>
              </w:rPr>
              <w:t>완료</w:t>
            </w:r>
            <w:r>
              <w:rPr>
                <w:sz w:val="18"/>
                <w:lang w:eastAsia="ko-KR"/>
              </w:rPr>
              <w:t xml:space="preserve"> </w:t>
            </w:r>
            <w:r>
              <w:rPr>
                <w:sz w:val="18"/>
                <w:lang w:eastAsia="ko-KR"/>
              </w:rPr>
              <w:t>후</w:t>
            </w:r>
            <w:r>
              <w:rPr>
                <w:sz w:val="18"/>
                <w:lang w:eastAsia="ko-KR"/>
              </w:rPr>
              <w:t xml:space="preserve"> </w:t>
            </w:r>
            <w:r>
              <w:rPr>
                <w:sz w:val="18"/>
                <w:lang w:eastAsia="ko-KR"/>
              </w:rPr>
              <w:t>관계</w:t>
            </w:r>
            <w:r>
              <w:rPr>
                <w:sz w:val="18"/>
                <w:lang w:eastAsia="ko-KR"/>
              </w:rPr>
              <w:t xml:space="preserve"> </w:t>
            </w:r>
            <w:r>
              <w:rPr>
                <w:sz w:val="18"/>
                <w:lang w:eastAsia="ko-KR"/>
              </w:rPr>
              <w:t>법령과</w:t>
            </w:r>
            <w:r>
              <w:rPr>
                <w:sz w:val="18"/>
                <w:lang w:eastAsia="ko-KR"/>
              </w:rPr>
              <w:t xml:space="preserve"> </w:t>
            </w:r>
            <w:r>
              <w:rPr>
                <w:sz w:val="18"/>
                <w:lang w:eastAsia="ko-KR"/>
              </w:rPr>
              <w:t>기관</w:t>
            </w:r>
            <w:r>
              <w:rPr>
                <w:sz w:val="18"/>
                <w:lang w:eastAsia="ko-KR"/>
              </w:rPr>
              <w:t xml:space="preserve"> </w:t>
            </w:r>
            <w:r>
              <w:rPr>
                <w:sz w:val="18"/>
                <w:lang w:eastAsia="ko-KR"/>
              </w:rPr>
              <w:t>내부</w:t>
            </w:r>
            <w:r>
              <w:rPr>
                <w:sz w:val="18"/>
                <w:lang w:eastAsia="ko-KR"/>
              </w:rPr>
              <w:t xml:space="preserve"> </w:t>
            </w:r>
            <w:r>
              <w:rPr>
                <w:sz w:val="18"/>
                <w:lang w:eastAsia="ko-KR"/>
              </w:rPr>
              <w:t>기준에</w:t>
            </w:r>
            <w:r>
              <w:rPr>
                <w:sz w:val="18"/>
                <w:lang w:eastAsia="ko-KR"/>
              </w:rPr>
              <w:t xml:space="preserve"> </w:t>
            </w:r>
            <w:r>
              <w:rPr>
                <w:sz w:val="18"/>
                <w:lang w:eastAsia="ko-KR"/>
              </w:rPr>
              <w:t>따라</w:t>
            </w:r>
            <w:r>
              <w:rPr>
                <w:sz w:val="18"/>
                <w:lang w:eastAsia="ko-KR"/>
              </w:rPr>
              <w:t xml:space="preserve"> </w:t>
            </w:r>
            <w:r>
              <w:rPr>
                <w:sz w:val="18"/>
                <w:lang w:eastAsia="ko-KR"/>
              </w:rPr>
              <w:t>보관</w:t>
            </w:r>
            <w:r>
              <w:rPr>
                <w:sz w:val="18"/>
                <w:lang w:eastAsia="ko-KR"/>
              </w:rPr>
              <w:t>·</w:t>
            </w:r>
            <w:r>
              <w:rPr>
                <w:sz w:val="18"/>
                <w:lang w:eastAsia="ko-KR"/>
              </w:rPr>
              <w:t>파기</w:t>
            </w:r>
          </w:p>
        </w:tc>
      </w:tr>
      <w:tr w:rsidR="00D55C08" w14:paraId="074A7F8C" w14:textId="77777777">
        <w:trPr>
          <w:jc w:val="center"/>
        </w:trPr>
        <w:tc>
          <w:tcPr>
            <w:tcW w:w="226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9B5F4C5" w14:textId="77777777" w:rsidR="00D55C08" w:rsidRDefault="00000000">
            <w:pPr>
              <w:spacing w:after="0"/>
              <w:jc w:val="center"/>
              <w:rPr>
                <w:rFonts w:hint="eastAsia"/>
              </w:rPr>
            </w:pPr>
            <w:proofErr w:type="spellStart"/>
            <w:r>
              <w:rPr>
                <w:sz w:val="18"/>
              </w:rPr>
              <w:t>동의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거부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권리</w:t>
            </w:r>
            <w:proofErr w:type="spellEnd"/>
          </w:p>
        </w:tc>
        <w:tc>
          <w:tcPr>
            <w:tcW w:w="680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47C1550" w14:textId="77777777" w:rsidR="00D55C08" w:rsidRDefault="00000000">
            <w:pPr>
              <w:spacing w:after="0"/>
              <w:rPr>
                <w:rFonts w:hint="eastAsia"/>
                <w:lang w:eastAsia="ko-KR"/>
              </w:rPr>
            </w:pPr>
            <w:r>
              <w:rPr>
                <w:sz w:val="18"/>
                <w:lang w:eastAsia="ko-KR"/>
              </w:rPr>
              <w:t>개인정보</w:t>
            </w:r>
            <w:r>
              <w:rPr>
                <w:sz w:val="18"/>
                <w:lang w:eastAsia="ko-KR"/>
              </w:rPr>
              <w:t xml:space="preserve"> </w:t>
            </w:r>
            <w:r>
              <w:rPr>
                <w:sz w:val="18"/>
                <w:lang w:eastAsia="ko-KR"/>
              </w:rPr>
              <w:t>수집</w:t>
            </w:r>
            <w:r>
              <w:rPr>
                <w:sz w:val="18"/>
                <w:lang w:eastAsia="ko-KR"/>
              </w:rPr>
              <w:t>·</w:t>
            </w:r>
            <w:r>
              <w:rPr>
                <w:sz w:val="18"/>
                <w:lang w:eastAsia="ko-KR"/>
              </w:rPr>
              <w:t>이용에</w:t>
            </w:r>
            <w:r>
              <w:rPr>
                <w:sz w:val="18"/>
                <w:lang w:eastAsia="ko-KR"/>
              </w:rPr>
              <w:t xml:space="preserve"> </w:t>
            </w:r>
            <w:r>
              <w:rPr>
                <w:sz w:val="18"/>
                <w:lang w:eastAsia="ko-KR"/>
              </w:rPr>
              <w:t>동의하지</w:t>
            </w:r>
            <w:r>
              <w:rPr>
                <w:sz w:val="18"/>
                <w:lang w:eastAsia="ko-KR"/>
              </w:rPr>
              <w:t xml:space="preserve"> </w:t>
            </w:r>
            <w:r>
              <w:rPr>
                <w:sz w:val="18"/>
                <w:lang w:eastAsia="ko-KR"/>
              </w:rPr>
              <w:t>않을</w:t>
            </w:r>
            <w:r>
              <w:rPr>
                <w:sz w:val="18"/>
                <w:lang w:eastAsia="ko-KR"/>
              </w:rPr>
              <w:t xml:space="preserve"> </w:t>
            </w:r>
            <w:r>
              <w:rPr>
                <w:sz w:val="18"/>
                <w:lang w:eastAsia="ko-KR"/>
              </w:rPr>
              <w:t>수</w:t>
            </w:r>
            <w:r>
              <w:rPr>
                <w:sz w:val="18"/>
                <w:lang w:eastAsia="ko-KR"/>
              </w:rPr>
              <w:t xml:space="preserve"> </w:t>
            </w:r>
            <w:r>
              <w:rPr>
                <w:sz w:val="18"/>
                <w:lang w:eastAsia="ko-KR"/>
              </w:rPr>
              <w:t>있으나</w:t>
            </w:r>
            <w:r>
              <w:rPr>
                <w:sz w:val="18"/>
                <w:lang w:eastAsia="ko-KR"/>
              </w:rPr>
              <w:t xml:space="preserve">, </w:t>
            </w:r>
            <w:r>
              <w:rPr>
                <w:sz w:val="18"/>
                <w:lang w:eastAsia="ko-KR"/>
              </w:rPr>
              <w:t>필수정보</w:t>
            </w:r>
            <w:r>
              <w:rPr>
                <w:sz w:val="18"/>
                <w:lang w:eastAsia="ko-KR"/>
              </w:rPr>
              <w:t xml:space="preserve"> </w:t>
            </w:r>
            <w:proofErr w:type="spellStart"/>
            <w:r>
              <w:rPr>
                <w:sz w:val="18"/>
                <w:lang w:eastAsia="ko-KR"/>
              </w:rPr>
              <w:t>미제공</w:t>
            </w:r>
            <w:proofErr w:type="spellEnd"/>
            <w:r>
              <w:rPr>
                <w:sz w:val="18"/>
                <w:lang w:eastAsia="ko-KR"/>
              </w:rPr>
              <w:t xml:space="preserve"> </w:t>
            </w:r>
            <w:r>
              <w:rPr>
                <w:sz w:val="18"/>
                <w:lang w:eastAsia="ko-KR"/>
              </w:rPr>
              <w:t>시</w:t>
            </w:r>
            <w:r>
              <w:rPr>
                <w:sz w:val="18"/>
                <w:lang w:eastAsia="ko-KR"/>
              </w:rPr>
              <w:t xml:space="preserve"> </w:t>
            </w:r>
            <w:r>
              <w:rPr>
                <w:sz w:val="18"/>
                <w:lang w:eastAsia="ko-KR"/>
              </w:rPr>
              <w:t>공모전</w:t>
            </w:r>
            <w:r>
              <w:rPr>
                <w:sz w:val="18"/>
                <w:lang w:eastAsia="ko-KR"/>
              </w:rPr>
              <w:t xml:space="preserve"> </w:t>
            </w:r>
            <w:r>
              <w:rPr>
                <w:sz w:val="18"/>
                <w:lang w:eastAsia="ko-KR"/>
              </w:rPr>
              <w:t>참가가</w:t>
            </w:r>
            <w:r>
              <w:rPr>
                <w:sz w:val="18"/>
                <w:lang w:eastAsia="ko-KR"/>
              </w:rPr>
              <w:t xml:space="preserve"> </w:t>
            </w:r>
            <w:r>
              <w:rPr>
                <w:sz w:val="18"/>
                <w:lang w:eastAsia="ko-KR"/>
              </w:rPr>
              <w:t>제한될</w:t>
            </w:r>
            <w:r>
              <w:rPr>
                <w:sz w:val="18"/>
                <w:lang w:eastAsia="ko-KR"/>
              </w:rPr>
              <w:t xml:space="preserve"> </w:t>
            </w:r>
            <w:r>
              <w:rPr>
                <w:sz w:val="18"/>
                <w:lang w:eastAsia="ko-KR"/>
              </w:rPr>
              <w:t>수</w:t>
            </w:r>
            <w:r>
              <w:rPr>
                <w:sz w:val="18"/>
                <w:lang w:eastAsia="ko-KR"/>
              </w:rPr>
              <w:t xml:space="preserve"> </w:t>
            </w:r>
            <w:r>
              <w:rPr>
                <w:sz w:val="18"/>
                <w:lang w:eastAsia="ko-KR"/>
              </w:rPr>
              <w:t>있음</w:t>
            </w:r>
          </w:p>
        </w:tc>
      </w:tr>
    </w:tbl>
    <w:p w14:paraId="500BDD66" w14:textId="77777777" w:rsidR="00D55C08" w:rsidRDefault="00D55C08">
      <w:pPr>
        <w:spacing w:after="40"/>
        <w:rPr>
          <w:rFonts w:hint="eastAsia"/>
          <w:lang w:eastAsia="ko-KR"/>
        </w:rPr>
      </w:pPr>
    </w:p>
    <w:p w14:paraId="72396D17" w14:textId="77777777" w:rsidR="00D55C08" w:rsidRDefault="00000000">
      <w:pPr>
        <w:spacing w:after="0" w:line="300" w:lineRule="auto"/>
        <w:ind w:left="425" w:hanging="159"/>
        <w:rPr>
          <w:rFonts w:hint="eastAsia"/>
          <w:lang w:eastAsia="ko-KR"/>
        </w:rPr>
      </w:pPr>
      <w:r>
        <w:rPr>
          <w:sz w:val="20"/>
          <w:lang w:eastAsia="ko-KR"/>
        </w:rPr>
        <w:t xml:space="preserve">- □ </w:t>
      </w:r>
      <w:r>
        <w:rPr>
          <w:sz w:val="20"/>
          <w:lang w:eastAsia="ko-KR"/>
        </w:rPr>
        <w:t>동의함</w:t>
      </w:r>
      <w:r>
        <w:rPr>
          <w:sz w:val="20"/>
          <w:lang w:eastAsia="ko-KR"/>
        </w:rPr>
        <w:t xml:space="preserve">     </w:t>
      </w:r>
      <w:proofErr w:type="gramStart"/>
      <w:r>
        <w:rPr>
          <w:sz w:val="20"/>
          <w:lang w:eastAsia="ko-KR"/>
        </w:rPr>
        <w:t xml:space="preserve">□  </w:t>
      </w:r>
      <w:r>
        <w:rPr>
          <w:sz w:val="20"/>
          <w:lang w:eastAsia="ko-KR"/>
        </w:rPr>
        <w:t>동의하지</w:t>
      </w:r>
      <w:proofErr w:type="gramEnd"/>
      <w:r>
        <w:rPr>
          <w:sz w:val="20"/>
          <w:lang w:eastAsia="ko-KR"/>
        </w:rPr>
        <w:t xml:space="preserve"> </w:t>
      </w:r>
      <w:r>
        <w:rPr>
          <w:sz w:val="20"/>
          <w:lang w:eastAsia="ko-KR"/>
        </w:rPr>
        <w:t>않음</w:t>
      </w:r>
    </w:p>
    <w:p w14:paraId="201AFFCC" w14:textId="77777777" w:rsidR="00D55C08" w:rsidRDefault="00000000">
      <w:pPr>
        <w:spacing w:before="20" w:after="20" w:line="312" w:lineRule="auto"/>
        <w:ind w:left="113" w:hanging="113"/>
        <w:rPr>
          <w:rFonts w:hint="eastAsia"/>
          <w:lang w:eastAsia="ko-KR"/>
        </w:rPr>
      </w:pPr>
      <w:r>
        <w:rPr>
          <w:b/>
          <w:lang w:eastAsia="ko-KR"/>
        </w:rPr>
        <w:t xml:space="preserve">○ </w:t>
      </w:r>
      <w:r>
        <w:rPr>
          <w:lang w:eastAsia="ko-KR"/>
        </w:rPr>
        <w:t xml:space="preserve">2. </w:t>
      </w:r>
      <w:r>
        <w:rPr>
          <w:lang w:eastAsia="ko-KR"/>
        </w:rPr>
        <w:t>출품</w:t>
      </w:r>
      <w:r>
        <w:rPr>
          <w:lang w:eastAsia="ko-KR"/>
        </w:rPr>
        <w:t xml:space="preserve"> </w:t>
      </w:r>
      <w:r>
        <w:rPr>
          <w:lang w:eastAsia="ko-KR"/>
        </w:rPr>
        <w:t>유의사항</w:t>
      </w:r>
      <w:r>
        <w:rPr>
          <w:lang w:eastAsia="ko-KR"/>
        </w:rPr>
        <w:t xml:space="preserve"> </w:t>
      </w:r>
      <w:r>
        <w:rPr>
          <w:lang w:eastAsia="ko-KR"/>
        </w:rPr>
        <w:t>동의</w:t>
      </w:r>
    </w:p>
    <w:p w14:paraId="46D3F313" w14:textId="77777777" w:rsidR="00D55C08" w:rsidRDefault="00000000">
      <w:pPr>
        <w:spacing w:after="0" w:line="300" w:lineRule="auto"/>
        <w:ind w:left="425" w:hanging="159"/>
        <w:rPr>
          <w:rFonts w:hint="eastAsia"/>
          <w:lang w:eastAsia="ko-KR"/>
        </w:rPr>
      </w:pPr>
      <w:r>
        <w:rPr>
          <w:sz w:val="20"/>
          <w:lang w:eastAsia="ko-KR"/>
        </w:rPr>
        <w:t xml:space="preserve">□ </w:t>
      </w:r>
      <w:r>
        <w:rPr>
          <w:sz w:val="20"/>
          <w:lang w:eastAsia="ko-KR"/>
        </w:rPr>
        <w:t>타인의</w:t>
      </w:r>
      <w:r>
        <w:rPr>
          <w:sz w:val="20"/>
          <w:lang w:eastAsia="ko-KR"/>
        </w:rPr>
        <w:t xml:space="preserve"> </w:t>
      </w:r>
      <w:r>
        <w:rPr>
          <w:sz w:val="20"/>
          <w:lang w:eastAsia="ko-KR"/>
        </w:rPr>
        <w:t>권리를</w:t>
      </w:r>
      <w:r>
        <w:rPr>
          <w:sz w:val="20"/>
          <w:lang w:eastAsia="ko-KR"/>
        </w:rPr>
        <w:t xml:space="preserve"> </w:t>
      </w:r>
      <w:r>
        <w:rPr>
          <w:sz w:val="20"/>
          <w:lang w:eastAsia="ko-KR"/>
        </w:rPr>
        <w:t>침해하지</w:t>
      </w:r>
      <w:r>
        <w:rPr>
          <w:sz w:val="20"/>
          <w:lang w:eastAsia="ko-KR"/>
        </w:rPr>
        <w:t xml:space="preserve"> </w:t>
      </w:r>
      <w:r>
        <w:rPr>
          <w:sz w:val="20"/>
          <w:lang w:eastAsia="ko-KR"/>
        </w:rPr>
        <w:t>않으며</w:t>
      </w:r>
      <w:r>
        <w:rPr>
          <w:sz w:val="20"/>
          <w:lang w:eastAsia="ko-KR"/>
        </w:rPr>
        <w:t xml:space="preserve">, </w:t>
      </w:r>
      <w:r>
        <w:rPr>
          <w:sz w:val="20"/>
          <w:lang w:eastAsia="ko-KR"/>
        </w:rPr>
        <w:t>권리</w:t>
      </w:r>
      <w:r>
        <w:rPr>
          <w:sz w:val="20"/>
          <w:lang w:eastAsia="ko-KR"/>
        </w:rPr>
        <w:t xml:space="preserve"> </w:t>
      </w:r>
      <w:r>
        <w:rPr>
          <w:sz w:val="20"/>
          <w:lang w:eastAsia="ko-KR"/>
        </w:rPr>
        <w:t>분쟁</w:t>
      </w:r>
      <w:r>
        <w:rPr>
          <w:sz w:val="20"/>
          <w:lang w:eastAsia="ko-KR"/>
        </w:rPr>
        <w:t xml:space="preserve"> </w:t>
      </w:r>
      <w:r>
        <w:rPr>
          <w:sz w:val="20"/>
          <w:lang w:eastAsia="ko-KR"/>
        </w:rPr>
        <w:t>발생</w:t>
      </w:r>
      <w:r>
        <w:rPr>
          <w:sz w:val="20"/>
          <w:lang w:eastAsia="ko-KR"/>
        </w:rPr>
        <w:t xml:space="preserve"> </w:t>
      </w:r>
      <w:r>
        <w:rPr>
          <w:sz w:val="20"/>
          <w:lang w:eastAsia="ko-KR"/>
        </w:rPr>
        <w:t>시</w:t>
      </w:r>
      <w:r>
        <w:rPr>
          <w:sz w:val="20"/>
          <w:lang w:eastAsia="ko-KR"/>
        </w:rPr>
        <w:t xml:space="preserve"> </w:t>
      </w:r>
      <w:r>
        <w:rPr>
          <w:sz w:val="20"/>
          <w:lang w:eastAsia="ko-KR"/>
        </w:rPr>
        <w:t>출품자가</w:t>
      </w:r>
      <w:r>
        <w:rPr>
          <w:sz w:val="20"/>
          <w:lang w:eastAsia="ko-KR"/>
        </w:rPr>
        <w:t xml:space="preserve"> </w:t>
      </w:r>
      <w:r>
        <w:rPr>
          <w:sz w:val="20"/>
          <w:lang w:eastAsia="ko-KR"/>
        </w:rPr>
        <w:t>책임을</w:t>
      </w:r>
      <w:r>
        <w:rPr>
          <w:sz w:val="20"/>
          <w:lang w:eastAsia="ko-KR"/>
        </w:rPr>
        <w:t xml:space="preserve"> </w:t>
      </w:r>
      <w:r>
        <w:rPr>
          <w:sz w:val="20"/>
          <w:lang w:eastAsia="ko-KR"/>
        </w:rPr>
        <w:t>부담하는</w:t>
      </w:r>
      <w:r>
        <w:rPr>
          <w:sz w:val="20"/>
          <w:lang w:eastAsia="ko-KR"/>
        </w:rPr>
        <w:t xml:space="preserve"> </w:t>
      </w:r>
      <w:r>
        <w:rPr>
          <w:sz w:val="20"/>
          <w:lang w:eastAsia="ko-KR"/>
        </w:rPr>
        <w:t>점에</w:t>
      </w:r>
      <w:r>
        <w:rPr>
          <w:sz w:val="20"/>
          <w:lang w:eastAsia="ko-KR"/>
        </w:rPr>
        <w:t xml:space="preserve"> </w:t>
      </w:r>
      <w:r>
        <w:rPr>
          <w:sz w:val="20"/>
          <w:lang w:eastAsia="ko-KR"/>
        </w:rPr>
        <w:t>동의합니다</w:t>
      </w:r>
      <w:r>
        <w:rPr>
          <w:sz w:val="20"/>
          <w:lang w:eastAsia="ko-KR"/>
        </w:rPr>
        <w:t>.</w:t>
      </w:r>
    </w:p>
    <w:p w14:paraId="4C21020F" w14:textId="77777777" w:rsidR="00D55C08" w:rsidRDefault="00000000">
      <w:pPr>
        <w:spacing w:after="0" w:line="300" w:lineRule="auto"/>
        <w:ind w:left="425" w:hanging="159"/>
        <w:rPr>
          <w:rFonts w:hint="eastAsia"/>
          <w:lang w:eastAsia="ko-KR"/>
        </w:rPr>
      </w:pPr>
      <w:r>
        <w:rPr>
          <w:sz w:val="20"/>
          <w:lang w:eastAsia="ko-KR"/>
        </w:rPr>
        <w:t xml:space="preserve">□ </w:t>
      </w:r>
      <w:r>
        <w:rPr>
          <w:sz w:val="20"/>
          <w:lang w:eastAsia="ko-KR"/>
        </w:rPr>
        <w:t>표절</w:t>
      </w:r>
      <w:r>
        <w:rPr>
          <w:sz w:val="20"/>
          <w:lang w:eastAsia="ko-KR"/>
        </w:rPr>
        <w:t>·</w:t>
      </w:r>
      <w:r>
        <w:rPr>
          <w:sz w:val="20"/>
          <w:lang w:eastAsia="ko-KR"/>
        </w:rPr>
        <w:t>도용</w:t>
      </w:r>
      <w:r>
        <w:rPr>
          <w:sz w:val="20"/>
          <w:lang w:eastAsia="ko-KR"/>
        </w:rPr>
        <w:t>·</w:t>
      </w:r>
      <w:r>
        <w:rPr>
          <w:sz w:val="20"/>
          <w:lang w:eastAsia="ko-KR"/>
        </w:rPr>
        <w:t>허위</w:t>
      </w:r>
      <w:r>
        <w:rPr>
          <w:sz w:val="20"/>
          <w:lang w:eastAsia="ko-KR"/>
        </w:rPr>
        <w:t xml:space="preserve"> </w:t>
      </w:r>
      <w:r>
        <w:rPr>
          <w:sz w:val="20"/>
          <w:lang w:eastAsia="ko-KR"/>
        </w:rPr>
        <w:t>기재</w:t>
      </w:r>
      <w:r>
        <w:rPr>
          <w:sz w:val="20"/>
          <w:lang w:eastAsia="ko-KR"/>
        </w:rPr>
        <w:t>·</w:t>
      </w:r>
      <w:r>
        <w:rPr>
          <w:sz w:val="20"/>
          <w:lang w:eastAsia="ko-KR"/>
        </w:rPr>
        <w:t>부정한</w:t>
      </w:r>
      <w:r>
        <w:rPr>
          <w:sz w:val="20"/>
          <w:lang w:eastAsia="ko-KR"/>
        </w:rPr>
        <w:t xml:space="preserve"> AI </w:t>
      </w:r>
      <w:r>
        <w:rPr>
          <w:sz w:val="20"/>
          <w:lang w:eastAsia="ko-KR"/>
        </w:rPr>
        <w:t>활용</w:t>
      </w:r>
      <w:r>
        <w:rPr>
          <w:sz w:val="20"/>
          <w:lang w:eastAsia="ko-KR"/>
        </w:rPr>
        <w:t xml:space="preserve"> </w:t>
      </w:r>
      <w:r>
        <w:rPr>
          <w:sz w:val="20"/>
          <w:lang w:eastAsia="ko-KR"/>
        </w:rPr>
        <w:t>내역</w:t>
      </w:r>
      <w:r>
        <w:rPr>
          <w:sz w:val="20"/>
          <w:lang w:eastAsia="ko-KR"/>
        </w:rPr>
        <w:t xml:space="preserve"> </w:t>
      </w:r>
      <w:r>
        <w:rPr>
          <w:sz w:val="20"/>
          <w:lang w:eastAsia="ko-KR"/>
        </w:rPr>
        <w:t>등이</w:t>
      </w:r>
      <w:r>
        <w:rPr>
          <w:sz w:val="20"/>
          <w:lang w:eastAsia="ko-KR"/>
        </w:rPr>
        <w:t xml:space="preserve"> </w:t>
      </w:r>
      <w:r>
        <w:rPr>
          <w:sz w:val="20"/>
          <w:lang w:eastAsia="ko-KR"/>
        </w:rPr>
        <w:t>확인될</w:t>
      </w:r>
      <w:r>
        <w:rPr>
          <w:sz w:val="20"/>
          <w:lang w:eastAsia="ko-KR"/>
        </w:rPr>
        <w:t xml:space="preserve"> </w:t>
      </w:r>
      <w:r>
        <w:rPr>
          <w:sz w:val="20"/>
          <w:lang w:eastAsia="ko-KR"/>
        </w:rPr>
        <w:t>경우</w:t>
      </w:r>
      <w:r>
        <w:rPr>
          <w:sz w:val="20"/>
          <w:lang w:eastAsia="ko-KR"/>
        </w:rPr>
        <w:t xml:space="preserve"> </w:t>
      </w:r>
      <w:r>
        <w:rPr>
          <w:sz w:val="20"/>
          <w:lang w:eastAsia="ko-KR"/>
        </w:rPr>
        <w:t>수상</w:t>
      </w:r>
      <w:r>
        <w:rPr>
          <w:sz w:val="20"/>
          <w:lang w:eastAsia="ko-KR"/>
        </w:rPr>
        <w:t xml:space="preserve"> </w:t>
      </w:r>
      <w:r>
        <w:rPr>
          <w:sz w:val="20"/>
          <w:lang w:eastAsia="ko-KR"/>
        </w:rPr>
        <w:t>취소</w:t>
      </w:r>
      <w:r>
        <w:rPr>
          <w:sz w:val="20"/>
          <w:lang w:eastAsia="ko-KR"/>
        </w:rPr>
        <w:t xml:space="preserve"> </w:t>
      </w:r>
      <w:r>
        <w:rPr>
          <w:sz w:val="20"/>
          <w:lang w:eastAsia="ko-KR"/>
        </w:rPr>
        <w:t>및</w:t>
      </w:r>
      <w:r>
        <w:rPr>
          <w:sz w:val="20"/>
          <w:lang w:eastAsia="ko-KR"/>
        </w:rPr>
        <w:t xml:space="preserve"> </w:t>
      </w:r>
      <w:r>
        <w:rPr>
          <w:sz w:val="20"/>
          <w:lang w:eastAsia="ko-KR"/>
        </w:rPr>
        <w:t>상금</w:t>
      </w:r>
      <w:r>
        <w:rPr>
          <w:sz w:val="20"/>
          <w:lang w:eastAsia="ko-KR"/>
        </w:rPr>
        <w:t xml:space="preserve"> </w:t>
      </w:r>
      <w:r>
        <w:rPr>
          <w:sz w:val="20"/>
          <w:lang w:eastAsia="ko-KR"/>
        </w:rPr>
        <w:t>환수</w:t>
      </w:r>
      <w:r>
        <w:rPr>
          <w:sz w:val="20"/>
          <w:lang w:eastAsia="ko-KR"/>
        </w:rPr>
        <w:t xml:space="preserve"> </w:t>
      </w:r>
      <w:r>
        <w:rPr>
          <w:sz w:val="20"/>
          <w:lang w:eastAsia="ko-KR"/>
        </w:rPr>
        <w:t>조치가</w:t>
      </w:r>
      <w:r>
        <w:rPr>
          <w:sz w:val="20"/>
          <w:lang w:eastAsia="ko-KR"/>
        </w:rPr>
        <w:t xml:space="preserve"> </w:t>
      </w:r>
      <w:r>
        <w:rPr>
          <w:sz w:val="20"/>
          <w:lang w:eastAsia="ko-KR"/>
        </w:rPr>
        <w:t>가능함에</w:t>
      </w:r>
      <w:r>
        <w:rPr>
          <w:sz w:val="20"/>
          <w:lang w:eastAsia="ko-KR"/>
        </w:rPr>
        <w:t xml:space="preserve"> </w:t>
      </w:r>
      <w:r>
        <w:rPr>
          <w:sz w:val="20"/>
          <w:lang w:eastAsia="ko-KR"/>
        </w:rPr>
        <w:t>동의합니다</w:t>
      </w:r>
      <w:r>
        <w:rPr>
          <w:sz w:val="20"/>
          <w:lang w:eastAsia="ko-KR"/>
        </w:rPr>
        <w:t>.</w:t>
      </w:r>
    </w:p>
    <w:p w14:paraId="2958D158" w14:textId="77777777" w:rsidR="00D55C08" w:rsidRDefault="00000000">
      <w:pPr>
        <w:spacing w:after="0" w:line="300" w:lineRule="auto"/>
        <w:ind w:left="425" w:hanging="159"/>
        <w:rPr>
          <w:rFonts w:hint="eastAsia"/>
          <w:lang w:eastAsia="ko-KR"/>
        </w:rPr>
      </w:pPr>
      <w:r>
        <w:rPr>
          <w:sz w:val="20"/>
          <w:lang w:eastAsia="ko-KR"/>
        </w:rPr>
        <w:t xml:space="preserve">□ </w:t>
      </w:r>
      <w:r>
        <w:rPr>
          <w:sz w:val="20"/>
          <w:lang w:eastAsia="ko-KR"/>
        </w:rPr>
        <w:t>수상작이</w:t>
      </w:r>
      <w:r>
        <w:rPr>
          <w:sz w:val="20"/>
          <w:lang w:eastAsia="ko-KR"/>
        </w:rPr>
        <w:t xml:space="preserve"> </w:t>
      </w:r>
      <w:r>
        <w:rPr>
          <w:sz w:val="20"/>
          <w:lang w:eastAsia="ko-KR"/>
        </w:rPr>
        <w:t>기관</w:t>
      </w:r>
      <w:r>
        <w:rPr>
          <w:sz w:val="20"/>
          <w:lang w:eastAsia="ko-KR"/>
        </w:rPr>
        <w:t xml:space="preserve"> </w:t>
      </w:r>
      <w:r>
        <w:rPr>
          <w:sz w:val="20"/>
          <w:lang w:eastAsia="ko-KR"/>
        </w:rPr>
        <w:t>홍보</w:t>
      </w:r>
      <w:r>
        <w:rPr>
          <w:sz w:val="20"/>
          <w:lang w:eastAsia="ko-KR"/>
        </w:rPr>
        <w:t xml:space="preserve"> </w:t>
      </w:r>
      <w:r>
        <w:rPr>
          <w:sz w:val="20"/>
          <w:lang w:eastAsia="ko-KR"/>
        </w:rPr>
        <w:t>목적의</w:t>
      </w:r>
      <w:r>
        <w:rPr>
          <w:sz w:val="20"/>
          <w:lang w:eastAsia="ko-KR"/>
        </w:rPr>
        <w:t xml:space="preserve"> SNS, </w:t>
      </w:r>
      <w:r>
        <w:rPr>
          <w:sz w:val="20"/>
          <w:lang w:eastAsia="ko-KR"/>
        </w:rPr>
        <w:t>홈페이지</w:t>
      </w:r>
      <w:r>
        <w:rPr>
          <w:sz w:val="20"/>
          <w:lang w:eastAsia="ko-KR"/>
        </w:rPr>
        <w:t xml:space="preserve">, </w:t>
      </w:r>
      <w:r>
        <w:rPr>
          <w:sz w:val="20"/>
          <w:lang w:eastAsia="ko-KR"/>
        </w:rPr>
        <w:t>행사</w:t>
      </w:r>
      <w:r>
        <w:rPr>
          <w:sz w:val="20"/>
          <w:lang w:eastAsia="ko-KR"/>
        </w:rPr>
        <w:t xml:space="preserve"> </w:t>
      </w:r>
      <w:r>
        <w:rPr>
          <w:sz w:val="20"/>
          <w:lang w:eastAsia="ko-KR"/>
        </w:rPr>
        <w:t>전시</w:t>
      </w:r>
      <w:r>
        <w:rPr>
          <w:sz w:val="20"/>
          <w:lang w:eastAsia="ko-KR"/>
        </w:rPr>
        <w:t xml:space="preserve">, </w:t>
      </w:r>
      <w:r>
        <w:rPr>
          <w:sz w:val="20"/>
          <w:lang w:eastAsia="ko-KR"/>
        </w:rPr>
        <w:t>보도</w:t>
      </w:r>
      <w:r>
        <w:rPr>
          <w:sz w:val="20"/>
          <w:lang w:eastAsia="ko-KR"/>
        </w:rPr>
        <w:t>·</w:t>
      </w:r>
      <w:r>
        <w:rPr>
          <w:sz w:val="20"/>
          <w:lang w:eastAsia="ko-KR"/>
        </w:rPr>
        <w:t>홍보물</w:t>
      </w:r>
      <w:r>
        <w:rPr>
          <w:sz w:val="20"/>
          <w:lang w:eastAsia="ko-KR"/>
        </w:rPr>
        <w:t xml:space="preserve"> </w:t>
      </w:r>
      <w:r>
        <w:rPr>
          <w:sz w:val="20"/>
          <w:lang w:eastAsia="ko-KR"/>
        </w:rPr>
        <w:t>등에</w:t>
      </w:r>
      <w:r>
        <w:rPr>
          <w:sz w:val="20"/>
          <w:lang w:eastAsia="ko-KR"/>
        </w:rPr>
        <w:t xml:space="preserve"> </w:t>
      </w:r>
      <w:r>
        <w:rPr>
          <w:sz w:val="20"/>
          <w:lang w:eastAsia="ko-KR"/>
        </w:rPr>
        <w:t>활용될</w:t>
      </w:r>
      <w:r>
        <w:rPr>
          <w:sz w:val="20"/>
          <w:lang w:eastAsia="ko-KR"/>
        </w:rPr>
        <w:t xml:space="preserve"> </w:t>
      </w:r>
      <w:r>
        <w:rPr>
          <w:sz w:val="20"/>
          <w:lang w:eastAsia="ko-KR"/>
        </w:rPr>
        <w:t>수</w:t>
      </w:r>
      <w:r>
        <w:rPr>
          <w:sz w:val="20"/>
          <w:lang w:eastAsia="ko-KR"/>
        </w:rPr>
        <w:t xml:space="preserve"> </w:t>
      </w:r>
      <w:r>
        <w:rPr>
          <w:sz w:val="20"/>
          <w:lang w:eastAsia="ko-KR"/>
        </w:rPr>
        <w:t>있음에</w:t>
      </w:r>
      <w:r>
        <w:rPr>
          <w:sz w:val="20"/>
          <w:lang w:eastAsia="ko-KR"/>
        </w:rPr>
        <w:t xml:space="preserve"> </w:t>
      </w:r>
      <w:r>
        <w:rPr>
          <w:sz w:val="20"/>
          <w:lang w:eastAsia="ko-KR"/>
        </w:rPr>
        <w:t>동의합니다</w:t>
      </w:r>
      <w:r>
        <w:rPr>
          <w:sz w:val="20"/>
          <w:lang w:eastAsia="ko-KR"/>
        </w:rPr>
        <w:t>.</w:t>
      </w:r>
    </w:p>
    <w:p w14:paraId="4F63D2EB" w14:textId="77777777" w:rsidR="00D55C08" w:rsidRDefault="00000000">
      <w:pPr>
        <w:spacing w:before="160" w:after="160" w:line="240" w:lineRule="auto"/>
        <w:jc w:val="right"/>
        <w:rPr>
          <w:rFonts w:hint="eastAsia"/>
          <w:lang w:eastAsia="ko-KR"/>
        </w:rPr>
      </w:pPr>
      <w:r>
        <w:rPr>
          <w:sz w:val="20"/>
          <w:lang w:eastAsia="ko-KR"/>
        </w:rPr>
        <w:t>2026</w:t>
      </w:r>
      <w:r>
        <w:rPr>
          <w:sz w:val="20"/>
          <w:lang w:eastAsia="ko-KR"/>
        </w:rPr>
        <w:t>년</w:t>
      </w:r>
      <w:r>
        <w:rPr>
          <w:sz w:val="20"/>
          <w:lang w:eastAsia="ko-KR"/>
        </w:rPr>
        <w:t xml:space="preserve">      </w:t>
      </w:r>
      <w:r>
        <w:rPr>
          <w:sz w:val="20"/>
          <w:lang w:eastAsia="ko-KR"/>
        </w:rPr>
        <w:t>월</w:t>
      </w:r>
      <w:r>
        <w:rPr>
          <w:sz w:val="20"/>
          <w:lang w:eastAsia="ko-KR"/>
        </w:rPr>
        <w:t xml:space="preserve">      </w:t>
      </w:r>
      <w:r>
        <w:rPr>
          <w:sz w:val="20"/>
          <w:lang w:eastAsia="ko-KR"/>
        </w:rPr>
        <w:t>일</w:t>
      </w:r>
      <w:r>
        <w:rPr>
          <w:sz w:val="20"/>
          <w:lang w:eastAsia="ko-KR"/>
        </w:rPr>
        <w:t xml:space="preserve">      </w:t>
      </w:r>
      <w:r>
        <w:rPr>
          <w:sz w:val="20"/>
          <w:lang w:eastAsia="ko-KR"/>
        </w:rPr>
        <w:t>참가자</w:t>
      </w:r>
      <w:r>
        <w:rPr>
          <w:sz w:val="20"/>
          <w:lang w:eastAsia="ko-KR"/>
        </w:rPr>
        <w:t>(</w:t>
      </w:r>
      <w:r>
        <w:rPr>
          <w:sz w:val="20"/>
          <w:lang w:eastAsia="ko-KR"/>
        </w:rPr>
        <w:t>대표자</w:t>
      </w:r>
      <w:proofErr w:type="gramStart"/>
      <w:r>
        <w:rPr>
          <w:sz w:val="20"/>
          <w:lang w:eastAsia="ko-KR"/>
        </w:rPr>
        <w:t>) :</w:t>
      </w:r>
      <w:proofErr w:type="gramEnd"/>
      <w:r>
        <w:rPr>
          <w:sz w:val="20"/>
          <w:lang w:eastAsia="ko-KR"/>
        </w:rPr>
        <w:t xml:space="preserve">                 (</w:t>
      </w:r>
      <w:r>
        <w:rPr>
          <w:sz w:val="20"/>
          <w:lang w:eastAsia="ko-KR"/>
        </w:rPr>
        <w:t>서명</w:t>
      </w:r>
      <w:r>
        <w:rPr>
          <w:sz w:val="20"/>
          <w:lang w:eastAsia="ko-KR"/>
        </w:rPr>
        <w:t>)</w:t>
      </w:r>
    </w:p>
    <w:p w14:paraId="439F52D1" w14:textId="77777777" w:rsidR="00106AC8" w:rsidRDefault="00106AC8">
      <w:pPr>
        <w:rPr>
          <w:rFonts w:hint="eastAsia"/>
          <w:b/>
          <w:sz w:val="24"/>
          <w:lang w:eastAsia="ko-KR"/>
        </w:rPr>
      </w:pPr>
      <w:r>
        <w:rPr>
          <w:rFonts w:hint="eastAsia"/>
          <w:b/>
          <w:sz w:val="24"/>
          <w:lang w:eastAsia="ko-KR"/>
        </w:rPr>
        <w:br w:type="page"/>
      </w:r>
    </w:p>
    <w:p w14:paraId="523906C6" w14:textId="77777777" w:rsidR="00D55C08" w:rsidRDefault="00000000">
      <w:pPr>
        <w:spacing w:before="200" w:after="80" w:line="240" w:lineRule="auto"/>
        <w:rPr>
          <w:rFonts w:hint="eastAsia"/>
          <w:lang w:eastAsia="ko-KR"/>
        </w:rPr>
      </w:pPr>
      <w:r>
        <w:rPr>
          <w:b/>
          <w:sz w:val="24"/>
          <w:lang w:eastAsia="ko-KR"/>
        </w:rPr>
        <w:lastRenderedPageBreak/>
        <w:t>[</w:t>
      </w:r>
      <w:r>
        <w:rPr>
          <w:b/>
          <w:sz w:val="24"/>
          <w:lang w:eastAsia="ko-KR"/>
        </w:rPr>
        <w:t>붙임</w:t>
      </w:r>
      <w:r>
        <w:rPr>
          <w:b/>
          <w:sz w:val="24"/>
          <w:lang w:eastAsia="ko-KR"/>
        </w:rPr>
        <w:t xml:space="preserve"> 4] </w:t>
      </w:r>
      <w:r>
        <w:rPr>
          <w:b/>
          <w:sz w:val="24"/>
          <w:lang w:eastAsia="ko-KR"/>
        </w:rPr>
        <w:t>제출</w:t>
      </w:r>
      <w:r>
        <w:rPr>
          <w:b/>
          <w:sz w:val="24"/>
          <w:lang w:eastAsia="ko-KR"/>
        </w:rPr>
        <w:t xml:space="preserve"> </w:t>
      </w:r>
      <w:r>
        <w:rPr>
          <w:b/>
          <w:sz w:val="24"/>
          <w:lang w:eastAsia="ko-KR"/>
        </w:rPr>
        <w:t>전</w:t>
      </w:r>
      <w:r>
        <w:rPr>
          <w:b/>
          <w:sz w:val="24"/>
          <w:lang w:eastAsia="ko-KR"/>
        </w:rPr>
        <w:t xml:space="preserve"> </w:t>
      </w:r>
      <w:r>
        <w:rPr>
          <w:b/>
          <w:sz w:val="24"/>
          <w:lang w:eastAsia="ko-KR"/>
        </w:rPr>
        <w:t>최종</w:t>
      </w:r>
      <w:r>
        <w:rPr>
          <w:b/>
          <w:sz w:val="24"/>
          <w:lang w:eastAsia="ko-KR"/>
        </w:rPr>
        <w:t xml:space="preserve"> </w:t>
      </w:r>
      <w:r>
        <w:rPr>
          <w:b/>
          <w:sz w:val="24"/>
          <w:lang w:eastAsia="ko-KR"/>
        </w:rPr>
        <w:t>체크리스트</w:t>
      </w:r>
    </w:p>
    <w:p w14:paraId="70C5B484" w14:textId="77777777" w:rsidR="00D55C08" w:rsidRDefault="00000000">
      <w:pPr>
        <w:spacing w:before="20" w:after="20" w:line="312" w:lineRule="auto"/>
        <w:ind w:left="113" w:hanging="113"/>
        <w:rPr>
          <w:rFonts w:hint="eastAsia"/>
          <w:lang w:eastAsia="ko-KR"/>
        </w:rPr>
      </w:pPr>
      <w:r>
        <w:rPr>
          <w:lang w:eastAsia="ko-KR"/>
        </w:rPr>
        <w:t xml:space="preserve">□ </w:t>
      </w:r>
      <w:r>
        <w:rPr>
          <w:lang w:eastAsia="ko-KR"/>
        </w:rPr>
        <w:t>공모</w:t>
      </w:r>
      <w:r>
        <w:rPr>
          <w:lang w:eastAsia="ko-KR"/>
        </w:rPr>
        <w:t xml:space="preserve"> </w:t>
      </w:r>
      <w:r>
        <w:rPr>
          <w:lang w:eastAsia="ko-KR"/>
        </w:rPr>
        <w:t>주제와</w:t>
      </w:r>
      <w:r>
        <w:rPr>
          <w:lang w:eastAsia="ko-KR"/>
        </w:rPr>
        <w:t xml:space="preserve"> </w:t>
      </w:r>
      <w:r>
        <w:rPr>
          <w:lang w:eastAsia="ko-KR"/>
        </w:rPr>
        <w:t>직접</w:t>
      </w:r>
      <w:r>
        <w:rPr>
          <w:lang w:eastAsia="ko-KR"/>
        </w:rPr>
        <w:t xml:space="preserve"> </w:t>
      </w:r>
      <w:r>
        <w:rPr>
          <w:lang w:eastAsia="ko-KR"/>
        </w:rPr>
        <w:t>관련된</w:t>
      </w:r>
      <w:r>
        <w:rPr>
          <w:lang w:eastAsia="ko-KR"/>
        </w:rPr>
        <w:t xml:space="preserve"> </w:t>
      </w:r>
      <w:r>
        <w:rPr>
          <w:lang w:eastAsia="ko-KR"/>
        </w:rPr>
        <w:t>내용을</w:t>
      </w:r>
      <w:r>
        <w:rPr>
          <w:lang w:eastAsia="ko-KR"/>
        </w:rPr>
        <w:t xml:space="preserve"> </w:t>
      </w:r>
      <w:r>
        <w:rPr>
          <w:lang w:eastAsia="ko-KR"/>
        </w:rPr>
        <w:t>담았는가</w:t>
      </w:r>
      <w:r>
        <w:rPr>
          <w:lang w:eastAsia="ko-KR"/>
        </w:rPr>
        <w:t>?</w:t>
      </w:r>
    </w:p>
    <w:p w14:paraId="6BAB1CF1" w14:textId="77777777" w:rsidR="00D55C08" w:rsidRDefault="00000000">
      <w:pPr>
        <w:spacing w:before="20" w:after="20" w:line="312" w:lineRule="auto"/>
        <w:ind w:left="113" w:hanging="113"/>
        <w:rPr>
          <w:rFonts w:hint="eastAsia"/>
          <w:lang w:eastAsia="ko-KR"/>
        </w:rPr>
      </w:pPr>
      <w:r>
        <w:rPr>
          <w:lang w:eastAsia="ko-KR"/>
        </w:rPr>
        <w:t xml:space="preserve">□ </w:t>
      </w:r>
      <w:r>
        <w:rPr>
          <w:lang w:eastAsia="ko-KR"/>
        </w:rPr>
        <w:t>생성형</w:t>
      </w:r>
      <w:r>
        <w:rPr>
          <w:lang w:eastAsia="ko-KR"/>
        </w:rPr>
        <w:t xml:space="preserve"> AI</w:t>
      </w:r>
      <w:r>
        <w:rPr>
          <w:lang w:eastAsia="ko-KR"/>
        </w:rPr>
        <w:t>를</w:t>
      </w:r>
      <w:r>
        <w:rPr>
          <w:lang w:eastAsia="ko-KR"/>
        </w:rPr>
        <w:t xml:space="preserve"> </w:t>
      </w:r>
      <w:r>
        <w:rPr>
          <w:lang w:eastAsia="ko-KR"/>
        </w:rPr>
        <w:t>제작</w:t>
      </w:r>
      <w:r>
        <w:rPr>
          <w:lang w:eastAsia="ko-KR"/>
        </w:rPr>
        <w:t xml:space="preserve"> </w:t>
      </w:r>
      <w:r>
        <w:rPr>
          <w:lang w:eastAsia="ko-KR"/>
        </w:rPr>
        <w:t>과정</w:t>
      </w:r>
      <w:r>
        <w:rPr>
          <w:lang w:eastAsia="ko-KR"/>
        </w:rPr>
        <w:t xml:space="preserve"> </w:t>
      </w:r>
      <w:r>
        <w:rPr>
          <w:lang w:eastAsia="ko-KR"/>
        </w:rPr>
        <w:t>일부</w:t>
      </w:r>
      <w:r>
        <w:rPr>
          <w:lang w:eastAsia="ko-KR"/>
        </w:rPr>
        <w:t xml:space="preserve"> </w:t>
      </w:r>
      <w:r>
        <w:rPr>
          <w:lang w:eastAsia="ko-KR"/>
        </w:rPr>
        <w:t>또는</w:t>
      </w:r>
      <w:r>
        <w:rPr>
          <w:lang w:eastAsia="ko-KR"/>
        </w:rPr>
        <w:t xml:space="preserve"> </w:t>
      </w:r>
      <w:r>
        <w:rPr>
          <w:lang w:eastAsia="ko-KR"/>
        </w:rPr>
        <w:t>전부에</w:t>
      </w:r>
      <w:r>
        <w:rPr>
          <w:lang w:eastAsia="ko-KR"/>
        </w:rPr>
        <w:t xml:space="preserve"> </w:t>
      </w:r>
      <w:r>
        <w:rPr>
          <w:lang w:eastAsia="ko-KR"/>
        </w:rPr>
        <w:t>실제로</w:t>
      </w:r>
      <w:r>
        <w:rPr>
          <w:lang w:eastAsia="ko-KR"/>
        </w:rPr>
        <w:t xml:space="preserve"> </w:t>
      </w:r>
      <w:r>
        <w:rPr>
          <w:lang w:eastAsia="ko-KR"/>
        </w:rPr>
        <w:t>활용했는가</w:t>
      </w:r>
      <w:r>
        <w:rPr>
          <w:lang w:eastAsia="ko-KR"/>
        </w:rPr>
        <w:t>?</w:t>
      </w:r>
    </w:p>
    <w:p w14:paraId="1E824675" w14:textId="77777777" w:rsidR="00D55C08" w:rsidRDefault="00000000">
      <w:pPr>
        <w:spacing w:before="20" w:after="20" w:line="312" w:lineRule="auto"/>
        <w:ind w:left="113" w:hanging="113"/>
        <w:rPr>
          <w:rFonts w:hint="eastAsia"/>
          <w:lang w:eastAsia="ko-KR"/>
        </w:rPr>
      </w:pPr>
      <w:r>
        <w:rPr>
          <w:lang w:eastAsia="ko-KR"/>
        </w:rPr>
        <w:t xml:space="preserve">□ AI </w:t>
      </w:r>
      <w:r>
        <w:rPr>
          <w:lang w:eastAsia="ko-KR"/>
        </w:rPr>
        <w:t>활용</w:t>
      </w:r>
      <w:r>
        <w:rPr>
          <w:lang w:eastAsia="ko-KR"/>
        </w:rPr>
        <w:t xml:space="preserve"> </w:t>
      </w:r>
      <w:r>
        <w:rPr>
          <w:lang w:eastAsia="ko-KR"/>
        </w:rPr>
        <w:t>설명서에</w:t>
      </w:r>
      <w:r>
        <w:rPr>
          <w:lang w:eastAsia="ko-KR"/>
        </w:rPr>
        <w:t xml:space="preserve"> </w:t>
      </w:r>
      <w:r>
        <w:rPr>
          <w:lang w:eastAsia="ko-KR"/>
        </w:rPr>
        <w:t>사용</w:t>
      </w:r>
      <w:r>
        <w:rPr>
          <w:lang w:eastAsia="ko-KR"/>
        </w:rPr>
        <w:t xml:space="preserve"> </w:t>
      </w:r>
      <w:r>
        <w:rPr>
          <w:lang w:eastAsia="ko-KR"/>
        </w:rPr>
        <w:t>도구</w:t>
      </w:r>
      <w:r>
        <w:rPr>
          <w:lang w:eastAsia="ko-KR"/>
        </w:rPr>
        <w:t>·</w:t>
      </w:r>
      <w:r>
        <w:rPr>
          <w:lang w:eastAsia="ko-KR"/>
        </w:rPr>
        <w:t>활용</w:t>
      </w:r>
      <w:r>
        <w:rPr>
          <w:lang w:eastAsia="ko-KR"/>
        </w:rPr>
        <w:t xml:space="preserve"> </w:t>
      </w:r>
      <w:r>
        <w:rPr>
          <w:lang w:eastAsia="ko-KR"/>
        </w:rPr>
        <w:t>범위</w:t>
      </w:r>
      <w:r>
        <w:rPr>
          <w:lang w:eastAsia="ko-KR"/>
        </w:rPr>
        <w:t>·</w:t>
      </w:r>
      <w:r>
        <w:rPr>
          <w:lang w:eastAsia="ko-KR"/>
        </w:rPr>
        <w:t>주요</w:t>
      </w:r>
      <w:r>
        <w:rPr>
          <w:lang w:eastAsia="ko-KR"/>
        </w:rPr>
        <w:t xml:space="preserve"> </w:t>
      </w:r>
      <w:r>
        <w:rPr>
          <w:lang w:eastAsia="ko-KR"/>
        </w:rPr>
        <w:t>프롬프트</w:t>
      </w:r>
      <w:r>
        <w:rPr>
          <w:lang w:eastAsia="ko-KR"/>
        </w:rPr>
        <w:t>·</w:t>
      </w:r>
      <w:r>
        <w:rPr>
          <w:lang w:eastAsia="ko-KR"/>
        </w:rPr>
        <w:t>직접</w:t>
      </w:r>
      <w:r>
        <w:rPr>
          <w:lang w:eastAsia="ko-KR"/>
        </w:rPr>
        <w:t xml:space="preserve"> </w:t>
      </w:r>
      <w:r>
        <w:rPr>
          <w:lang w:eastAsia="ko-KR"/>
        </w:rPr>
        <w:t>편집</w:t>
      </w:r>
      <w:r>
        <w:rPr>
          <w:lang w:eastAsia="ko-KR"/>
        </w:rPr>
        <w:t xml:space="preserve"> </w:t>
      </w:r>
      <w:r>
        <w:rPr>
          <w:lang w:eastAsia="ko-KR"/>
        </w:rPr>
        <w:t>내용을</w:t>
      </w:r>
      <w:r>
        <w:rPr>
          <w:lang w:eastAsia="ko-KR"/>
        </w:rPr>
        <w:t xml:space="preserve"> </w:t>
      </w:r>
      <w:r>
        <w:rPr>
          <w:lang w:eastAsia="ko-KR"/>
        </w:rPr>
        <w:t>빠짐없이</w:t>
      </w:r>
      <w:r>
        <w:rPr>
          <w:lang w:eastAsia="ko-KR"/>
        </w:rPr>
        <w:t xml:space="preserve"> </w:t>
      </w:r>
      <w:r>
        <w:rPr>
          <w:lang w:eastAsia="ko-KR"/>
        </w:rPr>
        <w:t>작성했는가</w:t>
      </w:r>
      <w:r>
        <w:rPr>
          <w:lang w:eastAsia="ko-KR"/>
        </w:rPr>
        <w:t>?</w:t>
      </w:r>
    </w:p>
    <w:p w14:paraId="06D5C88E" w14:textId="77777777" w:rsidR="00D55C08" w:rsidRDefault="00000000">
      <w:pPr>
        <w:spacing w:before="20" w:after="20" w:line="312" w:lineRule="auto"/>
        <w:ind w:left="113" w:hanging="113"/>
        <w:rPr>
          <w:rFonts w:hint="eastAsia"/>
          <w:lang w:eastAsia="ko-KR"/>
        </w:rPr>
      </w:pPr>
      <w:r>
        <w:rPr>
          <w:lang w:eastAsia="ko-KR"/>
        </w:rPr>
        <w:t xml:space="preserve">□ </w:t>
      </w:r>
      <w:r>
        <w:rPr>
          <w:lang w:eastAsia="ko-KR"/>
        </w:rPr>
        <w:t>이미지</w:t>
      </w:r>
      <w:r>
        <w:rPr>
          <w:lang w:eastAsia="ko-KR"/>
        </w:rPr>
        <w:t xml:space="preserve"> </w:t>
      </w:r>
      <w:r>
        <w:rPr>
          <w:lang w:eastAsia="ko-KR"/>
        </w:rPr>
        <w:t>또는</w:t>
      </w:r>
      <w:r>
        <w:rPr>
          <w:lang w:eastAsia="ko-KR"/>
        </w:rPr>
        <w:t xml:space="preserve"> </w:t>
      </w:r>
      <w:r>
        <w:rPr>
          <w:lang w:eastAsia="ko-KR"/>
        </w:rPr>
        <w:t>영상의</w:t>
      </w:r>
      <w:r>
        <w:rPr>
          <w:lang w:eastAsia="ko-KR"/>
        </w:rPr>
        <w:t xml:space="preserve"> </w:t>
      </w:r>
      <w:r>
        <w:rPr>
          <w:lang w:eastAsia="ko-KR"/>
        </w:rPr>
        <w:t>해상도</w:t>
      </w:r>
      <w:r>
        <w:rPr>
          <w:lang w:eastAsia="ko-KR"/>
        </w:rPr>
        <w:t>·</w:t>
      </w:r>
      <w:r>
        <w:rPr>
          <w:lang w:eastAsia="ko-KR"/>
        </w:rPr>
        <w:t>길이</w:t>
      </w:r>
      <w:r>
        <w:rPr>
          <w:lang w:eastAsia="ko-KR"/>
        </w:rPr>
        <w:t>·</w:t>
      </w:r>
      <w:r>
        <w:rPr>
          <w:lang w:eastAsia="ko-KR"/>
        </w:rPr>
        <w:t>파일</w:t>
      </w:r>
      <w:r>
        <w:rPr>
          <w:lang w:eastAsia="ko-KR"/>
        </w:rPr>
        <w:t xml:space="preserve"> </w:t>
      </w:r>
      <w:r>
        <w:rPr>
          <w:lang w:eastAsia="ko-KR"/>
        </w:rPr>
        <w:t>형식이</w:t>
      </w:r>
      <w:r>
        <w:rPr>
          <w:lang w:eastAsia="ko-KR"/>
        </w:rPr>
        <w:t xml:space="preserve"> </w:t>
      </w:r>
      <w:r>
        <w:rPr>
          <w:lang w:eastAsia="ko-KR"/>
        </w:rPr>
        <w:t>규격에</w:t>
      </w:r>
      <w:r>
        <w:rPr>
          <w:lang w:eastAsia="ko-KR"/>
        </w:rPr>
        <w:t xml:space="preserve"> </w:t>
      </w:r>
      <w:r>
        <w:rPr>
          <w:lang w:eastAsia="ko-KR"/>
        </w:rPr>
        <w:t>맞는가</w:t>
      </w:r>
      <w:r>
        <w:rPr>
          <w:lang w:eastAsia="ko-KR"/>
        </w:rPr>
        <w:t>?</w:t>
      </w:r>
    </w:p>
    <w:p w14:paraId="527B9F17" w14:textId="77777777" w:rsidR="00D55C08" w:rsidRDefault="00000000">
      <w:pPr>
        <w:spacing w:before="20" w:after="20" w:line="312" w:lineRule="auto"/>
        <w:ind w:left="113" w:hanging="113"/>
        <w:rPr>
          <w:rFonts w:hint="eastAsia"/>
          <w:lang w:eastAsia="ko-KR"/>
        </w:rPr>
      </w:pPr>
      <w:r>
        <w:rPr>
          <w:lang w:eastAsia="ko-KR"/>
        </w:rPr>
        <w:t xml:space="preserve">□ </w:t>
      </w:r>
      <w:r>
        <w:rPr>
          <w:lang w:eastAsia="ko-KR"/>
        </w:rPr>
        <w:t>작품</w:t>
      </w:r>
      <w:r>
        <w:rPr>
          <w:lang w:eastAsia="ko-KR"/>
        </w:rPr>
        <w:t xml:space="preserve"> </w:t>
      </w:r>
      <w:r>
        <w:rPr>
          <w:lang w:eastAsia="ko-KR"/>
        </w:rPr>
        <w:t>안의</w:t>
      </w:r>
      <w:r>
        <w:rPr>
          <w:lang w:eastAsia="ko-KR"/>
        </w:rPr>
        <w:t xml:space="preserve"> </w:t>
      </w:r>
      <w:r>
        <w:rPr>
          <w:lang w:eastAsia="ko-KR"/>
        </w:rPr>
        <w:t>탄소소재</w:t>
      </w:r>
      <w:r>
        <w:rPr>
          <w:lang w:eastAsia="ko-KR"/>
        </w:rPr>
        <w:t xml:space="preserve"> </w:t>
      </w:r>
      <w:r>
        <w:rPr>
          <w:lang w:eastAsia="ko-KR"/>
        </w:rPr>
        <w:t>관련</w:t>
      </w:r>
      <w:r>
        <w:rPr>
          <w:lang w:eastAsia="ko-KR"/>
        </w:rPr>
        <w:t xml:space="preserve"> </w:t>
      </w:r>
      <w:r>
        <w:rPr>
          <w:lang w:eastAsia="ko-KR"/>
        </w:rPr>
        <w:t>정보가</w:t>
      </w:r>
      <w:r>
        <w:rPr>
          <w:lang w:eastAsia="ko-KR"/>
        </w:rPr>
        <w:t xml:space="preserve"> </w:t>
      </w:r>
      <w:r>
        <w:rPr>
          <w:lang w:eastAsia="ko-KR"/>
        </w:rPr>
        <w:t>사실과</w:t>
      </w:r>
      <w:r>
        <w:rPr>
          <w:lang w:eastAsia="ko-KR"/>
        </w:rPr>
        <w:t xml:space="preserve"> </w:t>
      </w:r>
      <w:r>
        <w:rPr>
          <w:lang w:eastAsia="ko-KR"/>
        </w:rPr>
        <w:t>다르거나</w:t>
      </w:r>
      <w:r>
        <w:rPr>
          <w:lang w:eastAsia="ko-KR"/>
        </w:rPr>
        <w:t xml:space="preserve"> </w:t>
      </w:r>
      <w:r>
        <w:rPr>
          <w:lang w:eastAsia="ko-KR"/>
        </w:rPr>
        <w:t>과장되지</w:t>
      </w:r>
      <w:r>
        <w:rPr>
          <w:lang w:eastAsia="ko-KR"/>
        </w:rPr>
        <w:t xml:space="preserve"> </w:t>
      </w:r>
      <w:r>
        <w:rPr>
          <w:lang w:eastAsia="ko-KR"/>
        </w:rPr>
        <w:t>않았는가</w:t>
      </w:r>
      <w:r>
        <w:rPr>
          <w:lang w:eastAsia="ko-KR"/>
        </w:rPr>
        <w:t>?</w:t>
      </w:r>
    </w:p>
    <w:p w14:paraId="6B931556" w14:textId="77777777" w:rsidR="00D55C08" w:rsidRDefault="00000000">
      <w:pPr>
        <w:spacing w:before="20" w:after="20" w:line="312" w:lineRule="auto"/>
        <w:ind w:left="113" w:hanging="113"/>
        <w:rPr>
          <w:rFonts w:hint="eastAsia"/>
          <w:lang w:eastAsia="ko-KR"/>
        </w:rPr>
      </w:pPr>
      <w:r>
        <w:rPr>
          <w:lang w:eastAsia="ko-KR"/>
        </w:rPr>
        <w:t xml:space="preserve">□ </w:t>
      </w:r>
      <w:r>
        <w:rPr>
          <w:lang w:eastAsia="ko-KR"/>
        </w:rPr>
        <w:t>음악</w:t>
      </w:r>
      <w:r>
        <w:rPr>
          <w:lang w:eastAsia="ko-KR"/>
        </w:rPr>
        <w:t>·</w:t>
      </w:r>
      <w:r>
        <w:rPr>
          <w:lang w:eastAsia="ko-KR"/>
        </w:rPr>
        <w:t>폰트</w:t>
      </w:r>
      <w:r>
        <w:rPr>
          <w:lang w:eastAsia="ko-KR"/>
        </w:rPr>
        <w:t>·</w:t>
      </w:r>
      <w:r>
        <w:rPr>
          <w:lang w:eastAsia="ko-KR"/>
        </w:rPr>
        <w:t>이미지</w:t>
      </w:r>
      <w:r>
        <w:rPr>
          <w:lang w:eastAsia="ko-KR"/>
        </w:rPr>
        <w:t>·</w:t>
      </w:r>
      <w:r>
        <w:rPr>
          <w:lang w:eastAsia="ko-KR"/>
        </w:rPr>
        <w:t>영상</w:t>
      </w:r>
      <w:r>
        <w:rPr>
          <w:lang w:eastAsia="ko-KR"/>
        </w:rPr>
        <w:t>·</w:t>
      </w:r>
      <w:r>
        <w:rPr>
          <w:lang w:eastAsia="ko-KR"/>
        </w:rPr>
        <w:t>캐릭터</w:t>
      </w:r>
      <w:r>
        <w:rPr>
          <w:lang w:eastAsia="ko-KR"/>
        </w:rPr>
        <w:t xml:space="preserve"> </w:t>
      </w:r>
      <w:r>
        <w:rPr>
          <w:lang w:eastAsia="ko-KR"/>
        </w:rPr>
        <w:t>등</w:t>
      </w:r>
      <w:r>
        <w:rPr>
          <w:lang w:eastAsia="ko-KR"/>
        </w:rPr>
        <w:t xml:space="preserve"> </w:t>
      </w:r>
      <w:r>
        <w:rPr>
          <w:lang w:eastAsia="ko-KR"/>
        </w:rPr>
        <w:t>외부</w:t>
      </w:r>
      <w:r>
        <w:rPr>
          <w:lang w:eastAsia="ko-KR"/>
        </w:rPr>
        <w:t xml:space="preserve"> </w:t>
      </w:r>
      <w:r>
        <w:rPr>
          <w:lang w:eastAsia="ko-KR"/>
        </w:rPr>
        <w:t>소스의</w:t>
      </w:r>
      <w:r>
        <w:rPr>
          <w:lang w:eastAsia="ko-KR"/>
        </w:rPr>
        <w:t xml:space="preserve"> </w:t>
      </w:r>
      <w:r>
        <w:rPr>
          <w:lang w:eastAsia="ko-KR"/>
        </w:rPr>
        <w:t>이용</w:t>
      </w:r>
      <w:r>
        <w:rPr>
          <w:lang w:eastAsia="ko-KR"/>
        </w:rPr>
        <w:t xml:space="preserve"> </w:t>
      </w:r>
      <w:r>
        <w:rPr>
          <w:lang w:eastAsia="ko-KR"/>
        </w:rPr>
        <w:t>권한을</w:t>
      </w:r>
      <w:r>
        <w:rPr>
          <w:lang w:eastAsia="ko-KR"/>
        </w:rPr>
        <w:t xml:space="preserve"> </w:t>
      </w:r>
      <w:r>
        <w:rPr>
          <w:lang w:eastAsia="ko-KR"/>
        </w:rPr>
        <w:t>확인했는가</w:t>
      </w:r>
      <w:r>
        <w:rPr>
          <w:lang w:eastAsia="ko-KR"/>
        </w:rPr>
        <w:t>?</w:t>
      </w:r>
    </w:p>
    <w:p w14:paraId="04A6783C" w14:textId="77777777" w:rsidR="00D55C08" w:rsidRDefault="00000000">
      <w:pPr>
        <w:spacing w:before="20" w:after="20" w:line="312" w:lineRule="auto"/>
        <w:ind w:left="113" w:hanging="113"/>
        <w:rPr>
          <w:rFonts w:hint="eastAsia"/>
          <w:lang w:eastAsia="ko-KR"/>
        </w:rPr>
      </w:pPr>
      <w:r>
        <w:rPr>
          <w:lang w:eastAsia="ko-KR"/>
        </w:rPr>
        <w:t xml:space="preserve">□ </w:t>
      </w:r>
      <w:r>
        <w:rPr>
          <w:lang w:eastAsia="ko-KR"/>
        </w:rPr>
        <w:t>실존</w:t>
      </w:r>
      <w:r>
        <w:rPr>
          <w:lang w:eastAsia="ko-KR"/>
        </w:rPr>
        <w:t xml:space="preserve"> </w:t>
      </w:r>
      <w:r>
        <w:rPr>
          <w:lang w:eastAsia="ko-KR"/>
        </w:rPr>
        <w:t>인물의</w:t>
      </w:r>
      <w:r>
        <w:rPr>
          <w:lang w:eastAsia="ko-KR"/>
        </w:rPr>
        <w:t xml:space="preserve"> </w:t>
      </w:r>
      <w:r>
        <w:rPr>
          <w:lang w:eastAsia="ko-KR"/>
        </w:rPr>
        <w:t>얼굴</w:t>
      </w:r>
      <w:r>
        <w:rPr>
          <w:lang w:eastAsia="ko-KR"/>
        </w:rPr>
        <w:t>·</w:t>
      </w:r>
      <w:r>
        <w:rPr>
          <w:lang w:eastAsia="ko-KR"/>
        </w:rPr>
        <w:t>음성</w:t>
      </w:r>
      <w:r>
        <w:rPr>
          <w:lang w:eastAsia="ko-KR"/>
        </w:rPr>
        <w:t xml:space="preserve"> </w:t>
      </w:r>
      <w:r>
        <w:rPr>
          <w:lang w:eastAsia="ko-KR"/>
        </w:rPr>
        <w:t>등을</w:t>
      </w:r>
      <w:r>
        <w:rPr>
          <w:lang w:eastAsia="ko-KR"/>
        </w:rPr>
        <w:t xml:space="preserve"> </w:t>
      </w:r>
      <w:r>
        <w:rPr>
          <w:lang w:eastAsia="ko-KR"/>
        </w:rPr>
        <w:t>무단</w:t>
      </w:r>
      <w:r>
        <w:rPr>
          <w:lang w:eastAsia="ko-KR"/>
        </w:rPr>
        <w:t xml:space="preserve"> </w:t>
      </w:r>
      <w:r>
        <w:rPr>
          <w:lang w:eastAsia="ko-KR"/>
        </w:rPr>
        <w:t>합성하지</w:t>
      </w:r>
      <w:r>
        <w:rPr>
          <w:lang w:eastAsia="ko-KR"/>
        </w:rPr>
        <w:t xml:space="preserve"> </w:t>
      </w:r>
      <w:r>
        <w:rPr>
          <w:lang w:eastAsia="ko-KR"/>
        </w:rPr>
        <w:t>않았는가</w:t>
      </w:r>
      <w:r>
        <w:rPr>
          <w:lang w:eastAsia="ko-KR"/>
        </w:rPr>
        <w:t>?</w:t>
      </w:r>
    </w:p>
    <w:p w14:paraId="015F502C" w14:textId="77777777" w:rsidR="00D55C08" w:rsidRDefault="00000000">
      <w:pPr>
        <w:spacing w:before="20" w:after="20" w:line="312" w:lineRule="auto"/>
        <w:ind w:left="113" w:hanging="113"/>
        <w:rPr>
          <w:rFonts w:hint="eastAsia"/>
          <w:lang w:eastAsia="ko-KR"/>
        </w:rPr>
      </w:pPr>
      <w:r>
        <w:rPr>
          <w:lang w:eastAsia="ko-KR"/>
        </w:rPr>
        <w:t xml:space="preserve">□ </w:t>
      </w:r>
      <w:r>
        <w:rPr>
          <w:lang w:eastAsia="ko-KR"/>
        </w:rPr>
        <w:t>파일명과</w:t>
      </w:r>
      <w:r>
        <w:rPr>
          <w:lang w:eastAsia="ko-KR"/>
        </w:rPr>
        <w:t xml:space="preserve"> </w:t>
      </w:r>
      <w:r>
        <w:rPr>
          <w:lang w:eastAsia="ko-KR"/>
        </w:rPr>
        <w:t>폴더명을</w:t>
      </w:r>
      <w:r>
        <w:rPr>
          <w:lang w:eastAsia="ko-KR"/>
        </w:rPr>
        <w:t xml:space="preserve"> </w:t>
      </w:r>
      <w:r>
        <w:rPr>
          <w:lang w:eastAsia="ko-KR"/>
        </w:rPr>
        <w:t>모집요강의</w:t>
      </w:r>
      <w:r>
        <w:rPr>
          <w:lang w:eastAsia="ko-KR"/>
        </w:rPr>
        <w:t xml:space="preserve"> </w:t>
      </w:r>
      <w:r>
        <w:rPr>
          <w:lang w:eastAsia="ko-KR"/>
        </w:rPr>
        <w:t>제출</w:t>
      </w:r>
      <w:r>
        <w:rPr>
          <w:lang w:eastAsia="ko-KR"/>
        </w:rPr>
        <w:t xml:space="preserve"> </w:t>
      </w:r>
      <w:r>
        <w:rPr>
          <w:lang w:eastAsia="ko-KR"/>
        </w:rPr>
        <w:t>규칙에</w:t>
      </w:r>
      <w:r>
        <w:rPr>
          <w:lang w:eastAsia="ko-KR"/>
        </w:rPr>
        <w:t xml:space="preserve"> </w:t>
      </w:r>
      <w:r>
        <w:rPr>
          <w:lang w:eastAsia="ko-KR"/>
        </w:rPr>
        <w:t>맞췄는가</w:t>
      </w:r>
      <w:r>
        <w:rPr>
          <w:lang w:eastAsia="ko-KR"/>
        </w:rPr>
        <w:t>?</w:t>
      </w:r>
    </w:p>
    <w:p w14:paraId="40934834" w14:textId="77777777" w:rsidR="00D55C08" w:rsidRDefault="00000000">
      <w:pPr>
        <w:spacing w:before="20" w:after="20" w:line="312" w:lineRule="auto"/>
        <w:ind w:left="113" w:hanging="113"/>
        <w:rPr>
          <w:rFonts w:hint="eastAsia"/>
          <w:lang w:eastAsia="ko-KR"/>
        </w:rPr>
      </w:pPr>
      <w:r>
        <w:rPr>
          <w:lang w:eastAsia="ko-KR"/>
        </w:rPr>
        <w:t xml:space="preserve">□ </w:t>
      </w:r>
      <w:r>
        <w:rPr>
          <w:lang w:eastAsia="ko-KR"/>
        </w:rPr>
        <w:t>영상</w:t>
      </w:r>
      <w:r>
        <w:rPr>
          <w:lang w:eastAsia="ko-KR"/>
        </w:rPr>
        <w:t xml:space="preserve"> </w:t>
      </w:r>
      <w:r>
        <w:rPr>
          <w:lang w:eastAsia="ko-KR"/>
        </w:rPr>
        <w:t>파일이</w:t>
      </w:r>
      <w:r>
        <w:rPr>
          <w:lang w:eastAsia="ko-KR"/>
        </w:rPr>
        <w:t xml:space="preserve"> </w:t>
      </w:r>
      <w:r>
        <w:rPr>
          <w:lang w:eastAsia="ko-KR"/>
        </w:rPr>
        <w:t>이메일</w:t>
      </w:r>
      <w:r>
        <w:rPr>
          <w:lang w:eastAsia="ko-KR"/>
        </w:rPr>
        <w:t xml:space="preserve"> </w:t>
      </w:r>
      <w:r>
        <w:rPr>
          <w:lang w:eastAsia="ko-KR"/>
        </w:rPr>
        <w:t>첨부</w:t>
      </w:r>
      <w:r>
        <w:rPr>
          <w:lang w:eastAsia="ko-KR"/>
        </w:rPr>
        <w:t xml:space="preserve"> </w:t>
      </w:r>
      <w:r>
        <w:rPr>
          <w:lang w:eastAsia="ko-KR"/>
        </w:rPr>
        <w:t>한도를</w:t>
      </w:r>
      <w:r>
        <w:rPr>
          <w:lang w:eastAsia="ko-KR"/>
        </w:rPr>
        <w:t xml:space="preserve"> </w:t>
      </w:r>
      <w:r>
        <w:rPr>
          <w:lang w:eastAsia="ko-KR"/>
        </w:rPr>
        <w:t>초과하면</w:t>
      </w:r>
      <w:r>
        <w:rPr>
          <w:lang w:eastAsia="ko-KR"/>
        </w:rPr>
        <w:t xml:space="preserve"> </w:t>
      </w:r>
      <w:r>
        <w:rPr>
          <w:lang w:eastAsia="ko-KR"/>
        </w:rPr>
        <w:t>다운로드</w:t>
      </w:r>
      <w:r>
        <w:rPr>
          <w:lang w:eastAsia="ko-KR"/>
        </w:rPr>
        <w:t xml:space="preserve"> </w:t>
      </w:r>
      <w:r>
        <w:rPr>
          <w:lang w:eastAsia="ko-KR"/>
        </w:rPr>
        <w:t>링크의</w:t>
      </w:r>
      <w:r>
        <w:rPr>
          <w:lang w:eastAsia="ko-KR"/>
        </w:rPr>
        <w:t xml:space="preserve"> </w:t>
      </w:r>
      <w:r>
        <w:rPr>
          <w:lang w:eastAsia="ko-KR"/>
        </w:rPr>
        <w:t>공개</w:t>
      </w:r>
      <w:r>
        <w:rPr>
          <w:lang w:eastAsia="ko-KR"/>
        </w:rPr>
        <w:t xml:space="preserve"> </w:t>
      </w:r>
      <w:r>
        <w:rPr>
          <w:lang w:eastAsia="ko-KR"/>
        </w:rPr>
        <w:t>권한을</w:t>
      </w:r>
      <w:r>
        <w:rPr>
          <w:lang w:eastAsia="ko-KR"/>
        </w:rPr>
        <w:t xml:space="preserve"> </w:t>
      </w:r>
      <w:r>
        <w:rPr>
          <w:lang w:eastAsia="ko-KR"/>
        </w:rPr>
        <w:t>확인했는가</w:t>
      </w:r>
      <w:r>
        <w:rPr>
          <w:lang w:eastAsia="ko-KR"/>
        </w:rPr>
        <w:t>?</w:t>
      </w:r>
    </w:p>
    <w:p w14:paraId="6D45D0C6" w14:textId="77777777" w:rsidR="00D55C08" w:rsidRDefault="00000000">
      <w:pPr>
        <w:spacing w:before="20" w:after="20" w:line="312" w:lineRule="auto"/>
        <w:ind w:left="113" w:hanging="113"/>
        <w:rPr>
          <w:rFonts w:hint="eastAsia"/>
          <w:lang w:eastAsia="ko-KR"/>
        </w:rPr>
      </w:pPr>
      <w:r>
        <w:rPr>
          <w:lang w:eastAsia="ko-KR"/>
        </w:rPr>
        <w:t xml:space="preserve">□ </w:t>
      </w:r>
      <w:r>
        <w:rPr>
          <w:lang w:eastAsia="ko-KR"/>
        </w:rPr>
        <w:t>접수</w:t>
      </w:r>
      <w:r>
        <w:rPr>
          <w:lang w:eastAsia="ko-KR"/>
        </w:rPr>
        <w:t xml:space="preserve"> </w:t>
      </w:r>
      <w:r>
        <w:rPr>
          <w:lang w:eastAsia="ko-KR"/>
        </w:rPr>
        <w:t>마감</w:t>
      </w:r>
      <w:r>
        <w:rPr>
          <w:lang w:eastAsia="ko-KR"/>
        </w:rPr>
        <w:t xml:space="preserve"> </w:t>
      </w:r>
      <w:r>
        <w:rPr>
          <w:lang w:eastAsia="ko-KR"/>
        </w:rPr>
        <w:t>전</w:t>
      </w:r>
      <w:r>
        <w:rPr>
          <w:lang w:eastAsia="ko-KR"/>
        </w:rPr>
        <w:t xml:space="preserve"> </w:t>
      </w:r>
      <w:r>
        <w:rPr>
          <w:lang w:eastAsia="ko-KR"/>
        </w:rPr>
        <w:t>이메일</w:t>
      </w:r>
      <w:r>
        <w:rPr>
          <w:lang w:eastAsia="ko-KR"/>
        </w:rPr>
        <w:t xml:space="preserve"> </w:t>
      </w:r>
      <w:r>
        <w:rPr>
          <w:lang w:eastAsia="ko-KR"/>
        </w:rPr>
        <w:t>발송</w:t>
      </w:r>
      <w:r>
        <w:rPr>
          <w:lang w:eastAsia="ko-KR"/>
        </w:rPr>
        <w:t xml:space="preserve"> </w:t>
      </w:r>
      <w:r>
        <w:rPr>
          <w:lang w:eastAsia="ko-KR"/>
        </w:rPr>
        <w:t>및</w:t>
      </w:r>
      <w:r>
        <w:rPr>
          <w:lang w:eastAsia="ko-KR"/>
        </w:rPr>
        <w:t xml:space="preserve"> </w:t>
      </w:r>
      <w:r>
        <w:rPr>
          <w:lang w:eastAsia="ko-KR"/>
        </w:rPr>
        <w:t>첨부</w:t>
      </w:r>
      <w:r>
        <w:rPr>
          <w:lang w:eastAsia="ko-KR"/>
        </w:rPr>
        <w:t>·</w:t>
      </w:r>
      <w:r>
        <w:rPr>
          <w:lang w:eastAsia="ko-KR"/>
        </w:rPr>
        <w:t>링크</w:t>
      </w:r>
      <w:r>
        <w:rPr>
          <w:lang w:eastAsia="ko-KR"/>
        </w:rPr>
        <w:t xml:space="preserve"> </w:t>
      </w:r>
      <w:r>
        <w:rPr>
          <w:lang w:eastAsia="ko-KR"/>
        </w:rPr>
        <w:t>정상</w:t>
      </w:r>
      <w:r>
        <w:rPr>
          <w:lang w:eastAsia="ko-KR"/>
        </w:rPr>
        <w:t xml:space="preserve"> </w:t>
      </w:r>
      <w:r>
        <w:rPr>
          <w:lang w:eastAsia="ko-KR"/>
        </w:rPr>
        <w:t>작동</w:t>
      </w:r>
      <w:r>
        <w:rPr>
          <w:lang w:eastAsia="ko-KR"/>
        </w:rPr>
        <w:t xml:space="preserve"> </w:t>
      </w:r>
      <w:r>
        <w:rPr>
          <w:lang w:eastAsia="ko-KR"/>
        </w:rPr>
        <w:t>여부를</w:t>
      </w:r>
      <w:r>
        <w:rPr>
          <w:lang w:eastAsia="ko-KR"/>
        </w:rPr>
        <w:t xml:space="preserve"> </w:t>
      </w:r>
      <w:r>
        <w:rPr>
          <w:lang w:eastAsia="ko-KR"/>
        </w:rPr>
        <w:t>최종</w:t>
      </w:r>
      <w:r>
        <w:rPr>
          <w:lang w:eastAsia="ko-KR"/>
        </w:rPr>
        <w:t xml:space="preserve"> </w:t>
      </w:r>
      <w:r>
        <w:rPr>
          <w:lang w:eastAsia="ko-KR"/>
        </w:rPr>
        <w:t>확인했는가</w:t>
      </w:r>
      <w:r>
        <w:rPr>
          <w:lang w:eastAsia="ko-KR"/>
        </w:rPr>
        <w:t>?</w:t>
      </w:r>
    </w:p>
    <w:p w14:paraId="2A673816" w14:textId="77777777" w:rsidR="00106AC8" w:rsidRDefault="00106AC8">
      <w:pPr>
        <w:spacing w:before="20" w:after="20" w:line="312" w:lineRule="auto"/>
        <w:ind w:left="113" w:hanging="113"/>
        <w:rPr>
          <w:rFonts w:hint="eastAsia"/>
          <w:lang w:eastAsia="ko-KR"/>
        </w:rPr>
      </w:pPr>
    </w:p>
    <w:p w14:paraId="54DF7D15" w14:textId="77777777" w:rsidR="00106AC8" w:rsidRDefault="00106AC8">
      <w:pPr>
        <w:spacing w:before="20" w:after="20" w:line="312" w:lineRule="auto"/>
        <w:ind w:left="113" w:hanging="113"/>
        <w:rPr>
          <w:rFonts w:hint="eastAsia"/>
          <w:lang w:eastAsia="ko-KR"/>
        </w:rPr>
      </w:pPr>
    </w:p>
    <w:p w14:paraId="1CCE6759" w14:textId="77777777" w:rsidR="00106AC8" w:rsidRDefault="00106AC8">
      <w:pPr>
        <w:spacing w:before="20" w:after="20" w:line="312" w:lineRule="auto"/>
        <w:ind w:left="113" w:hanging="113"/>
        <w:rPr>
          <w:rFonts w:hint="eastAsia"/>
          <w:lang w:eastAsia="ko-KR"/>
        </w:rPr>
      </w:pPr>
    </w:p>
    <w:p w14:paraId="355F7735" w14:textId="77777777" w:rsidR="00106AC8" w:rsidRDefault="00106AC8">
      <w:pPr>
        <w:spacing w:before="20" w:after="20" w:line="312" w:lineRule="auto"/>
        <w:ind w:left="113" w:hanging="113"/>
        <w:rPr>
          <w:rFonts w:hint="eastAsia"/>
          <w:lang w:eastAsia="ko-KR"/>
        </w:rPr>
      </w:pPr>
    </w:p>
    <w:p w14:paraId="2A6CF6BC" w14:textId="77777777" w:rsidR="00106AC8" w:rsidRDefault="00106AC8">
      <w:pPr>
        <w:spacing w:before="20" w:after="20" w:line="312" w:lineRule="auto"/>
        <w:ind w:left="113" w:hanging="113"/>
        <w:rPr>
          <w:rFonts w:hint="eastAsia"/>
          <w:lang w:eastAsia="ko-KR"/>
        </w:rPr>
      </w:pPr>
    </w:p>
    <w:p w14:paraId="314252E7" w14:textId="77777777" w:rsidR="00106AC8" w:rsidRDefault="00106AC8">
      <w:pPr>
        <w:spacing w:before="20" w:after="20" w:line="312" w:lineRule="auto"/>
        <w:ind w:left="113" w:hanging="113"/>
        <w:rPr>
          <w:rFonts w:hint="eastAsia"/>
          <w:lang w:eastAsia="ko-KR"/>
        </w:rPr>
      </w:pPr>
    </w:p>
    <w:p w14:paraId="58734221" w14:textId="77777777" w:rsidR="00106AC8" w:rsidRDefault="00106AC8">
      <w:pPr>
        <w:spacing w:before="20" w:after="20" w:line="312" w:lineRule="auto"/>
        <w:ind w:left="113" w:hanging="113"/>
        <w:rPr>
          <w:rFonts w:hint="eastAsia"/>
          <w:lang w:eastAsia="ko-KR"/>
        </w:rPr>
      </w:pPr>
    </w:p>
    <w:p w14:paraId="58BCE080" w14:textId="77777777" w:rsidR="00106AC8" w:rsidRDefault="00106AC8">
      <w:pPr>
        <w:spacing w:before="20" w:after="20" w:line="312" w:lineRule="auto"/>
        <w:ind w:left="113" w:hanging="113"/>
        <w:rPr>
          <w:rFonts w:hint="eastAsia"/>
          <w:lang w:eastAsia="ko-KR"/>
        </w:rPr>
      </w:pPr>
    </w:p>
    <w:p w14:paraId="60FD79A5" w14:textId="77777777" w:rsidR="00106AC8" w:rsidRDefault="00106AC8">
      <w:pPr>
        <w:spacing w:before="20" w:after="20" w:line="312" w:lineRule="auto"/>
        <w:ind w:left="113" w:hanging="113"/>
        <w:rPr>
          <w:rFonts w:hint="eastAsia"/>
          <w:lang w:eastAsia="ko-KR"/>
        </w:rPr>
      </w:pPr>
    </w:p>
    <w:p w14:paraId="7730A566" w14:textId="77777777" w:rsidR="00106AC8" w:rsidRDefault="00106AC8">
      <w:pPr>
        <w:spacing w:before="20" w:after="20" w:line="312" w:lineRule="auto"/>
        <w:ind w:left="113" w:hanging="113"/>
        <w:rPr>
          <w:rFonts w:hint="eastAsia"/>
          <w:lang w:eastAsia="ko-KR"/>
        </w:rPr>
      </w:pPr>
    </w:p>
    <w:p w14:paraId="204640EE" w14:textId="77777777" w:rsidR="00106AC8" w:rsidRDefault="00106AC8">
      <w:pPr>
        <w:spacing w:before="20" w:after="20" w:line="312" w:lineRule="auto"/>
        <w:ind w:left="113" w:hanging="113"/>
        <w:rPr>
          <w:rFonts w:hint="eastAsia"/>
          <w:lang w:eastAsia="ko-KR"/>
        </w:rPr>
      </w:pPr>
    </w:p>
    <w:p w14:paraId="42359C23" w14:textId="77777777" w:rsidR="00106AC8" w:rsidRDefault="00106AC8">
      <w:pPr>
        <w:spacing w:before="20" w:after="20" w:line="312" w:lineRule="auto"/>
        <w:ind w:left="113" w:hanging="113"/>
        <w:rPr>
          <w:rFonts w:hint="eastAsia"/>
          <w:lang w:eastAsia="ko-KR"/>
        </w:rPr>
      </w:pPr>
    </w:p>
    <w:p w14:paraId="1DB3D4F7" w14:textId="77777777" w:rsidR="00106AC8" w:rsidRDefault="00106AC8">
      <w:pPr>
        <w:spacing w:before="20" w:after="20" w:line="312" w:lineRule="auto"/>
        <w:ind w:left="113" w:hanging="113"/>
        <w:rPr>
          <w:rFonts w:hint="eastAsia"/>
          <w:lang w:eastAsia="ko-KR"/>
        </w:rPr>
      </w:pPr>
    </w:p>
    <w:p w14:paraId="16FDD0F0" w14:textId="77777777" w:rsidR="00106AC8" w:rsidRDefault="00106AC8">
      <w:pPr>
        <w:spacing w:before="20" w:after="20" w:line="312" w:lineRule="auto"/>
        <w:ind w:left="113" w:hanging="113"/>
        <w:rPr>
          <w:rFonts w:hint="eastAsia"/>
          <w:lang w:eastAsia="ko-KR"/>
        </w:rPr>
      </w:pPr>
    </w:p>
    <w:p w14:paraId="22454C6C" w14:textId="77777777" w:rsidR="00106AC8" w:rsidRDefault="00106AC8">
      <w:pPr>
        <w:spacing w:before="20" w:after="20" w:line="312" w:lineRule="auto"/>
        <w:ind w:left="113" w:hanging="113"/>
        <w:rPr>
          <w:rFonts w:hint="eastAsia"/>
          <w:lang w:eastAsia="ko-KR"/>
        </w:rPr>
      </w:pPr>
    </w:p>
    <w:p w14:paraId="57919EC7" w14:textId="77777777" w:rsidR="00106AC8" w:rsidRDefault="00106AC8">
      <w:pPr>
        <w:spacing w:before="20" w:after="20" w:line="312" w:lineRule="auto"/>
        <w:ind w:left="113" w:hanging="113"/>
        <w:rPr>
          <w:rFonts w:hint="eastAsia"/>
          <w:lang w:eastAsia="ko-KR"/>
        </w:rPr>
      </w:pPr>
    </w:p>
    <w:p w14:paraId="08852671" w14:textId="77777777" w:rsidR="00106AC8" w:rsidRDefault="00106AC8">
      <w:pPr>
        <w:spacing w:before="20" w:after="20" w:line="312" w:lineRule="auto"/>
        <w:ind w:left="113" w:hanging="113"/>
        <w:rPr>
          <w:rFonts w:hint="eastAsia"/>
          <w:lang w:eastAsia="ko-KR"/>
        </w:rPr>
      </w:pPr>
    </w:p>
    <w:p w14:paraId="772070F9" w14:textId="77777777" w:rsidR="00106AC8" w:rsidRDefault="00106AC8">
      <w:pPr>
        <w:spacing w:before="20" w:after="20" w:line="312" w:lineRule="auto"/>
        <w:ind w:left="113" w:hanging="113"/>
        <w:rPr>
          <w:rFonts w:hint="eastAsia"/>
          <w:lang w:eastAsia="ko-KR"/>
        </w:rPr>
      </w:pPr>
    </w:p>
    <w:p w14:paraId="329AFBF1" w14:textId="77777777" w:rsidR="00106AC8" w:rsidRDefault="00106AC8">
      <w:pPr>
        <w:spacing w:before="20" w:after="20" w:line="312" w:lineRule="auto"/>
        <w:ind w:left="113" w:hanging="113"/>
        <w:rPr>
          <w:rFonts w:hint="eastAsia"/>
          <w:lang w:eastAsia="ko-KR"/>
        </w:rPr>
      </w:pPr>
    </w:p>
    <w:p w14:paraId="7EC00D36" w14:textId="77777777" w:rsidR="00106AC8" w:rsidRDefault="00106AC8" w:rsidP="00106AC8">
      <w:pPr>
        <w:spacing w:before="20" w:after="20" w:line="312" w:lineRule="auto"/>
        <w:rPr>
          <w:rFonts w:hint="eastAsia"/>
          <w:lang w:eastAsia="ko-KR"/>
        </w:rPr>
      </w:pPr>
    </w:p>
    <w:p w14:paraId="28C7C775" w14:textId="77777777" w:rsidR="00106AC8" w:rsidRDefault="00106AC8">
      <w:pPr>
        <w:spacing w:before="20" w:after="20" w:line="312" w:lineRule="auto"/>
        <w:ind w:left="113" w:hanging="113"/>
        <w:rPr>
          <w:rFonts w:hint="eastAsia"/>
          <w:lang w:eastAsia="ko-KR"/>
        </w:rPr>
      </w:pPr>
    </w:p>
    <w:p w14:paraId="133B8A48" w14:textId="77777777" w:rsidR="00106AC8" w:rsidRDefault="00106AC8">
      <w:pPr>
        <w:spacing w:before="20" w:after="20" w:line="312" w:lineRule="auto"/>
        <w:ind w:left="113" w:hanging="113"/>
        <w:rPr>
          <w:rFonts w:hint="eastAsia"/>
          <w:lang w:eastAsia="ko-KR"/>
        </w:rPr>
      </w:pPr>
    </w:p>
    <w:p w14:paraId="6E34972A" w14:textId="77777777" w:rsidR="00D55C08" w:rsidRDefault="00000000">
      <w:pPr>
        <w:spacing w:before="320" w:after="0" w:line="240" w:lineRule="auto"/>
        <w:jc w:val="center"/>
        <w:rPr>
          <w:rFonts w:hint="eastAsia"/>
        </w:rPr>
      </w:pPr>
      <w:proofErr w:type="spellStart"/>
      <w:r>
        <w:rPr>
          <w:b/>
          <w:sz w:val="22"/>
        </w:rPr>
        <w:t>한국탄소산업진흥원</w:t>
      </w:r>
      <w:proofErr w:type="spellEnd"/>
    </w:p>
    <w:sectPr w:rsidR="00D55C08" w:rsidSect="00106AC8">
      <w:footerReference w:type="default" r:id="rId9"/>
      <w:pgSz w:w="12240" w:h="15840"/>
      <w:pgMar w:top="1701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32AC71" w14:textId="77777777" w:rsidR="00723F2D" w:rsidRDefault="00723F2D" w:rsidP="00106AC8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5EB41441" w14:textId="77777777" w:rsidR="00723F2D" w:rsidRDefault="00723F2D" w:rsidP="00106AC8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NanumSquare">
    <w:altName w:val="Cambria"/>
    <w:panose1 w:val="00000000000000000000"/>
    <w:charset w:val="00"/>
    <w:family w:val="roman"/>
    <w:notTrueType/>
    <w:pitch w:val="default"/>
  </w:font>
  <w:font w:name="나눔스퀘어">
    <w:panose1 w:val="020B0600000101010101"/>
    <w:charset w:val="81"/>
    <w:family w:val="modern"/>
    <w:pitch w:val="variable"/>
    <w:sig w:usb0="00000203" w:usb1="29D72C10" w:usb2="00000010" w:usb3="00000000" w:csb0="00280005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66704606"/>
      <w:docPartObj>
        <w:docPartGallery w:val="Page Numbers (Bottom of Page)"/>
        <w:docPartUnique/>
      </w:docPartObj>
    </w:sdtPr>
    <w:sdtContent>
      <w:p w14:paraId="464786BA" w14:textId="77777777" w:rsidR="00106AC8" w:rsidRDefault="00106AC8">
        <w:pPr>
          <w:pStyle w:val="a6"/>
          <w:jc w:val="center"/>
          <w:rPr>
            <w:rFonts w:hint="eastAsia"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ko-KR" w:eastAsia="ko-KR"/>
          </w:rPr>
          <w:t>2</w:t>
        </w:r>
        <w:r>
          <w:fldChar w:fldCharType="end"/>
        </w:r>
      </w:p>
    </w:sdtContent>
  </w:sdt>
  <w:p w14:paraId="410865E9" w14:textId="77777777" w:rsidR="00106AC8" w:rsidRDefault="00106AC8">
    <w:pPr>
      <w:pStyle w:val="a6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9357D2" w14:textId="77777777" w:rsidR="00723F2D" w:rsidRDefault="00723F2D" w:rsidP="00106AC8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4D324CD0" w14:textId="77777777" w:rsidR="00723F2D" w:rsidRDefault="00723F2D" w:rsidP="00106AC8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57581275">
    <w:abstractNumId w:val="8"/>
  </w:num>
  <w:num w:numId="2" w16cid:durableId="1508716619">
    <w:abstractNumId w:val="6"/>
  </w:num>
  <w:num w:numId="3" w16cid:durableId="1799371962">
    <w:abstractNumId w:val="5"/>
  </w:num>
  <w:num w:numId="4" w16cid:durableId="2113427011">
    <w:abstractNumId w:val="4"/>
  </w:num>
  <w:num w:numId="5" w16cid:durableId="177277148">
    <w:abstractNumId w:val="7"/>
  </w:num>
  <w:num w:numId="6" w16cid:durableId="1888754688">
    <w:abstractNumId w:val="3"/>
  </w:num>
  <w:num w:numId="7" w16cid:durableId="1911453671">
    <w:abstractNumId w:val="2"/>
  </w:num>
  <w:num w:numId="8" w16cid:durableId="1192524638">
    <w:abstractNumId w:val="1"/>
  </w:num>
  <w:num w:numId="9" w16cid:durableId="15646073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251E3"/>
    <w:rsid w:val="00034616"/>
    <w:rsid w:val="0006063C"/>
    <w:rsid w:val="00106AC8"/>
    <w:rsid w:val="00107127"/>
    <w:rsid w:val="0015074B"/>
    <w:rsid w:val="0025187F"/>
    <w:rsid w:val="002773C2"/>
    <w:rsid w:val="0029639D"/>
    <w:rsid w:val="0031203E"/>
    <w:rsid w:val="00326F90"/>
    <w:rsid w:val="003F7CE7"/>
    <w:rsid w:val="004640C6"/>
    <w:rsid w:val="004C35D7"/>
    <w:rsid w:val="00564A65"/>
    <w:rsid w:val="0060775D"/>
    <w:rsid w:val="00723F2D"/>
    <w:rsid w:val="00947E69"/>
    <w:rsid w:val="009B71F8"/>
    <w:rsid w:val="009C3137"/>
    <w:rsid w:val="00A47177"/>
    <w:rsid w:val="00A87406"/>
    <w:rsid w:val="00AA1D8D"/>
    <w:rsid w:val="00B03862"/>
    <w:rsid w:val="00B47730"/>
    <w:rsid w:val="00B568F5"/>
    <w:rsid w:val="00BB24E4"/>
    <w:rsid w:val="00CB0664"/>
    <w:rsid w:val="00D12C05"/>
    <w:rsid w:val="00D55C08"/>
    <w:rsid w:val="00DC1C6F"/>
    <w:rsid w:val="00ED201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EDE06EA"/>
  <w14:defaultImageDpi w14:val="300"/>
  <w15:docId w15:val="{DE66297C-0854-422B-833E-92B5A1EC63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NanumSquare" w:eastAsia="나눔스퀘어" w:hAnsi="NanumSquare"/>
      <w:sz w:val="21"/>
    </w:rPr>
  </w:style>
  <w:style w:type="paragraph" w:styleId="1">
    <w:name w:val="heading 1"/>
    <w:basedOn w:val="a1"/>
    <w:next w:val="a1"/>
    <w:link w:val="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머리글 Char"/>
    <w:basedOn w:val="a2"/>
    <w:link w:val="a5"/>
    <w:uiPriority w:val="99"/>
    <w:rsid w:val="00E618BF"/>
  </w:style>
  <w:style w:type="paragraph" w:styleId="a6">
    <w:name w:val="footer"/>
    <w:basedOn w:val="a1"/>
    <w:link w:val="Char0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바닥글 Char"/>
    <w:basedOn w:val="a2"/>
    <w:link w:val="a6"/>
    <w:uiPriority w:val="99"/>
    <w:rsid w:val="00E618BF"/>
  </w:style>
  <w:style w:type="paragraph" w:styleId="a7">
    <w:name w:val="No Spacing"/>
    <w:uiPriority w:val="1"/>
    <w:qFormat/>
    <w:rsid w:val="00FC693F"/>
    <w:pPr>
      <w:spacing w:after="0" w:line="240" w:lineRule="auto"/>
    </w:pPr>
  </w:style>
  <w:style w:type="character" w:customStyle="1" w:styleId="1Char">
    <w:name w:val="제목 1 Char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Char">
    <w:name w:val="제목 2 Char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Char">
    <w:name w:val="제목 3 Char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8">
    <w:name w:val="Title"/>
    <w:basedOn w:val="a1"/>
    <w:next w:val="a1"/>
    <w:link w:val="Char1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har1">
    <w:name w:val="제목 Char"/>
    <w:basedOn w:val="a2"/>
    <w:link w:val="a8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9">
    <w:name w:val="Subtitle"/>
    <w:basedOn w:val="a1"/>
    <w:next w:val="a1"/>
    <w:link w:val="Char2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Char2">
    <w:name w:val="부제 Char"/>
    <w:basedOn w:val="a2"/>
    <w:link w:val="a9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a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b">
    <w:name w:val="Body Text"/>
    <w:basedOn w:val="a1"/>
    <w:link w:val="Char3"/>
    <w:uiPriority w:val="99"/>
    <w:unhideWhenUsed/>
    <w:rsid w:val="00AA1D8D"/>
    <w:pPr>
      <w:spacing w:after="120"/>
    </w:pPr>
  </w:style>
  <w:style w:type="character" w:customStyle="1" w:styleId="Char3">
    <w:name w:val="본문 Char"/>
    <w:basedOn w:val="a2"/>
    <w:link w:val="ab"/>
    <w:uiPriority w:val="99"/>
    <w:rsid w:val="00AA1D8D"/>
  </w:style>
  <w:style w:type="paragraph" w:styleId="22">
    <w:name w:val="Body Text 2"/>
    <w:basedOn w:val="a1"/>
    <w:link w:val="2Char0"/>
    <w:uiPriority w:val="99"/>
    <w:unhideWhenUsed/>
    <w:rsid w:val="00AA1D8D"/>
    <w:pPr>
      <w:spacing w:after="120" w:line="480" w:lineRule="auto"/>
    </w:pPr>
  </w:style>
  <w:style w:type="character" w:customStyle="1" w:styleId="2Char0">
    <w:name w:val="본문 2 Char"/>
    <w:basedOn w:val="a2"/>
    <w:link w:val="22"/>
    <w:uiPriority w:val="99"/>
    <w:rsid w:val="00AA1D8D"/>
  </w:style>
  <w:style w:type="paragraph" w:styleId="32">
    <w:name w:val="Body Text 3"/>
    <w:basedOn w:val="a1"/>
    <w:link w:val="3Char0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Char0">
    <w:name w:val="본문 3 Char"/>
    <w:basedOn w:val="a2"/>
    <w:link w:val="32"/>
    <w:uiPriority w:val="99"/>
    <w:rsid w:val="00AA1D8D"/>
    <w:rPr>
      <w:sz w:val="16"/>
      <w:szCs w:val="16"/>
    </w:rPr>
  </w:style>
  <w:style w:type="paragraph" w:styleId="ac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3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3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d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4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4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e">
    <w:name w:val="macro"/>
    <w:link w:val="Char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Char4">
    <w:name w:val="매크로 텍스트 Char"/>
    <w:basedOn w:val="a2"/>
    <w:link w:val="ae"/>
    <w:uiPriority w:val="99"/>
    <w:rsid w:val="0029639D"/>
    <w:rPr>
      <w:rFonts w:ascii="Courier" w:hAnsi="Courier"/>
      <w:sz w:val="20"/>
      <w:szCs w:val="20"/>
    </w:rPr>
  </w:style>
  <w:style w:type="paragraph" w:styleId="af">
    <w:name w:val="Quote"/>
    <w:basedOn w:val="a1"/>
    <w:next w:val="a1"/>
    <w:link w:val="Char5"/>
    <w:uiPriority w:val="29"/>
    <w:qFormat/>
    <w:rsid w:val="00FC693F"/>
    <w:rPr>
      <w:i/>
      <w:iCs/>
      <w:color w:val="000000" w:themeColor="text1"/>
    </w:rPr>
  </w:style>
  <w:style w:type="character" w:customStyle="1" w:styleId="Char5">
    <w:name w:val="인용 Char"/>
    <w:basedOn w:val="a2"/>
    <w:link w:val="af"/>
    <w:uiPriority w:val="29"/>
    <w:rsid w:val="00FC693F"/>
    <w:rPr>
      <w:i/>
      <w:iCs/>
      <w:color w:val="000000" w:themeColor="text1"/>
    </w:rPr>
  </w:style>
  <w:style w:type="character" w:customStyle="1" w:styleId="4Char">
    <w:name w:val="제목 4 Char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Char">
    <w:name w:val="제목 5 Char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Char">
    <w:name w:val="제목 6 Char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Char">
    <w:name w:val="제목 7 Char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Char">
    <w:name w:val="제목 8 Char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Char">
    <w:name w:val="제목 9 Char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0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1">
    <w:name w:val="Strong"/>
    <w:basedOn w:val="a2"/>
    <w:uiPriority w:val="22"/>
    <w:qFormat/>
    <w:rsid w:val="00FC693F"/>
    <w:rPr>
      <w:b/>
      <w:bCs/>
    </w:rPr>
  </w:style>
  <w:style w:type="character" w:styleId="af2">
    <w:name w:val="Emphasis"/>
    <w:basedOn w:val="a2"/>
    <w:uiPriority w:val="20"/>
    <w:qFormat/>
    <w:rsid w:val="00FC693F"/>
    <w:rPr>
      <w:i/>
      <w:iCs/>
    </w:rPr>
  </w:style>
  <w:style w:type="paragraph" w:styleId="af3">
    <w:name w:val="Intense Quote"/>
    <w:basedOn w:val="a1"/>
    <w:next w:val="a1"/>
    <w:link w:val="Char6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har6">
    <w:name w:val="강한 인용 Char"/>
    <w:basedOn w:val="a2"/>
    <w:link w:val="af3"/>
    <w:uiPriority w:val="30"/>
    <w:rsid w:val="00FC693F"/>
    <w:rPr>
      <w:b/>
      <w:bCs/>
      <w:i/>
      <w:iCs/>
      <w:color w:val="4F81BD" w:themeColor="accent1"/>
    </w:rPr>
  </w:style>
  <w:style w:type="character" w:styleId="af4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5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6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7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8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9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a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c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0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5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6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2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7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5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d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e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f1">
    <w:name w:val="Hyperlink"/>
    <w:basedOn w:val="a2"/>
    <w:uiPriority w:val="99"/>
    <w:semiHidden/>
    <w:unhideWhenUsed/>
    <w:rsid w:val="009B71F8"/>
    <w:rPr>
      <w:color w:val="0000FF"/>
      <w:u w:val="single"/>
    </w:rPr>
  </w:style>
  <w:style w:type="paragraph" w:customStyle="1" w:styleId="MS">
    <w:name w:val="MS바탕글"/>
    <w:basedOn w:val="a1"/>
    <w:rsid w:val="00107127"/>
    <w:pPr>
      <w:autoSpaceDE w:val="0"/>
      <w:autoSpaceDN w:val="0"/>
      <w:spacing w:line="273" w:lineRule="auto"/>
      <w:textAlignment w:val="baseline"/>
    </w:pPr>
    <w:rPr>
      <w:rFonts w:ascii="나눔스퀘어" w:eastAsia="굴림" w:hAnsi="굴림" w:cs="굴림"/>
      <w:color w:val="000000"/>
      <w:szCs w:val="21"/>
      <w:lang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674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64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0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55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ychaerin@jrepertory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11</Pages>
  <Words>1035</Words>
  <Characters>5904</Characters>
  <Application>Microsoft Office Word</Application>
  <DocSecurity>0</DocSecurity>
  <Lines>49</Lines>
  <Paragraphs>13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6926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15</cp:revision>
  <cp:lastPrinted>2026-09-30T05:39:00Z</cp:lastPrinted>
  <dcterms:created xsi:type="dcterms:W3CDTF">2013-12-23T23:15:00Z</dcterms:created>
  <dcterms:modified xsi:type="dcterms:W3CDTF">2026-09-30T05:42:00Z</dcterms:modified>
  <cp:category/>
</cp:coreProperties>
</file>