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DA9BB" w14:textId="77777777" w:rsidR="00260FA9" w:rsidRPr="0053716F" w:rsidRDefault="00C061BB" w:rsidP="00CC2A69">
      <w:pPr>
        <w:pStyle w:val="a8"/>
        <w:jc w:val="center"/>
        <w:rPr>
          <w:rFonts w:ascii="맑은 고딕" w:eastAsia="맑은 고딕" w:hAnsi="맑은 고딕"/>
          <w:lang w:eastAsia="ko-KR"/>
        </w:rPr>
      </w:pPr>
      <w:bookmarkStart w:id="0" w:name="_GoBack"/>
      <w:bookmarkEnd w:id="0"/>
      <w:r w:rsidRPr="0053716F">
        <w:rPr>
          <w:rFonts w:ascii="맑은 고딕" w:eastAsia="맑은 고딕" w:hAnsi="맑은 고딕"/>
          <w:lang w:eastAsia="ko-KR"/>
        </w:rPr>
        <w:t>이력서</w:t>
      </w:r>
    </w:p>
    <w:p w14:paraId="34953EEE" w14:textId="66C62BCE" w:rsidR="00260FA9" w:rsidRPr="00043236" w:rsidRDefault="00CC42A2" w:rsidP="00CC2A69">
      <w:pPr>
        <w:spacing w:after="200"/>
        <w:jc w:val="center"/>
        <w:rPr>
          <w:rFonts w:ascii="맑은 고딕" w:eastAsia="맑은 고딕" w:hAnsi="맑은 고딕"/>
          <w:sz w:val="20"/>
          <w:szCs w:val="20"/>
          <w:lang w:eastAsia="ko-KR"/>
        </w:rPr>
      </w:pPr>
      <w:proofErr w:type="spellStart"/>
      <w:r w:rsidRPr="00043236">
        <w:rPr>
          <w:rFonts w:ascii="맑은 고딕" w:eastAsia="맑은 고딕" w:hAnsi="맑은 고딕" w:hint="eastAsia"/>
          <w:color w:val="777184"/>
          <w:sz w:val="20"/>
          <w:szCs w:val="20"/>
          <w:lang w:eastAsia="ko-KR"/>
        </w:rPr>
        <w:t>지엘엔인터내셔널</w:t>
      </w:r>
      <w:proofErr w:type="spellEnd"/>
      <w:r w:rsidRPr="00043236">
        <w:rPr>
          <w:rFonts w:ascii="맑은 고딕" w:eastAsia="맑은 고딕" w:hAnsi="맑은 고딕"/>
          <w:color w:val="777184"/>
          <w:sz w:val="20"/>
          <w:szCs w:val="20"/>
          <w:lang w:eastAsia="ko-KR"/>
        </w:rPr>
        <w:t xml:space="preserve"> 채용 지원 서류</w:t>
      </w:r>
    </w:p>
    <w:p w14:paraId="406745E9" w14:textId="647F4BDC" w:rsidR="0053716F" w:rsidRPr="0053716F" w:rsidRDefault="00C061BB" w:rsidP="0053716F">
      <w:pPr>
        <w:pStyle w:val="aa"/>
        <w:numPr>
          <w:ilvl w:val="0"/>
          <w:numId w:val="10"/>
        </w:numPr>
        <w:spacing w:before="160" w:after="100"/>
        <w:rPr>
          <w:rFonts w:ascii="맑은 고딕" w:eastAsia="맑은 고딕" w:hAnsi="맑은 고딕"/>
          <w:b/>
          <w:color w:val="251347"/>
          <w:sz w:val="24"/>
          <w:szCs w:val="24"/>
          <w:lang w:eastAsia="ko-KR"/>
        </w:rPr>
      </w:pPr>
      <w:proofErr w:type="spellStart"/>
      <w:r w:rsidRPr="0053716F">
        <w:rPr>
          <w:rFonts w:ascii="맑은 고딕" w:eastAsia="맑은 고딕" w:hAnsi="맑은 고딕"/>
          <w:b/>
          <w:color w:val="251347"/>
          <w:sz w:val="24"/>
          <w:szCs w:val="24"/>
        </w:rPr>
        <w:t>인적사항</w:t>
      </w:r>
      <w:proofErr w:type="spellEnd"/>
    </w:p>
    <w:tbl>
      <w:tblPr>
        <w:tblW w:w="5039" w:type="pct"/>
        <w:jc w:val="center"/>
        <w:tblLayout w:type="fixed"/>
        <w:tblLook w:val="04A0" w:firstRow="1" w:lastRow="0" w:firstColumn="1" w:lastColumn="0" w:noHBand="0" w:noVBand="1"/>
        <w:tblPrChange w:id="1" w:author="Brad이범준" w:date="2026-09-29T17:32:00Z">
          <w:tblPr>
            <w:tblW w:w="11239" w:type="dxa"/>
            <w:tblInd w:w="130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1981"/>
        <w:gridCol w:w="1843"/>
        <w:gridCol w:w="5764"/>
        <w:tblGridChange w:id="2">
          <w:tblGrid>
            <w:gridCol w:w="1741"/>
            <w:gridCol w:w="1741"/>
            <w:gridCol w:w="7757"/>
          </w:tblGrid>
        </w:tblGridChange>
      </w:tblGrid>
      <w:tr w:rsidR="0053716F" w:rsidRPr="0053716F" w14:paraId="239B7F91" w14:textId="77777777" w:rsidTr="00CC42A2">
        <w:trPr>
          <w:trHeight w:val="282"/>
          <w:jc w:val="center"/>
        </w:trPr>
        <w:tc>
          <w:tcPr>
            <w:tcW w:w="1033" w:type="pct"/>
            <w:vMerge w:val="restart"/>
            <w:tcBorders>
              <w:top w:val="single" w:sz="4" w:space="0" w:color="DED8EA"/>
              <w:left w:val="single" w:sz="4" w:space="0" w:color="DED8EA"/>
              <w:right w:val="single" w:sz="4" w:space="0" w:color="DED8EA"/>
            </w:tcBorders>
            <w:tcPrChange w:id="3" w:author="Brad이범준" w:date="2026-09-29T17:32:00Z">
              <w:tcPr>
                <w:tcW w:w="1741" w:type="dxa"/>
                <w:vMerge w:val="restart"/>
                <w:tcBorders>
                  <w:top w:val="single" w:sz="4" w:space="0" w:color="DED8EA"/>
                  <w:left w:val="single" w:sz="4" w:space="0" w:color="DED8EA"/>
                  <w:right w:val="single" w:sz="4" w:space="0" w:color="DED8EA"/>
                </w:tcBorders>
                <w:shd w:val="clear" w:color="auto" w:fill="F3EEFC"/>
              </w:tcPr>
            </w:tcPrChange>
          </w:tcPr>
          <w:p w14:paraId="0FC236D7" w14:textId="77777777" w:rsidR="00CC42A2" w:rsidRDefault="00CC42A2" w:rsidP="00CC42A2">
            <w:pPr>
              <w:spacing w:line="240" w:lineRule="auto"/>
              <w:ind w:leftChars="-135" w:left="-243" w:firstLineChars="152" w:firstLine="243"/>
              <w:jc w:val="center"/>
              <w:rPr>
                <w:rFonts w:ascii="맑은 고딕" w:eastAsia="맑은 고딕" w:hAnsi="맑은 고딕"/>
                <w:b/>
                <w:color w:val="BFBFBF" w:themeColor="background1" w:themeShade="BF"/>
                <w:sz w:val="16"/>
                <w:lang w:eastAsia="ko-KR"/>
              </w:rPr>
            </w:pPr>
          </w:p>
          <w:p w14:paraId="322C59BB" w14:textId="77777777" w:rsidR="00CC42A2" w:rsidRDefault="00CC42A2" w:rsidP="00CC42A2">
            <w:pPr>
              <w:spacing w:line="240" w:lineRule="auto"/>
              <w:ind w:leftChars="-135" w:left="-243" w:firstLineChars="152" w:firstLine="243"/>
              <w:jc w:val="center"/>
              <w:rPr>
                <w:rFonts w:ascii="맑은 고딕" w:eastAsia="맑은 고딕" w:hAnsi="맑은 고딕"/>
                <w:b/>
                <w:color w:val="BFBFBF" w:themeColor="background1" w:themeShade="BF"/>
                <w:sz w:val="16"/>
                <w:lang w:eastAsia="ko-KR"/>
              </w:rPr>
            </w:pPr>
          </w:p>
          <w:p w14:paraId="35BA224C" w14:textId="77777777" w:rsidR="00CC42A2" w:rsidRDefault="00CC42A2" w:rsidP="00CC42A2">
            <w:pPr>
              <w:spacing w:line="240" w:lineRule="auto"/>
              <w:ind w:leftChars="-135" w:left="-243" w:firstLineChars="152" w:firstLine="243"/>
              <w:jc w:val="center"/>
              <w:rPr>
                <w:rFonts w:ascii="맑은 고딕" w:eastAsia="맑은 고딕" w:hAnsi="맑은 고딕"/>
                <w:b/>
                <w:color w:val="BFBFBF" w:themeColor="background1" w:themeShade="BF"/>
                <w:sz w:val="16"/>
                <w:lang w:eastAsia="ko-KR"/>
              </w:rPr>
            </w:pPr>
          </w:p>
          <w:p w14:paraId="0255FE2E" w14:textId="77777777" w:rsidR="00CC42A2" w:rsidRDefault="00CC42A2" w:rsidP="00CC42A2">
            <w:pPr>
              <w:spacing w:line="240" w:lineRule="auto"/>
              <w:ind w:leftChars="-135" w:left="-243" w:firstLineChars="152" w:firstLine="243"/>
              <w:jc w:val="center"/>
              <w:rPr>
                <w:rFonts w:ascii="맑은 고딕" w:eastAsia="맑은 고딕" w:hAnsi="맑은 고딕"/>
                <w:b/>
                <w:color w:val="BFBFBF" w:themeColor="background1" w:themeShade="BF"/>
                <w:sz w:val="16"/>
                <w:lang w:eastAsia="ko-KR"/>
              </w:rPr>
            </w:pPr>
          </w:p>
          <w:p w14:paraId="0B6DE323" w14:textId="40C28ADC" w:rsidR="0053716F" w:rsidRPr="0053716F" w:rsidRDefault="00CC42A2" w:rsidP="00CC42A2">
            <w:pPr>
              <w:spacing w:line="240" w:lineRule="auto"/>
              <w:ind w:leftChars="-135" w:left="-243" w:firstLineChars="152" w:firstLine="243"/>
              <w:jc w:val="center"/>
              <w:rPr>
                <w:rFonts w:ascii="맑은 고딕" w:eastAsia="맑은 고딕" w:hAnsi="맑은 고딕"/>
                <w:b/>
                <w:color w:val="251347"/>
                <w:sz w:val="16"/>
                <w:lang w:eastAsia="ko-KR"/>
              </w:rPr>
            </w:pPr>
            <w:r w:rsidRPr="00CC42A2">
              <w:rPr>
                <w:rFonts w:ascii="맑은 고딕" w:eastAsia="맑은 고딕" w:hAnsi="맑은 고딕" w:hint="eastAsia"/>
                <w:b/>
                <w:color w:val="BFBFBF" w:themeColor="background1" w:themeShade="BF"/>
                <w:sz w:val="16"/>
                <w:lang w:eastAsia="ko-KR"/>
              </w:rPr>
              <w:t>사진</w:t>
            </w:r>
          </w:p>
        </w:tc>
        <w:tc>
          <w:tcPr>
            <w:tcW w:w="9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05" w:type="dxa"/>
              <w:left w:w="130" w:type="dxa"/>
              <w:bottom w:w="105" w:type="dxa"/>
              <w:right w:w="130" w:type="dxa"/>
            </w:tcMar>
            <w:tcPrChange w:id="4" w:author="Brad이범준" w:date="2026-09-29T17:32:00Z">
              <w:tcPr>
                <w:tcW w:w="1741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shd w:val="clear" w:color="auto" w:fill="F3EEFC"/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671376DC" w14:textId="6CA184BB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proofErr w:type="spellStart"/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성명</w:t>
            </w:r>
            <w:proofErr w:type="spellEnd"/>
          </w:p>
        </w:tc>
        <w:tc>
          <w:tcPr>
            <w:tcW w:w="300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05" w:type="dxa"/>
              <w:left w:w="130" w:type="dxa"/>
              <w:bottom w:w="105" w:type="dxa"/>
              <w:right w:w="130" w:type="dxa"/>
            </w:tcMar>
            <w:tcPrChange w:id="5" w:author="Brad이범준" w:date="2026-09-29T17:32:00Z">
              <w:tcPr>
                <w:tcW w:w="7757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70C3D3A6" w14:textId="345C1DAC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</w:p>
        </w:tc>
      </w:tr>
      <w:tr w:rsidR="0053716F" w:rsidRPr="0053716F" w14:paraId="62E7A589" w14:textId="77777777" w:rsidTr="00CC42A2">
        <w:trPr>
          <w:trHeight w:val="282"/>
          <w:jc w:val="center"/>
        </w:trPr>
        <w:tc>
          <w:tcPr>
            <w:tcW w:w="1033" w:type="pct"/>
            <w:vMerge/>
            <w:tcBorders>
              <w:left w:val="single" w:sz="4" w:space="0" w:color="DED8EA"/>
              <w:right w:val="single" w:sz="4" w:space="0" w:color="DED8EA"/>
            </w:tcBorders>
            <w:tcPrChange w:id="6" w:author="Brad이범준" w:date="2026-09-29T17:32:00Z">
              <w:tcPr>
                <w:tcW w:w="1741" w:type="dxa"/>
                <w:vMerge/>
                <w:tcBorders>
                  <w:left w:val="single" w:sz="4" w:space="0" w:color="DED8EA"/>
                  <w:right w:val="single" w:sz="4" w:space="0" w:color="DED8EA"/>
                </w:tcBorders>
                <w:shd w:val="clear" w:color="auto" w:fill="F3EEFC"/>
              </w:tcPr>
            </w:tcPrChange>
          </w:tcPr>
          <w:p w14:paraId="1185CCED" w14:textId="77777777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  <w:b/>
                <w:color w:val="251347"/>
                <w:sz w:val="16"/>
              </w:rPr>
            </w:pPr>
          </w:p>
        </w:tc>
        <w:tc>
          <w:tcPr>
            <w:tcW w:w="9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05" w:type="dxa"/>
              <w:left w:w="130" w:type="dxa"/>
              <w:bottom w:w="105" w:type="dxa"/>
              <w:right w:w="130" w:type="dxa"/>
            </w:tcMar>
            <w:tcPrChange w:id="7" w:author="Brad이범준" w:date="2026-09-29T17:32:00Z">
              <w:tcPr>
                <w:tcW w:w="1741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shd w:val="clear" w:color="auto" w:fill="F3EEFC"/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1F79A5AF" w14:textId="11AF6A18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proofErr w:type="spellStart"/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생년월일</w:t>
            </w:r>
            <w:proofErr w:type="spellEnd"/>
          </w:p>
        </w:tc>
        <w:tc>
          <w:tcPr>
            <w:tcW w:w="300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05" w:type="dxa"/>
              <w:left w:w="130" w:type="dxa"/>
              <w:bottom w:w="105" w:type="dxa"/>
              <w:right w:w="130" w:type="dxa"/>
            </w:tcMar>
            <w:tcPrChange w:id="8" w:author="Brad이범준" w:date="2026-09-29T17:32:00Z">
              <w:tcPr>
                <w:tcW w:w="7757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18D5F368" w14:textId="134CD41E" w:rsidR="0053716F" w:rsidRPr="0053716F" w:rsidRDefault="0053716F" w:rsidP="00CC42A2">
            <w:pPr>
              <w:spacing w:line="240" w:lineRule="auto"/>
              <w:ind w:firstLineChars="850" w:firstLine="1360"/>
              <w:jc w:val="both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color w:val="777184"/>
                <w:sz w:val="16"/>
              </w:rPr>
              <w:t>(만      세)</w:t>
            </w:r>
          </w:p>
        </w:tc>
      </w:tr>
      <w:tr w:rsidR="0053716F" w:rsidRPr="0053716F" w14:paraId="5475968D" w14:textId="77777777" w:rsidTr="00CC42A2">
        <w:trPr>
          <w:trHeight w:val="282"/>
          <w:jc w:val="center"/>
        </w:trPr>
        <w:tc>
          <w:tcPr>
            <w:tcW w:w="1033" w:type="pct"/>
            <w:vMerge/>
            <w:tcBorders>
              <w:left w:val="single" w:sz="4" w:space="0" w:color="DED8EA"/>
              <w:right w:val="single" w:sz="4" w:space="0" w:color="DED8EA"/>
            </w:tcBorders>
            <w:tcPrChange w:id="9" w:author="Brad이범준" w:date="2026-09-29T17:32:00Z">
              <w:tcPr>
                <w:tcW w:w="1741" w:type="dxa"/>
                <w:vMerge/>
                <w:tcBorders>
                  <w:left w:val="single" w:sz="4" w:space="0" w:color="DED8EA"/>
                  <w:right w:val="single" w:sz="4" w:space="0" w:color="DED8EA"/>
                </w:tcBorders>
                <w:shd w:val="clear" w:color="auto" w:fill="F3EEFC"/>
              </w:tcPr>
            </w:tcPrChange>
          </w:tcPr>
          <w:p w14:paraId="5FBF53FD" w14:textId="77777777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  <w:b/>
                <w:color w:val="251347"/>
                <w:sz w:val="16"/>
              </w:rPr>
            </w:pPr>
          </w:p>
        </w:tc>
        <w:tc>
          <w:tcPr>
            <w:tcW w:w="9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05" w:type="dxa"/>
              <w:left w:w="130" w:type="dxa"/>
              <w:bottom w:w="105" w:type="dxa"/>
              <w:right w:w="130" w:type="dxa"/>
            </w:tcMar>
            <w:tcPrChange w:id="10" w:author="Brad이범준" w:date="2026-09-29T17:32:00Z">
              <w:tcPr>
                <w:tcW w:w="1741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shd w:val="clear" w:color="auto" w:fill="F3EEFC"/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6BC660EB" w14:textId="55134809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proofErr w:type="spellStart"/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연락처</w:t>
            </w:r>
            <w:proofErr w:type="spellEnd"/>
          </w:p>
        </w:tc>
        <w:tc>
          <w:tcPr>
            <w:tcW w:w="300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05" w:type="dxa"/>
              <w:left w:w="130" w:type="dxa"/>
              <w:bottom w:w="105" w:type="dxa"/>
              <w:right w:w="130" w:type="dxa"/>
            </w:tcMar>
            <w:tcPrChange w:id="11" w:author="Brad이범준" w:date="2026-09-29T17:32:00Z">
              <w:tcPr>
                <w:tcW w:w="7757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348103A5" w14:textId="77777777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color w:val="777184"/>
                <w:sz w:val="16"/>
              </w:rPr>
              <w:t xml:space="preserve"> </w:t>
            </w:r>
          </w:p>
        </w:tc>
      </w:tr>
      <w:tr w:rsidR="0053716F" w:rsidRPr="0053716F" w14:paraId="12413AC3" w14:textId="77777777" w:rsidTr="00CC42A2">
        <w:trPr>
          <w:trHeight w:val="282"/>
          <w:jc w:val="center"/>
        </w:trPr>
        <w:tc>
          <w:tcPr>
            <w:tcW w:w="1033" w:type="pct"/>
            <w:vMerge/>
            <w:tcBorders>
              <w:left w:val="single" w:sz="4" w:space="0" w:color="DED8EA"/>
              <w:right w:val="single" w:sz="4" w:space="0" w:color="DED8EA"/>
            </w:tcBorders>
            <w:tcPrChange w:id="12" w:author="Brad이범준" w:date="2026-09-29T17:32:00Z">
              <w:tcPr>
                <w:tcW w:w="1741" w:type="dxa"/>
                <w:vMerge/>
                <w:tcBorders>
                  <w:left w:val="single" w:sz="4" w:space="0" w:color="DED8EA"/>
                  <w:right w:val="single" w:sz="4" w:space="0" w:color="DED8EA"/>
                </w:tcBorders>
                <w:shd w:val="clear" w:color="auto" w:fill="F3EEFC"/>
              </w:tcPr>
            </w:tcPrChange>
          </w:tcPr>
          <w:p w14:paraId="6319763E" w14:textId="77777777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  <w:b/>
                <w:color w:val="251347"/>
                <w:sz w:val="16"/>
              </w:rPr>
            </w:pPr>
          </w:p>
        </w:tc>
        <w:tc>
          <w:tcPr>
            <w:tcW w:w="9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05" w:type="dxa"/>
              <w:left w:w="130" w:type="dxa"/>
              <w:bottom w:w="105" w:type="dxa"/>
              <w:right w:w="130" w:type="dxa"/>
            </w:tcMar>
            <w:tcPrChange w:id="13" w:author="Brad이범준" w:date="2026-09-29T17:32:00Z">
              <w:tcPr>
                <w:tcW w:w="1741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shd w:val="clear" w:color="auto" w:fill="F3EEFC"/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3E1D6F3F" w14:textId="4A05FF21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이메일</w:t>
            </w:r>
          </w:p>
        </w:tc>
        <w:tc>
          <w:tcPr>
            <w:tcW w:w="300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05" w:type="dxa"/>
              <w:left w:w="130" w:type="dxa"/>
              <w:bottom w:w="105" w:type="dxa"/>
              <w:right w:w="130" w:type="dxa"/>
            </w:tcMar>
            <w:tcPrChange w:id="14" w:author="Brad이범준" w:date="2026-09-29T17:32:00Z">
              <w:tcPr>
                <w:tcW w:w="7757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0A419D6E" w14:textId="77777777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color w:val="777184"/>
                <w:sz w:val="16"/>
              </w:rPr>
              <w:t xml:space="preserve"> </w:t>
            </w:r>
          </w:p>
        </w:tc>
      </w:tr>
      <w:tr w:rsidR="0053716F" w:rsidRPr="0053716F" w14:paraId="50188C13" w14:textId="77777777" w:rsidTr="00CC42A2">
        <w:trPr>
          <w:trHeight w:val="282"/>
          <w:jc w:val="center"/>
        </w:trPr>
        <w:tc>
          <w:tcPr>
            <w:tcW w:w="1033" w:type="pct"/>
            <w:vMerge/>
            <w:tcBorders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PrChange w:id="15" w:author="Brad이범준" w:date="2026-09-29T17:32:00Z">
              <w:tcPr>
                <w:tcW w:w="1741" w:type="dxa"/>
                <w:vMerge/>
                <w:tcBorders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shd w:val="clear" w:color="auto" w:fill="F3EEFC"/>
              </w:tcPr>
            </w:tcPrChange>
          </w:tcPr>
          <w:p w14:paraId="65060880" w14:textId="77777777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  <w:b/>
                <w:color w:val="251347"/>
                <w:sz w:val="16"/>
              </w:rPr>
            </w:pPr>
          </w:p>
        </w:tc>
        <w:tc>
          <w:tcPr>
            <w:tcW w:w="9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05" w:type="dxa"/>
              <w:left w:w="130" w:type="dxa"/>
              <w:bottom w:w="105" w:type="dxa"/>
              <w:right w:w="130" w:type="dxa"/>
            </w:tcMar>
            <w:tcPrChange w:id="16" w:author="Brad이범준" w:date="2026-09-29T17:32:00Z">
              <w:tcPr>
                <w:tcW w:w="1741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shd w:val="clear" w:color="auto" w:fill="F3EEFC"/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6B780E59" w14:textId="62DA1FE2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proofErr w:type="spellStart"/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주소</w:t>
            </w:r>
            <w:proofErr w:type="spellEnd"/>
          </w:p>
        </w:tc>
        <w:tc>
          <w:tcPr>
            <w:tcW w:w="300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05" w:type="dxa"/>
              <w:left w:w="130" w:type="dxa"/>
              <w:bottom w:w="105" w:type="dxa"/>
              <w:right w:w="130" w:type="dxa"/>
            </w:tcMar>
            <w:tcPrChange w:id="17" w:author="Brad이범준" w:date="2026-09-29T17:32:00Z">
              <w:tcPr>
                <w:tcW w:w="7757" w:type="dxa"/>
                <w:tcBorders>
                  <w:top w:val="single" w:sz="4" w:space="0" w:color="DED8EA"/>
                  <w:left w:val="single" w:sz="4" w:space="0" w:color="DED8EA"/>
                  <w:bottom w:val="single" w:sz="4" w:space="0" w:color="DED8EA"/>
                  <w:right w:val="single" w:sz="4" w:space="0" w:color="DED8EA"/>
                </w:tcBorders>
                <w:tcMar>
                  <w:top w:w="105" w:type="dxa"/>
                  <w:left w:w="130" w:type="dxa"/>
                  <w:bottom w:w="105" w:type="dxa"/>
                  <w:right w:w="130" w:type="dxa"/>
                </w:tcMar>
              </w:tcPr>
            </w:tcPrChange>
          </w:tcPr>
          <w:p w14:paraId="77CB5F6B" w14:textId="77777777" w:rsidR="0053716F" w:rsidRPr="0053716F" w:rsidRDefault="0053716F" w:rsidP="00CC42A2">
            <w:pPr>
              <w:spacing w:line="240" w:lineRule="auto"/>
              <w:jc w:val="both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color w:val="777184"/>
                <w:sz w:val="16"/>
              </w:rPr>
              <w:t xml:space="preserve"> </w:t>
            </w:r>
          </w:p>
        </w:tc>
      </w:tr>
    </w:tbl>
    <w:p w14:paraId="58C286A6" w14:textId="77777777" w:rsidR="00260FA9" w:rsidRPr="0053716F" w:rsidRDefault="00C061BB">
      <w:pPr>
        <w:spacing w:before="160" w:after="100"/>
        <w:rPr>
          <w:rFonts w:ascii="맑은 고딕" w:eastAsia="맑은 고딕" w:hAnsi="맑은 고딕"/>
          <w:sz w:val="24"/>
          <w:szCs w:val="24"/>
        </w:rPr>
      </w:pPr>
      <w:r w:rsidRPr="0053716F">
        <w:rPr>
          <w:rFonts w:ascii="맑은 고딕" w:eastAsia="맑은 고딕" w:hAnsi="맑은 고딕"/>
          <w:b/>
          <w:color w:val="6D28D9"/>
          <w:sz w:val="24"/>
          <w:szCs w:val="24"/>
        </w:rPr>
        <w:t xml:space="preserve">02  </w:t>
      </w:r>
      <w:proofErr w:type="spellStart"/>
      <w:r w:rsidRPr="0053716F">
        <w:rPr>
          <w:rFonts w:ascii="맑은 고딕" w:eastAsia="맑은 고딕" w:hAnsi="맑은 고딕"/>
          <w:b/>
          <w:color w:val="251347"/>
          <w:sz w:val="24"/>
          <w:szCs w:val="24"/>
        </w:rPr>
        <w:t>학력</w:t>
      </w:r>
      <w:proofErr w:type="spellEnd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28"/>
        <w:gridCol w:w="2268"/>
        <w:gridCol w:w="1844"/>
        <w:gridCol w:w="1846"/>
        <w:gridCol w:w="989"/>
        <w:gridCol w:w="1439"/>
      </w:tblGrid>
      <w:tr w:rsidR="00260FA9" w:rsidRPr="0053716F" w14:paraId="4E55914C" w14:textId="77777777" w:rsidTr="00CC42A2">
        <w:trPr>
          <w:jc w:val="center"/>
        </w:trPr>
        <w:tc>
          <w:tcPr>
            <w:tcW w:w="5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39B46EAA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proofErr w:type="spellStart"/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구분</w:t>
            </w:r>
            <w:proofErr w:type="spellEnd"/>
          </w:p>
        </w:tc>
        <w:tc>
          <w:tcPr>
            <w:tcW w:w="119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5A0639DC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재학 기간</w:t>
            </w:r>
          </w:p>
        </w:tc>
        <w:tc>
          <w:tcPr>
            <w:tcW w:w="969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3BE69F6A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학교명</w:t>
            </w:r>
          </w:p>
        </w:tc>
        <w:tc>
          <w:tcPr>
            <w:tcW w:w="97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197E6DF7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전공</w:t>
            </w:r>
          </w:p>
        </w:tc>
        <w:tc>
          <w:tcPr>
            <w:tcW w:w="52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224D6902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학점</w:t>
            </w:r>
          </w:p>
        </w:tc>
        <w:tc>
          <w:tcPr>
            <w:tcW w:w="75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0EC2481F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졸업구분</w:t>
            </w:r>
          </w:p>
        </w:tc>
      </w:tr>
      <w:tr w:rsidR="00260FA9" w:rsidRPr="0053716F" w14:paraId="19B657EB" w14:textId="77777777" w:rsidTr="00CC42A2">
        <w:trPr>
          <w:trHeight w:val="510"/>
          <w:jc w:val="center"/>
        </w:trPr>
        <w:tc>
          <w:tcPr>
            <w:tcW w:w="5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3B3E7C0" w14:textId="34080141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대학</w:t>
            </w:r>
            <w:proofErr w:type="spellEnd"/>
            <w:r w:rsidR="00043236" w:rsidRPr="00043236">
              <w:rPr>
                <w:rFonts w:ascii="맑은 고딕" w:eastAsia="맑은 고딕" w:hAnsi="맑은 고딕" w:hint="eastAsia"/>
                <w:sz w:val="16"/>
                <w:szCs w:val="16"/>
                <w:lang w:eastAsia="ko-KR"/>
              </w:rPr>
              <w:t>원</w:t>
            </w:r>
          </w:p>
        </w:tc>
        <w:tc>
          <w:tcPr>
            <w:tcW w:w="119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CE941A" w14:textId="286B8694" w:rsidR="00260FA9" w:rsidRPr="00043236" w:rsidRDefault="00260FA9" w:rsidP="00CC42A2">
            <w:pPr>
              <w:jc w:val="center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</w:p>
        </w:tc>
        <w:tc>
          <w:tcPr>
            <w:tcW w:w="969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14A41A" w14:textId="77777777" w:rsidR="00260FA9" w:rsidRPr="00043236" w:rsidRDefault="00260FA9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97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1E8608B" w14:textId="77777777" w:rsidR="00260FA9" w:rsidRPr="00043236" w:rsidRDefault="00260FA9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52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CCB24D" w14:textId="77777777" w:rsidR="00260FA9" w:rsidRPr="00043236" w:rsidRDefault="00260FA9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75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E10CD7" w14:textId="77777777" w:rsidR="00260FA9" w:rsidRPr="00043236" w:rsidRDefault="00C061BB" w:rsidP="00CC2A69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졸업 / 졸업예정</w:t>
            </w:r>
          </w:p>
        </w:tc>
      </w:tr>
      <w:tr w:rsidR="00260FA9" w:rsidRPr="0053716F" w14:paraId="48D448DD" w14:textId="77777777" w:rsidTr="00CC42A2">
        <w:trPr>
          <w:trHeight w:val="510"/>
          <w:jc w:val="center"/>
        </w:trPr>
        <w:tc>
          <w:tcPr>
            <w:tcW w:w="5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57949D" w14:textId="7EB903EE" w:rsidR="00260FA9" w:rsidRPr="00043236" w:rsidRDefault="00043236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대학교</w:t>
            </w:r>
            <w:proofErr w:type="spellEnd"/>
          </w:p>
        </w:tc>
        <w:tc>
          <w:tcPr>
            <w:tcW w:w="119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ECEE07" w14:textId="401697C9" w:rsidR="00260FA9" w:rsidRPr="00043236" w:rsidRDefault="00260FA9" w:rsidP="00CC42A2">
            <w:pPr>
              <w:jc w:val="center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</w:p>
        </w:tc>
        <w:tc>
          <w:tcPr>
            <w:tcW w:w="969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7455B8" w14:textId="77777777" w:rsidR="00260FA9" w:rsidRPr="00043236" w:rsidRDefault="00260FA9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97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F0918C8" w14:textId="77777777" w:rsidR="00260FA9" w:rsidRPr="00043236" w:rsidRDefault="00260FA9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52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B089F8D" w14:textId="77777777" w:rsidR="00260FA9" w:rsidRPr="00043236" w:rsidRDefault="00260FA9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75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4DDB779" w14:textId="30E62E12" w:rsidR="00260FA9" w:rsidRPr="00043236" w:rsidRDefault="00043236" w:rsidP="00CC2A69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졸업</w:t>
            </w:r>
            <w:proofErr w:type="spellEnd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 xml:space="preserve"> / </w:t>
            </w:r>
            <w:proofErr w:type="spellStart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졸업예정</w:t>
            </w:r>
            <w:proofErr w:type="spellEnd"/>
          </w:p>
        </w:tc>
      </w:tr>
      <w:tr w:rsidR="00043236" w:rsidRPr="0053716F" w14:paraId="761771D6" w14:textId="77777777" w:rsidTr="00CC42A2">
        <w:trPr>
          <w:trHeight w:val="510"/>
          <w:jc w:val="center"/>
        </w:trPr>
        <w:tc>
          <w:tcPr>
            <w:tcW w:w="5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4F528C1" w14:textId="53DE4BA1" w:rsidR="00043236" w:rsidRPr="00043236" w:rsidRDefault="00043236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고등학교</w:t>
            </w:r>
            <w:proofErr w:type="spellEnd"/>
          </w:p>
        </w:tc>
        <w:tc>
          <w:tcPr>
            <w:tcW w:w="119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C29693A" w14:textId="77777777" w:rsidR="00043236" w:rsidRPr="00043236" w:rsidRDefault="00043236" w:rsidP="00CC42A2">
            <w:pPr>
              <w:jc w:val="center"/>
              <w:rPr>
                <w:rFonts w:ascii="맑은 고딕" w:eastAsia="맑은 고딕" w:hAnsi="맑은 고딕"/>
                <w:sz w:val="16"/>
                <w:szCs w:val="16"/>
                <w:lang w:eastAsia="ko-KR"/>
              </w:rPr>
            </w:pPr>
          </w:p>
        </w:tc>
        <w:tc>
          <w:tcPr>
            <w:tcW w:w="969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B6AC3D" w14:textId="77777777" w:rsidR="00043236" w:rsidRPr="00043236" w:rsidRDefault="0004323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97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FA75A7" w14:textId="77777777" w:rsidR="00043236" w:rsidRPr="00043236" w:rsidRDefault="0004323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52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8806B2C" w14:textId="77777777" w:rsidR="00043236" w:rsidRPr="00043236" w:rsidRDefault="00043236">
            <w:pPr>
              <w:rPr>
                <w:rFonts w:ascii="맑은 고딕" w:eastAsia="맑은 고딕" w:hAnsi="맑은 고딕"/>
                <w:sz w:val="16"/>
                <w:szCs w:val="16"/>
              </w:rPr>
            </w:pPr>
          </w:p>
        </w:tc>
        <w:tc>
          <w:tcPr>
            <w:tcW w:w="75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9C5937" w14:textId="2BA78E07" w:rsidR="00043236" w:rsidRPr="00043236" w:rsidRDefault="00043236" w:rsidP="00CC2A69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졸업</w:t>
            </w:r>
            <w:proofErr w:type="spellEnd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 xml:space="preserve"> / </w:t>
            </w:r>
            <w:proofErr w:type="spellStart"/>
            <w:r w:rsidRPr="00043236">
              <w:rPr>
                <w:rFonts w:ascii="맑은 고딕" w:eastAsia="맑은 고딕" w:hAnsi="맑은 고딕"/>
                <w:sz w:val="16"/>
                <w:szCs w:val="16"/>
              </w:rPr>
              <w:t>검정고시</w:t>
            </w:r>
            <w:proofErr w:type="spellEnd"/>
          </w:p>
        </w:tc>
      </w:tr>
    </w:tbl>
    <w:p w14:paraId="12FC3110" w14:textId="3775BFF7" w:rsidR="00260FA9" w:rsidRPr="0053716F" w:rsidRDefault="00C061BB">
      <w:pPr>
        <w:spacing w:before="160" w:after="100"/>
        <w:rPr>
          <w:rFonts w:ascii="맑은 고딕" w:eastAsia="맑은 고딕" w:hAnsi="맑은 고딕"/>
          <w:sz w:val="24"/>
          <w:szCs w:val="24"/>
          <w:lang w:eastAsia="ko-KR"/>
        </w:rPr>
      </w:pPr>
      <w:proofErr w:type="gramStart"/>
      <w:r w:rsidRPr="0053716F">
        <w:rPr>
          <w:rFonts w:ascii="맑은 고딕" w:eastAsia="맑은 고딕" w:hAnsi="맑은 고딕"/>
          <w:b/>
          <w:color w:val="6D28D9"/>
          <w:sz w:val="24"/>
          <w:szCs w:val="24"/>
        </w:rPr>
        <w:t xml:space="preserve">03  </w:t>
      </w:r>
      <w:proofErr w:type="spellStart"/>
      <w:r w:rsidRPr="0053716F">
        <w:rPr>
          <w:rFonts w:ascii="맑은 고딕" w:eastAsia="맑은 고딕" w:hAnsi="맑은 고딕"/>
          <w:b/>
          <w:color w:val="251347"/>
          <w:sz w:val="24"/>
          <w:szCs w:val="24"/>
        </w:rPr>
        <w:t>경력</w:t>
      </w:r>
      <w:proofErr w:type="spellEnd"/>
      <w:proofErr w:type="gramEnd"/>
      <w:r w:rsidR="00043236">
        <w:rPr>
          <w:rFonts w:ascii="맑은 고딕" w:eastAsia="맑은 고딕" w:hAnsi="맑은 고딕" w:hint="eastAsia"/>
          <w:b/>
          <w:color w:val="251347"/>
          <w:sz w:val="24"/>
          <w:szCs w:val="24"/>
          <w:lang w:eastAsia="ko-KR"/>
        </w:rPr>
        <w:t>(인턴 포함)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812"/>
        <w:gridCol w:w="2038"/>
        <w:gridCol w:w="2266"/>
        <w:gridCol w:w="3398"/>
      </w:tblGrid>
      <w:tr w:rsidR="00260FA9" w:rsidRPr="0053716F" w14:paraId="66AAAD60" w14:textId="77777777" w:rsidTr="00756479">
        <w:trPr>
          <w:jc w:val="center"/>
        </w:trPr>
        <w:tc>
          <w:tcPr>
            <w:tcW w:w="95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6FF2E011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proofErr w:type="spellStart"/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기간</w:t>
            </w:r>
            <w:proofErr w:type="spellEnd"/>
          </w:p>
        </w:tc>
        <w:tc>
          <w:tcPr>
            <w:tcW w:w="107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538AE14A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회사명</w:t>
            </w:r>
          </w:p>
        </w:tc>
        <w:tc>
          <w:tcPr>
            <w:tcW w:w="119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11F1AA21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부서/직급</w:t>
            </w:r>
          </w:p>
        </w:tc>
        <w:tc>
          <w:tcPr>
            <w:tcW w:w="178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7F186A15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담당 업무</w:t>
            </w:r>
          </w:p>
        </w:tc>
      </w:tr>
      <w:tr w:rsidR="00260FA9" w:rsidRPr="0053716F" w14:paraId="588FEFA4" w14:textId="77777777" w:rsidTr="00756479">
        <w:trPr>
          <w:trHeight w:val="567"/>
          <w:jc w:val="center"/>
        </w:trPr>
        <w:tc>
          <w:tcPr>
            <w:tcW w:w="95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CCA1E8E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7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1030FE5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19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D8583A7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8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6189819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  <w:tr w:rsidR="00260FA9" w:rsidRPr="0053716F" w14:paraId="581CD734" w14:textId="77777777" w:rsidTr="00B771B6">
        <w:trPr>
          <w:trHeight w:val="567"/>
          <w:jc w:val="center"/>
        </w:trPr>
        <w:tc>
          <w:tcPr>
            <w:tcW w:w="95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E94A62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07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4D76958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19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6F12357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8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E5C0A9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</w:tbl>
    <w:p w14:paraId="6578CE7D" w14:textId="77777777" w:rsidR="00260FA9" w:rsidRPr="00CC42A2" w:rsidRDefault="00C061BB">
      <w:pPr>
        <w:spacing w:before="160" w:after="100"/>
        <w:rPr>
          <w:rFonts w:ascii="맑은 고딕" w:eastAsia="맑은 고딕" w:hAnsi="맑은 고딕"/>
          <w:sz w:val="24"/>
          <w:szCs w:val="24"/>
        </w:rPr>
      </w:pPr>
      <w:r w:rsidRPr="00CC42A2">
        <w:rPr>
          <w:rFonts w:ascii="맑은 고딕" w:eastAsia="맑은 고딕" w:hAnsi="맑은 고딕"/>
          <w:b/>
          <w:color w:val="6D28D9"/>
          <w:sz w:val="24"/>
          <w:szCs w:val="24"/>
        </w:rPr>
        <w:t xml:space="preserve">04  </w:t>
      </w:r>
      <w:r w:rsidRPr="00CC42A2">
        <w:rPr>
          <w:rFonts w:ascii="맑은 고딕" w:eastAsia="맑은 고딕" w:hAnsi="맑은 고딕"/>
          <w:b/>
          <w:color w:val="251347"/>
          <w:sz w:val="24"/>
          <w:szCs w:val="24"/>
        </w:rPr>
        <w:t>프로젝트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699"/>
        <w:gridCol w:w="1585"/>
        <w:gridCol w:w="2379"/>
        <w:gridCol w:w="1699"/>
        <w:gridCol w:w="2152"/>
      </w:tblGrid>
      <w:tr w:rsidR="00260FA9" w:rsidRPr="0053716F" w14:paraId="07848FF0" w14:textId="77777777" w:rsidTr="00756479">
        <w:trPr>
          <w:jc w:val="center"/>
        </w:trPr>
        <w:tc>
          <w:tcPr>
            <w:tcW w:w="8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66968120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proofErr w:type="spellStart"/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기간</w:t>
            </w:r>
            <w:proofErr w:type="spellEnd"/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36E4A229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소속</w:t>
            </w:r>
          </w:p>
        </w:tc>
        <w:tc>
          <w:tcPr>
            <w:tcW w:w="125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7C2DCA32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프로젝트명</w:t>
            </w:r>
          </w:p>
        </w:tc>
        <w:tc>
          <w:tcPr>
            <w:tcW w:w="8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03B2CF10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역할</w:t>
            </w:r>
          </w:p>
        </w:tc>
        <w:tc>
          <w:tcPr>
            <w:tcW w:w="113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7DBE45B1" w14:textId="77777777" w:rsidR="00260FA9" w:rsidRPr="0053716F" w:rsidRDefault="00C061BB">
            <w:pPr>
              <w:jc w:val="center"/>
              <w:rPr>
                <w:rFonts w:ascii="맑은 고딕" w:eastAsia="맑은 고딕" w:hAnsi="맑은 고딕"/>
              </w:rPr>
            </w:pPr>
            <w:r w:rsidRPr="0053716F">
              <w:rPr>
                <w:rFonts w:ascii="맑은 고딕" w:eastAsia="맑은 고딕" w:hAnsi="맑은 고딕"/>
                <w:b/>
                <w:color w:val="251347"/>
                <w:sz w:val="16"/>
              </w:rPr>
              <w:t>성과</w:t>
            </w:r>
          </w:p>
        </w:tc>
      </w:tr>
      <w:tr w:rsidR="00260FA9" w:rsidRPr="0053716F" w14:paraId="15B3D43F" w14:textId="77777777" w:rsidTr="00756479">
        <w:trPr>
          <w:trHeight w:val="567"/>
          <w:jc w:val="center"/>
        </w:trPr>
        <w:tc>
          <w:tcPr>
            <w:tcW w:w="8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392AE9A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D40F734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5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05854A4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7B3EDBF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13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CB48DE1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  <w:tr w:rsidR="00260FA9" w:rsidRPr="0053716F" w14:paraId="1352E4A1" w14:textId="77777777" w:rsidTr="00B771B6">
        <w:trPr>
          <w:trHeight w:val="567"/>
          <w:jc w:val="center"/>
        </w:trPr>
        <w:tc>
          <w:tcPr>
            <w:tcW w:w="8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EE230C1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6753AF9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25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643AA6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9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22AC421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13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DB2E6F4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</w:tbl>
    <w:p w14:paraId="18D6D1C7" w14:textId="77777777" w:rsidR="00CC42A2" w:rsidRDefault="00CC42A2">
      <w:pPr>
        <w:spacing w:before="160" w:after="100"/>
        <w:rPr>
          <w:rFonts w:ascii="맑은 고딕" w:eastAsia="맑은 고딕" w:hAnsi="맑은 고딕"/>
          <w:b/>
          <w:color w:val="6D28D9"/>
          <w:sz w:val="24"/>
          <w:szCs w:val="24"/>
        </w:rPr>
      </w:pPr>
    </w:p>
    <w:p w14:paraId="35F2C574" w14:textId="1263C705" w:rsidR="00260FA9" w:rsidRPr="00CC42A2" w:rsidRDefault="00C061BB">
      <w:pPr>
        <w:spacing w:before="160" w:after="100"/>
        <w:rPr>
          <w:rFonts w:ascii="맑은 고딕" w:eastAsia="맑은 고딕" w:hAnsi="맑은 고딕"/>
          <w:sz w:val="24"/>
          <w:szCs w:val="24"/>
          <w:lang w:eastAsia="ko-KR"/>
        </w:rPr>
      </w:pPr>
      <w:proofErr w:type="gramStart"/>
      <w:r w:rsidRPr="00CC42A2">
        <w:rPr>
          <w:rFonts w:ascii="맑은 고딕" w:eastAsia="맑은 고딕" w:hAnsi="맑은 고딕"/>
          <w:b/>
          <w:color w:val="6D28D9"/>
          <w:sz w:val="24"/>
          <w:szCs w:val="24"/>
        </w:rPr>
        <w:lastRenderedPageBreak/>
        <w:t xml:space="preserve">05  </w:t>
      </w:r>
      <w:proofErr w:type="spellStart"/>
      <w:r w:rsidRPr="00CC42A2">
        <w:rPr>
          <w:rFonts w:ascii="맑은 고딕" w:eastAsia="맑은 고딕" w:hAnsi="맑은 고딕"/>
          <w:b/>
          <w:color w:val="251347"/>
          <w:sz w:val="24"/>
          <w:szCs w:val="24"/>
        </w:rPr>
        <w:t>어학</w:t>
      </w:r>
      <w:proofErr w:type="spellEnd"/>
      <w:proofErr w:type="gramEnd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247"/>
        <w:gridCol w:w="2888"/>
        <w:gridCol w:w="1811"/>
        <w:gridCol w:w="1983"/>
        <w:gridCol w:w="1585"/>
      </w:tblGrid>
      <w:tr w:rsidR="00260FA9" w:rsidRPr="0053716F" w14:paraId="3C812ED4" w14:textId="77777777" w:rsidTr="00756479">
        <w:trPr>
          <w:jc w:val="center"/>
        </w:trPr>
        <w:tc>
          <w:tcPr>
            <w:tcW w:w="65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3D8DC0D7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언어</w:t>
            </w:r>
            <w:proofErr w:type="spellEnd"/>
          </w:p>
        </w:tc>
        <w:tc>
          <w:tcPr>
            <w:tcW w:w="1518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022BDFCF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시험명(주관기관)</w:t>
            </w:r>
          </w:p>
        </w:tc>
        <w:tc>
          <w:tcPr>
            <w:tcW w:w="95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6835CAA9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점수(등급)</w:t>
            </w:r>
          </w:p>
        </w:tc>
        <w:tc>
          <w:tcPr>
            <w:tcW w:w="104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72AC93A7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자격번호</w:t>
            </w: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61A971D7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취득일</w:t>
            </w:r>
          </w:p>
        </w:tc>
      </w:tr>
      <w:tr w:rsidR="00260FA9" w:rsidRPr="0053716F" w14:paraId="567FAE91" w14:textId="77777777" w:rsidTr="00756479">
        <w:trPr>
          <w:trHeight w:val="567"/>
          <w:jc w:val="center"/>
        </w:trPr>
        <w:tc>
          <w:tcPr>
            <w:tcW w:w="65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2EE602B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18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EC33B4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5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988514F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04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A44A7E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2CABB49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  <w:tr w:rsidR="00260FA9" w:rsidRPr="0053716F" w14:paraId="49531C31" w14:textId="77777777" w:rsidTr="00B771B6">
        <w:trPr>
          <w:trHeight w:val="567"/>
          <w:jc w:val="center"/>
        </w:trPr>
        <w:tc>
          <w:tcPr>
            <w:tcW w:w="65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B58E2B7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518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BFE71DB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5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B629D47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04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138618A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B02E68A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</w:tbl>
    <w:p w14:paraId="146D5866" w14:textId="77777777" w:rsidR="00260FA9" w:rsidRPr="00CC42A2" w:rsidRDefault="00C061BB">
      <w:pPr>
        <w:spacing w:before="160" w:after="100"/>
        <w:rPr>
          <w:rFonts w:ascii="맑은 고딕" w:eastAsia="맑은 고딕" w:hAnsi="맑은 고딕"/>
          <w:sz w:val="24"/>
          <w:szCs w:val="24"/>
        </w:rPr>
      </w:pPr>
      <w:r w:rsidRPr="00CC42A2">
        <w:rPr>
          <w:rFonts w:ascii="맑은 고딕" w:eastAsia="맑은 고딕" w:hAnsi="맑은 고딕"/>
          <w:b/>
          <w:color w:val="6D28D9"/>
          <w:sz w:val="24"/>
          <w:szCs w:val="24"/>
        </w:rPr>
        <w:t xml:space="preserve">06  </w:t>
      </w:r>
      <w:r w:rsidRPr="00CC42A2">
        <w:rPr>
          <w:rFonts w:ascii="맑은 고딕" w:eastAsia="맑은 고딕" w:hAnsi="맑은 고딕"/>
          <w:b/>
          <w:color w:val="251347"/>
          <w:sz w:val="24"/>
          <w:szCs w:val="24"/>
        </w:rPr>
        <w:t>자격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436"/>
        <w:gridCol w:w="2209"/>
        <w:gridCol w:w="1303"/>
        <w:gridCol w:w="1983"/>
        <w:gridCol w:w="1583"/>
      </w:tblGrid>
      <w:tr w:rsidR="00260FA9" w:rsidRPr="0053716F" w14:paraId="351DE273" w14:textId="77777777" w:rsidTr="00756479">
        <w:trPr>
          <w:jc w:val="center"/>
        </w:trPr>
        <w:tc>
          <w:tcPr>
            <w:tcW w:w="128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41E4F74E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자격명</w:t>
            </w:r>
          </w:p>
        </w:tc>
        <w:tc>
          <w:tcPr>
            <w:tcW w:w="11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07F0324C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발급기관</w:t>
            </w:r>
          </w:p>
        </w:tc>
        <w:tc>
          <w:tcPr>
            <w:tcW w:w="68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24C6419D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등급</w:t>
            </w:r>
          </w:p>
        </w:tc>
        <w:tc>
          <w:tcPr>
            <w:tcW w:w="104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64CFD9C2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자격번호</w:t>
            </w: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14E1CA63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취득일</w:t>
            </w:r>
          </w:p>
        </w:tc>
      </w:tr>
      <w:tr w:rsidR="00260FA9" w:rsidRPr="0053716F" w14:paraId="5705C3BF" w14:textId="77777777" w:rsidTr="00756479">
        <w:trPr>
          <w:trHeight w:val="567"/>
          <w:jc w:val="center"/>
        </w:trPr>
        <w:tc>
          <w:tcPr>
            <w:tcW w:w="128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6852F3E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E7232B7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68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10847B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04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AB708AD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AD48BD8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  <w:tr w:rsidR="00260FA9" w:rsidRPr="0053716F" w14:paraId="4FD49878" w14:textId="77777777" w:rsidTr="00B771B6">
        <w:trPr>
          <w:trHeight w:val="567"/>
          <w:jc w:val="center"/>
        </w:trPr>
        <w:tc>
          <w:tcPr>
            <w:tcW w:w="128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3334DE8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6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24076C1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68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E1889CD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042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6B6673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83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9460FB0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</w:tbl>
    <w:p w14:paraId="29EA2304" w14:textId="77777777" w:rsidR="00260FA9" w:rsidRPr="00CC42A2" w:rsidRDefault="00C061BB">
      <w:pPr>
        <w:spacing w:before="160" w:after="100"/>
        <w:rPr>
          <w:rFonts w:ascii="맑은 고딕" w:eastAsia="맑은 고딕" w:hAnsi="맑은 고딕"/>
          <w:sz w:val="24"/>
          <w:szCs w:val="24"/>
        </w:rPr>
      </w:pPr>
      <w:r w:rsidRPr="00CC42A2">
        <w:rPr>
          <w:rFonts w:ascii="맑은 고딕" w:eastAsia="맑은 고딕" w:hAnsi="맑은 고딕"/>
          <w:b/>
          <w:color w:val="6D28D9"/>
          <w:sz w:val="24"/>
          <w:szCs w:val="24"/>
        </w:rPr>
        <w:t xml:space="preserve">07  </w:t>
      </w:r>
      <w:r w:rsidRPr="00CC42A2">
        <w:rPr>
          <w:rFonts w:ascii="맑은 고딕" w:eastAsia="맑은 고딕" w:hAnsi="맑은 고딕"/>
          <w:b/>
          <w:color w:val="251347"/>
          <w:sz w:val="24"/>
          <w:szCs w:val="24"/>
        </w:rPr>
        <w:t>수상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322"/>
        <w:gridCol w:w="2152"/>
        <w:gridCol w:w="1756"/>
        <w:gridCol w:w="3284"/>
      </w:tblGrid>
      <w:tr w:rsidR="00260FA9" w:rsidRPr="0053716F" w14:paraId="50652DE5" w14:textId="77777777" w:rsidTr="00756479">
        <w:trPr>
          <w:jc w:val="center"/>
        </w:trPr>
        <w:tc>
          <w:tcPr>
            <w:tcW w:w="122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164E07C1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수상명</w:t>
            </w:r>
          </w:p>
        </w:tc>
        <w:tc>
          <w:tcPr>
            <w:tcW w:w="113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4A8C2C89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수여기관</w:t>
            </w:r>
          </w:p>
        </w:tc>
        <w:tc>
          <w:tcPr>
            <w:tcW w:w="92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7E957129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수상일</w:t>
            </w:r>
          </w:p>
        </w:tc>
        <w:tc>
          <w:tcPr>
            <w:tcW w:w="172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46233997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내용</w:t>
            </w:r>
          </w:p>
        </w:tc>
      </w:tr>
      <w:tr w:rsidR="00260FA9" w:rsidRPr="0053716F" w14:paraId="6D758F09" w14:textId="77777777" w:rsidTr="00756479">
        <w:trPr>
          <w:trHeight w:val="567"/>
          <w:jc w:val="center"/>
        </w:trPr>
        <w:tc>
          <w:tcPr>
            <w:tcW w:w="122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49E9470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2B17C41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2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DF8B536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2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94CAC29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  <w:tr w:rsidR="00260FA9" w:rsidRPr="0053716F" w14:paraId="4895C8E6" w14:textId="77777777" w:rsidTr="00B771B6">
        <w:trPr>
          <w:trHeight w:val="567"/>
          <w:jc w:val="center"/>
        </w:trPr>
        <w:tc>
          <w:tcPr>
            <w:tcW w:w="1220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FD4CEC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13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D7CCEED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23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81B4818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2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A98D13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</w:tbl>
    <w:p w14:paraId="354905D5" w14:textId="77777777" w:rsidR="00260FA9" w:rsidRPr="00CC42A2" w:rsidRDefault="00C061BB">
      <w:pPr>
        <w:spacing w:before="160" w:after="100"/>
        <w:rPr>
          <w:rFonts w:ascii="맑은 고딕" w:eastAsia="맑은 고딕" w:hAnsi="맑은 고딕"/>
          <w:sz w:val="24"/>
          <w:szCs w:val="24"/>
        </w:rPr>
      </w:pPr>
      <w:r w:rsidRPr="00CC42A2">
        <w:rPr>
          <w:rFonts w:ascii="맑은 고딕" w:eastAsia="맑은 고딕" w:hAnsi="맑은 고딕"/>
          <w:b/>
          <w:color w:val="6D28D9"/>
          <w:sz w:val="24"/>
          <w:szCs w:val="24"/>
        </w:rPr>
        <w:t xml:space="preserve">08  </w:t>
      </w:r>
      <w:r w:rsidRPr="00CC42A2">
        <w:rPr>
          <w:rFonts w:ascii="맑은 고딕" w:eastAsia="맑은 고딕" w:hAnsi="맑은 고딕"/>
          <w:b/>
          <w:color w:val="251347"/>
          <w:sz w:val="24"/>
          <w:szCs w:val="24"/>
        </w:rPr>
        <w:t>교육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981"/>
        <w:gridCol w:w="2409"/>
        <w:gridCol w:w="1842"/>
        <w:gridCol w:w="3282"/>
      </w:tblGrid>
      <w:tr w:rsidR="00260FA9" w:rsidRPr="0053716F" w14:paraId="630665FA" w14:textId="77777777" w:rsidTr="00B771B6">
        <w:trPr>
          <w:jc w:val="center"/>
        </w:trPr>
        <w:tc>
          <w:tcPr>
            <w:tcW w:w="104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4D7193E5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proofErr w:type="spellStart"/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교육명</w:t>
            </w:r>
            <w:proofErr w:type="spellEnd"/>
          </w:p>
        </w:tc>
        <w:tc>
          <w:tcPr>
            <w:tcW w:w="126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19439807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교육기관</w:t>
            </w:r>
          </w:p>
        </w:tc>
        <w:tc>
          <w:tcPr>
            <w:tcW w:w="968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512C043B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기간</w:t>
            </w:r>
          </w:p>
        </w:tc>
        <w:tc>
          <w:tcPr>
            <w:tcW w:w="172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shd w:val="clear" w:color="auto" w:fill="F3EEFC"/>
            <w:tcMar>
              <w:top w:w="110" w:type="dxa"/>
              <w:left w:w="115" w:type="dxa"/>
              <w:bottom w:w="110" w:type="dxa"/>
              <w:right w:w="115" w:type="dxa"/>
            </w:tcMar>
            <w:vAlign w:val="center"/>
          </w:tcPr>
          <w:p w14:paraId="20AB3469" w14:textId="77777777" w:rsidR="00260FA9" w:rsidRPr="00043236" w:rsidRDefault="00C061BB">
            <w:pPr>
              <w:jc w:val="center"/>
              <w:rPr>
                <w:rFonts w:ascii="맑은 고딕" w:eastAsia="맑은 고딕" w:hAnsi="맑은 고딕"/>
                <w:sz w:val="16"/>
                <w:szCs w:val="16"/>
              </w:rPr>
            </w:pPr>
            <w:r w:rsidRPr="00043236">
              <w:rPr>
                <w:rFonts w:ascii="맑은 고딕" w:eastAsia="맑은 고딕" w:hAnsi="맑은 고딕"/>
                <w:b/>
                <w:color w:val="251347"/>
                <w:sz w:val="16"/>
                <w:szCs w:val="16"/>
              </w:rPr>
              <w:t>내용</w:t>
            </w:r>
          </w:p>
        </w:tc>
      </w:tr>
      <w:tr w:rsidR="00260FA9" w:rsidRPr="0053716F" w14:paraId="2E902B49" w14:textId="77777777" w:rsidTr="00B771B6">
        <w:trPr>
          <w:trHeight w:val="567"/>
          <w:jc w:val="center"/>
        </w:trPr>
        <w:tc>
          <w:tcPr>
            <w:tcW w:w="104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830CC1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6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498CEEED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68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3EB6D762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2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771A9EA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  <w:tr w:rsidR="00260FA9" w:rsidRPr="0053716F" w14:paraId="3D6E1C72" w14:textId="77777777" w:rsidTr="00B771B6">
        <w:trPr>
          <w:trHeight w:val="567"/>
          <w:jc w:val="center"/>
        </w:trPr>
        <w:tc>
          <w:tcPr>
            <w:tcW w:w="1041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BD9489D" w14:textId="77777777" w:rsidR="00260FA9" w:rsidRPr="0053716F" w:rsidRDefault="00260FA9">
            <w:pPr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266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C3989D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968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FC26FF7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  <w:tc>
          <w:tcPr>
            <w:tcW w:w="1725" w:type="pct"/>
            <w:tcBorders>
              <w:top w:val="single" w:sz="4" w:space="0" w:color="DED8EA"/>
              <w:left w:val="single" w:sz="4" w:space="0" w:color="DED8EA"/>
              <w:bottom w:val="single" w:sz="4" w:space="0" w:color="DED8EA"/>
              <w:right w:val="single" w:sz="4" w:space="0" w:color="DED8EA"/>
            </w:tcBorders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514E21A8" w14:textId="77777777" w:rsidR="00260FA9" w:rsidRPr="0053716F" w:rsidRDefault="00260FA9">
            <w:pPr>
              <w:rPr>
                <w:rFonts w:ascii="맑은 고딕" w:eastAsia="맑은 고딕" w:hAnsi="맑은 고딕"/>
              </w:rPr>
            </w:pPr>
          </w:p>
        </w:tc>
      </w:tr>
    </w:tbl>
    <w:p w14:paraId="44462944" w14:textId="128575D2" w:rsidR="00260FA9" w:rsidRPr="00043236" w:rsidRDefault="00C061BB">
      <w:pPr>
        <w:spacing w:before="360"/>
        <w:jc w:val="center"/>
        <w:rPr>
          <w:rFonts w:ascii="맑은 고딕" w:eastAsia="맑은 고딕" w:hAnsi="맑은 고딕"/>
          <w:szCs w:val="18"/>
        </w:rPr>
      </w:pPr>
      <w:r w:rsidRPr="00043236">
        <w:rPr>
          <w:rFonts w:ascii="맑은 고딕" w:eastAsia="맑은 고딕" w:hAnsi="맑은 고딕"/>
          <w:szCs w:val="18"/>
          <w:lang w:eastAsia="ko-KR"/>
        </w:rPr>
        <w:t>상기 기재사항은 사실과 다름없음을 확인합니다.</w:t>
      </w:r>
      <w:r w:rsidRPr="00043236">
        <w:rPr>
          <w:rFonts w:ascii="맑은 고딕" w:eastAsia="맑은 고딕" w:hAnsi="맑은 고딕"/>
          <w:szCs w:val="18"/>
          <w:lang w:eastAsia="ko-KR"/>
        </w:rPr>
        <w:br/>
        <w:t>2026년       월       일</w:t>
      </w:r>
      <w:r w:rsidR="00CC42A2" w:rsidRPr="00043236">
        <w:rPr>
          <w:rFonts w:ascii="맑은 고딕" w:eastAsia="맑은 고딕" w:hAnsi="맑은 고딕"/>
          <w:szCs w:val="18"/>
          <w:lang w:eastAsia="ko-KR"/>
        </w:rPr>
        <w:br/>
      </w:r>
      <w:r w:rsidRPr="00043236">
        <w:rPr>
          <w:rFonts w:ascii="맑은 고딕" w:eastAsia="맑은 고딕" w:hAnsi="맑은 고딕"/>
          <w:szCs w:val="18"/>
          <w:lang w:eastAsia="ko-KR"/>
        </w:rPr>
        <w:br/>
      </w:r>
      <w:proofErr w:type="spellStart"/>
      <w:proofErr w:type="gramStart"/>
      <w:r w:rsidRPr="00043236">
        <w:rPr>
          <w:rFonts w:ascii="맑은 고딕" w:eastAsia="맑은 고딕" w:hAnsi="맑은 고딕"/>
          <w:szCs w:val="18"/>
        </w:rPr>
        <w:t>지원자</w:t>
      </w:r>
      <w:proofErr w:type="spellEnd"/>
      <w:r w:rsidRPr="00043236">
        <w:rPr>
          <w:rFonts w:ascii="맑은 고딕" w:eastAsia="맑은 고딕" w:hAnsi="맑은 고딕"/>
          <w:szCs w:val="18"/>
        </w:rPr>
        <w:t xml:space="preserve"> :</w:t>
      </w:r>
      <w:proofErr w:type="gramEnd"/>
      <w:r w:rsidRPr="00043236">
        <w:rPr>
          <w:rFonts w:ascii="맑은 고딕" w:eastAsia="맑은 고딕" w:hAnsi="맑은 고딕"/>
          <w:szCs w:val="18"/>
        </w:rPr>
        <w:t xml:space="preserve">                         (인)</w:t>
      </w:r>
    </w:p>
    <w:sectPr w:rsidR="00260FA9" w:rsidRPr="00043236" w:rsidSect="00034616">
      <w:headerReference w:type="default" r:id="rId8"/>
      <w:footerReference w:type="default" r:id="rId9"/>
      <w:pgSz w:w="11906" w:h="16838"/>
      <w:pgMar w:top="964" w:right="1191" w:bottom="79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7461BA" w14:textId="77777777" w:rsidR="000C3133" w:rsidRDefault="000C3133">
      <w:pPr>
        <w:spacing w:line="240" w:lineRule="auto"/>
      </w:pPr>
      <w:r>
        <w:separator/>
      </w:r>
    </w:p>
  </w:endnote>
  <w:endnote w:type="continuationSeparator" w:id="0">
    <w:p w14:paraId="44EFB70D" w14:textId="77777777" w:rsidR="000C3133" w:rsidRDefault="000C31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KR">
    <w:altName w:val="Yu Gothic"/>
    <w:panose1 w:val="00000000000000000000"/>
    <w:charset w:val="80"/>
    <w:family w:val="swiss"/>
    <w:notTrueType/>
    <w:pitch w:val="variable"/>
    <w:sig w:usb0="30000083" w:usb1="2BDF3C10" w:usb2="00000016" w:usb3="00000000" w:csb0="002E0107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D2FA5" w14:textId="414915BB" w:rsidR="00260FA9" w:rsidRDefault="00CC42A2" w:rsidP="00CC42A2">
    <w:pPr>
      <w:pStyle w:val="a6"/>
      <w:jc w:val="center"/>
    </w:pPr>
    <w:r>
      <w:rPr>
        <w:noProof/>
      </w:rPr>
      <w:drawing>
        <wp:inline distT="0" distB="0" distL="0" distR="0" wp14:anchorId="5FAE1D6C" wp14:editId="35ABA6AE">
          <wp:extent cx="717453" cy="306221"/>
          <wp:effectExtent l="0" t="0" r="0" b="0"/>
          <wp:docPr id="1249316123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9316123" name="그림 12493161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539" cy="322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9B138" w14:textId="77777777" w:rsidR="000C3133" w:rsidRDefault="000C3133">
      <w:pPr>
        <w:spacing w:line="240" w:lineRule="auto"/>
      </w:pPr>
      <w:r>
        <w:separator/>
      </w:r>
    </w:p>
  </w:footnote>
  <w:footnote w:type="continuationSeparator" w:id="0">
    <w:p w14:paraId="5275209A" w14:textId="77777777" w:rsidR="000C3133" w:rsidRDefault="000C31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486D5B" w14:textId="79855D6E" w:rsidR="00E35B57" w:rsidRDefault="00E35B57" w:rsidP="00E35B57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4D8601C"/>
    <w:multiLevelType w:val="hybridMultilevel"/>
    <w:tmpl w:val="57CCA24E"/>
    <w:lvl w:ilvl="0" w:tplc="023648EE">
      <w:start w:val="1"/>
      <w:numFmt w:val="decimalZero"/>
      <w:lvlText w:val="%1"/>
      <w:lvlJc w:val="left"/>
      <w:pPr>
        <w:ind w:left="440" w:hanging="440"/>
      </w:pPr>
      <w:rPr>
        <w:rFonts w:hint="default"/>
        <w:color w:val="6D28D9"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Brad이범준">
    <w15:presenceInfo w15:providerId="AD" w15:userId="S::brad@glnint.com::bd9211ab-7857-4261-93cb-f024d96b6ad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3236"/>
    <w:rsid w:val="0006063C"/>
    <w:rsid w:val="000C3133"/>
    <w:rsid w:val="0011198B"/>
    <w:rsid w:val="0015074B"/>
    <w:rsid w:val="00260FA9"/>
    <w:rsid w:val="0029639D"/>
    <w:rsid w:val="00326F90"/>
    <w:rsid w:val="0053716F"/>
    <w:rsid w:val="00641D9C"/>
    <w:rsid w:val="00756479"/>
    <w:rsid w:val="009C7261"/>
    <w:rsid w:val="00AA1D8D"/>
    <w:rsid w:val="00B21F53"/>
    <w:rsid w:val="00B47730"/>
    <w:rsid w:val="00B76059"/>
    <w:rsid w:val="00B771B6"/>
    <w:rsid w:val="00C061BB"/>
    <w:rsid w:val="00CB0664"/>
    <w:rsid w:val="00CC2A69"/>
    <w:rsid w:val="00CC42A2"/>
    <w:rsid w:val="00E35B57"/>
    <w:rsid w:val="00E763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74304E"/>
  <w14:defaultImageDpi w14:val="300"/>
  <w15:docId w15:val="{89A4FF85-EDFF-4246-941E-889A5F9A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Noto Sans CJK KR" w:hAnsi="Noto Sans CJK KR"/>
      <w:color w:val="252331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1">
    <w:name w:val="Revision"/>
    <w:hidden/>
    <w:uiPriority w:val="99"/>
    <w:semiHidden/>
    <w:rsid w:val="0053716F"/>
    <w:pPr>
      <w:spacing w:after="0" w:line="240" w:lineRule="auto"/>
    </w:pPr>
    <w:rPr>
      <w:rFonts w:ascii="Noto Sans CJK KR" w:hAnsi="Noto Sans CJK KR"/>
      <w:color w:val="252331"/>
      <w:sz w:val="18"/>
    </w:rPr>
  </w:style>
  <w:style w:type="paragraph" w:styleId="aff2">
    <w:name w:val="Balloon Text"/>
    <w:basedOn w:val="a1"/>
    <w:link w:val="Char7"/>
    <w:uiPriority w:val="99"/>
    <w:semiHidden/>
    <w:unhideWhenUsed/>
    <w:rsid w:val="009C7261"/>
    <w:pPr>
      <w:spacing w:line="240" w:lineRule="auto"/>
    </w:pPr>
    <w:rPr>
      <w:rFonts w:asciiTheme="majorHAnsi" w:eastAsiaTheme="majorEastAsia" w:hAnsiTheme="majorHAnsi" w:cstheme="majorBidi"/>
      <w:szCs w:val="18"/>
    </w:rPr>
  </w:style>
  <w:style w:type="character" w:customStyle="1" w:styleId="Char7">
    <w:name w:val="풍선 도움말 텍스트 Char"/>
    <w:basedOn w:val="a2"/>
    <w:link w:val="aff2"/>
    <w:uiPriority w:val="99"/>
    <w:semiHidden/>
    <w:rsid w:val="009C7261"/>
    <w:rPr>
      <w:rFonts w:asciiTheme="majorHAnsi" w:eastAsiaTheme="majorEastAsia" w:hAnsiTheme="majorHAnsi" w:cstheme="majorBidi"/>
      <w:color w:val="25233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CCFC96-801E-40DB-84AE-55FE210738D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f31369-7f3b-4004-85d7-b35d0b970933}" enabled="1" method="Privileged" siteId="{4e6b8182-d4be-495e-8d58-5d02a79d67a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미송 이</cp:lastModifiedBy>
  <cp:revision>4</cp:revision>
  <cp:lastPrinted>2026-10-13T06:47:00Z</cp:lastPrinted>
  <dcterms:created xsi:type="dcterms:W3CDTF">2026-10-12T23:55:00Z</dcterms:created>
  <dcterms:modified xsi:type="dcterms:W3CDTF">2026-10-13T06:53:00Z</dcterms:modified>
  <cp:category/>
</cp:coreProperties>
</file>