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DC787" w14:textId="77777777" w:rsidR="001F421C" w:rsidRPr="00B73911" w:rsidRDefault="001F421C" w:rsidP="001F421C">
      <w:pPr>
        <w:pStyle w:val="a8"/>
        <w:jc w:val="center"/>
        <w:rPr>
          <w:rFonts w:ascii="맑은 고딕" w:eastAsia="맑은 고딕" w:hAnsi="맑은 고딕"/>
          <w:lang w:eastAsia="ko-KR"/>
        </w:rPr>
      </w:pPr>
      <w:r w:rsidRPr="00B73911">
        <w:rPr>
          <w:rFonts w:ascii="맑은 고딕" w:eastAsia="맑은 고딕" w:hAnsi="맑은 고딕" w:hint="eastAsia"/>
          <w:lang w:eastAsia="ko-KR"/>
        </w:rPr>
        <w:t>자기소개서</w:t>
      </w:r>
    </w:p>
    <w:p w14:paraId="58BC880B" w14:textId="77777777" w:rsidR="001F421C" w:rsidRPr="00B73911" w:rsidRDefault="001F421C" w:rsidP="001F421C">
      <w:pPr>
        <w:spacing w:after="200"/>
        <w:jc w:val="center"/>
        <w:rPr>
          <w:rFonts w:ascii="맑은 고딕" w:eastAsia="맑은 고딕" w:hAnsi="맑은 고딕"/>
          <w:lang w:eastAsia="ko-KR"/>
        </w:rPr>
      </w:pPr>
      <w:r w:rsidRPr="00B73911">
        <w:rPr>
          <w:rFonts w:ascii="맑은 고딕" w:eastAsia="맑은 고딕" w:hAnsi="맑은 고딕" w:hint="eastAsia"/>
          <w:color w:val="777184"/>
          <w:lang w:eastAsia="ko-KR"/>
        </w:rPr>
        <w:t>지엘엔인터내셔널 신입 및 경력 채용 지원 서류</w:t>
      </w:r>
    </w:p>
    <w:p w14:paraId="38F60EAF" w14:textId="2D35C381" w:rsidR="00387782" w:rsidRPr="00B73911" w:rsidRDefault="00387782" w:rsidP="00387782">
      <w:pPr>
        <w:spacing w:before="160" w:after="100"/>
        <w:rPr>
          <w:rFonts w:ascii="맑은 고딕" w:eastAsia="맑은 고딕" w:hAnsi="맑은 고딕"/>
          <w:sz w:val="24"/>
          <w:szCs w:val="24"/>
          <w:lang w:eastAsia="ko-KR"/>
        </w:rPr>
      </w:pPr>
      <w:r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br/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01</w:t>
      </w:r>
      <w:r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.</w:t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 xml:space="preserve">  </w:t>
      </w:r>
      <w:r w:rsidRPr="00B73911">
        <w:rPr>
          <w:rFonts w:ascii="맑은 고딕" w:eastAsia="맑은 고딕" w:hAnsi="맑은 고딕"/>
          <w:b/>
          <w:color w:val="251347"/>
          <w:sz w:val="24"/>
          <w:szCs w:val="24"/>
          <w:lang w:eastAsia="ko-KR"/>
        </w:rPr>
        <w:t>지원동기</w:t>
      </w:r>
    </w:p>
    <w:p w14:paraId="19F1134A" w14:textId="3AF97134" w:rsidR="00387782" w:rsidRPr="00A4453A" w:rsidRDefault="00387782" w:rsidP="00A4453A">
      <w:pPr>
        <w:spacing w:after="140" w:line="324" w:lineRule="auto"/>
        <w:rPr>
          <w:rFonts w:ascii="맑은 고딕" w:eastAsia="맑은 고딕" w:hAnsi="맑은 고딕"/>
          <w:szCs w:val="18"/>
          <w:lang w:eastAsia="ko-KR"/>
        </w:rPr>
      </w:pPr>
      <w:r w:rsidRPr="00C5090B">
        <w:rPr>
          <w:rFonts w:ascii="맑은 고딕" w:eastAsia="맑은 고딕" w:hAnsi="맑은 고딕"/>
          <w:szCs w:val="18"/>
          <w:lang w:eastAsia="ko-KR"/>
        </w:rPr>
        <w:t>지원자님이 GLN</w:t>
      </w:r>
      <w:proofErr w:type="spellStart"/>
      <w:r w:rsidRPr="00C5090B">
        <w:rPr>
          <w:rFonts w:ascii="맑은 고딕" w:eastAsia="맑은 고딕" w:hAnsi="맑은 고딕"/>
          <w:szCs w:val="18"/>
          <w:lang w:eastAsia="ko-KR"/>
        </w:rPr>
        <w:t>에</w:t>
      </w:r>
      <w:proofErr w:type="spellEnd"/>
      <w:r w:rsidRPr="00C5090B">
        <w:rPr>
          <w:rFonts w:ascii="맑은 고딕" w:eastAsia="맑은 고딕" w:hAnsi="맑은 고딕"/>
          <w:szCs w:val="18"/>
          <w:lang w:eastAsia="ko-KR"/>
        </w:rPr>
        <w:t xml:space="preserve"> 지원한 </w:t>
      </w:r>
      <w:r w:rsidRPr="00C5090B">
        <w:rPr>
          <w:rFonts w:ascii="맑은 고딕" w:eastAsia="맑은 고딕" w:hAnsi="맑은 고딕" w:hint="eastAsia"/>
          <w:szCs w:val="18"/>
          <w:lang w:eastAsia="ko-KR"/>
        </w:rPr>
        <w:t xml:space="preserve">동기에 대해 </w:t>
      </w:r>
      <w:r w:rsidRPr="00C5090B">
        <w:rPr>
          <w:rFonts w:ascii="맑은 고딕" w:eastAsia="맑은 고딕" w:hAnsi="맑은 고딕"/>
          <w:szCs w:val="18"/>
          <w:lang w:eastAsia="ko-KR"/>
        </w:rPr>
        <w:t>구체적으로 작성해 주세요.</w:t>
      </w:r>
      <w:r w:rsidR="00A4453A">
        <w:rPr>
          <w:rFonts w:ascii="맑은 고딕" w:eastAsia="맑은 고딕" w:hAnsi="맑은 고딕"/>
          <w:szCs w:val="18"/>
          <w:lang w:eastAsia="ko-KR"/>
        </w:rPr>
        <w:br/>
      </w:r>
      <w:r>
        <w:rPr>
          <w:rFonts w:ascii="맑은 고딕" w:eastAsia="맑은 고딕" w:hAnsi="맑은 고딕"/>
          <w:b/>
          <w:color w:val="6D28D9"/>
          <w:sz w:val="16"/>
          <w:lang w:eastAsia="ko-KR"/>
        </w:rPr>
        <w:t>500</w:t>
      </w:r>
      <w:r w:rsidRPr="00B73911">
        <w:rPr>
          <w:rFonts w:ascii="맑은 고딕" w:eastAsia="맑은 고딕" w:hAnsi="맑은 고딕"/>
          <w:b/>
          <w:color w:val="6D28D9"/>
          <w:sz w:val="16"/>
          <w:lang w:eastAsia="ko-KR"/>
        </w:rPr>
        <w:t>자 이내</w:t>
      </w:r>
    </w:p>
    <w:tbl>
      <w:tblPr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354"/>
      </w:tblGrid>
      <w:tr w:rsidR="00387782" w:rsidRPr="00C5090B" w14:paraId="7065EF94" w14:textId="77777777" w:rsidTr="00387782">
        <w:trPr>
          <w:trHeight w:val="3402"/>
        </w:trPr>
        <w:tc>
          <w:tcPr>
            <w:tcW w:w="9354" w:type="dxa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50" w:type="dxa"/>
              <w:left w:w="180" w:type="dxa"/>
              <w:bottom w:w="140" w:type="dxa"/>
              <w:right w:w="180" w:type="dxa"/>
            </w:tcMar>
          </w:tcPr>
          <w:p w14:paraId="507DB63A" w14:textId="77777777" w:rsidR="00387782" w:rsidRPr="00C5090B" w:rsidRDefault="00387782" w:rsidP="00387782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  <w:t xml:space="preserve"> </w:t>
            </w: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  <w:p w14:paraId="01C4BFB1" w14:textId="77777777" w:rsidR="00387782" w:rsidRPr="00C5090B" w:rsidRDefault="00387782" w:rsidP="00387782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</w:p>
          <w:p w14:paraId="73FA9D00" w14:textId="77777777" w:rsidR="00387782" w:rsidRPr="00C5090B" w:rsidRDefault="00387782" w:rsidP="00387782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</w:tc>
      </w:tr>
    </w:tbl>
    <w:p w14:paraId="02AAB6E0" w14:textId="77777777" w:rsidR="00387782" w:rsidRPr="00B73911" w:rsidRDefault="00387782" w:rsidP="00387782">
      <w:pPr>
        <w:spacing w:before="160" w:after="100"/>
        <w:rPr>
          <w:rFonts w:ascii="맑은 고딕" w:eastAsia="맑은 고딕" w:hAnsi="맑은 고딕"/>
          <w:sz w:val="24"/>
          <w:szCs w:val="24"/>
          <w:lang w:eastAsia="ko-KR"/>
        </w:rPr>
      </w:pPr>
      <w:r>
        <w:rPr>
          <w:rFonts w:ascii="맑은 고딕" w:eastAsia="맑은 고딕" w:hAnsi="맑은 고딕"/>
          <w:sz w:val="24"/>
          <w:szCs w:val="24"/>
          <w:lang w:eastAsia="ko-KR"/>
        </w:rPr>
        <w:br/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0</w:t>
      </w:r>
      <w:r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2.</w:t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 xml:space="preserve">  </w:t>
      </w:r>
      <w:r>
        <w:rPr>
          <w:rFonts w:ascii="맑은 고딕" w:eastAsia="맑은 고딕" w:hAnsi="맑은 고딕" w:hint="eastAsia"/>
          <w:b/>
          <w:color w:val="251347"/>
          <w:sz w:val="24"/>
          <w:szCs w:val="24"/>
          <w:lang w:eastAsia="ko-KR"/>
        </w:rPr>
        <w:t>직무 전문성</w:t>
      </w:r>
    </w:p>
    <w:p w14:paraId="421C66A6" w14:textId="38FA7EE4" w:rsidR="00387782" w:rsidRPr="00A4453A" w:rsidRDefault="00387782" w:rsidP="00A4453A">
      <w:pPr>
        <w:spacing w:after="140" w:line="324" w:lineRule="auto"/>
        <w:rPr>
          <w:rFonts w:ascii="맑은 고딕" w:eastAsia="맑은 고딕" w:hAnsi="맑은 고딕"/>
          <w:szCs w:val="18"/>
          <w:lang w:eastAsia="ko-KR"/>
        </w:rPr>
      </w:pPr>
      <w:r w:rsidRPr="00C5090B">
        <w:rPr>
          <w:rFonts w:ascii="맑은 고딕" w:eastAsia="맑은 고딕" w:hAnsi="맑은 고딕"/>
          <w:szCs w:val="18"/>
          <w:lang w:eastAsia="ko-KR"/>
        </w:rPr>
        <w:t>지원 포지션</w:t>
      </w:r>
      <w:r w:rsidRPr="00C5090B">
        <w:rPr>
          <w:rFonts w:ascii="맑은 고딕" w:eastAsia="맑은 고딕" w:hAnsi="맑은 고딕" w:hint="eastAsia"/>
          <w:szCs w:val="18"/>
          <w:lang w:eastAsia="ko-KR"/>
        </w:rPr>
        <w:t xml:space="preserve"> 수행을 위해 </w:t>
      </w:r>
      <w:r w:rsidRPr="00C5090B">
        <w:rPr>
          <w:rFonts w:ascii="맑은 고딕" w:eastAsia="맑은 고딕" w:hAnsi="맑은 고딕"/>
          <w:szCs w:val="18"/>
          <w:lang w:eastAsia="ko-KR"/>
        </w:rPr>
        <w:t xml:space="preserve"> 관련된 가장 대표적인 업무 또는 프로젝트 경험을 선정하여 작성해 주세요. 목표와 본인의 역할, 주요 실행 내용 및 성과를 구체적으로 작성하고, 해당 경험에서 발휘한 본인의 강점을 설명해 주세요. </w:t>
      </w:r>
      <w:r w:rsidR="00A4453A">
        <w:rPr>
          <w:rFonts w:ascii="맑은 고딕" w:eastAsia="맑은 고딕" w:hAnsi="맑은 고딕"/>
          <w:szCs w:val="18"/>
          <w:lang w:eastAsia="ko-KR"/>
        </w:rPr>
        <w:br/>
      </w:r>
      <w:r>
        <w:rPr>
          <w:rFonts w:ascii="맑은 고딕" w:eastAsia="맑은 고딕" w:hAnsi="맑은 고딕"/>
          <w:b/>
          <w:color w:val="6D28D9"/>
          <w:sz w:val="16"/>
          <w:lang w:eastAsia="ko-KR"/>
        </w:rPr>
        <w:t>500</w:t>
      </w:r>
      <w:r w:rsidRPr="00B73911">
        <w:rPr>
          <w:rFonts w:ascii="맑은 고딕" w:eastAsia="맑은 고딕" w:hAnsi="맑은 고딕"/>
          <w:b/>
          <w:color w:val="6D28D9"/>
          <w:sz w:val="16"/>
          <w:lang w:eastAsia="ko-KR"/>
        </w:rPr>
        <w:t>자 이내</w:t>
      </w:r>
    </w:p>
    <w:tbl>
      <w:tblPr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354"/>
      </w:tblGrid>
      <w:tr w:rsidR="00A4453A" w:rsidRPr="00C5090B" w14:paraId="19AF7AE0" w14:textId="77777777" w:rsidTr="0005501C">
        <w:trPr>
          <w:trHeight w:val="3402"/>
        </w:trPr>
        <w:tc>
          <w:tcPr>
            <w:tcW w:w="9354" w:type="dxa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50" w:type="dxa"/>
              <w:left w:w="180" w:type="dxa"/>
              <w:bottom w:w="140" w:type="dxa"/>
              <w:right w:w="180" w:type="dxa"/>
            </w:tcMar>
          </w:tcPr>
          <w:p w14:paraId="16871EE3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  <w:t xml:space="preserve"> </w:t>
            </w: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  <w:p w14:paraId="58B8B099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</w:p>
          <w:p w14:paraId="405BB805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</w:tc>
      </w:tr>
    </w:tbl>
    <w:p w14:paraId="17AAB256" w14:textId="77777777" w:rsidR="00A4453A" w:rsidRDefault="00A4453A" w:rsidP="00387782">
      <w:pPr>
        <w:spacing w:before="160" w:after="100"/>
        <w:rPr>
          <w:rFonts w:ascii="맑은 고딕" w:eastAsia="맑은 고딕" w:hAnsi="맑은 고딕"/>
          <w:sz w:val="24"/>
          <w:szCs w:val="24"/>
          <w:lang w:eastAsia="ko-KR"/>
        </w:rPr>
      </w:pPr>
    </w:p>
    <w:p w14:paraId="3DA55C3E" w14:textId="7C099BCB" w:rsidR="00387782" w:rsidRPr="00B73911" w:rsidRDefault="00387782" w:rsidP="00387782">
      <w:pPr>
        <w:spacing w:before="160" w:after="100"/>
        <w:rPr>
          <w:rFonts w:ascii="맑은 고딕" w:eastAsia="맑은 고딕" w:hAnsi="맑은 고딕" w:hint="eastAsia"/>
          <w:sz w:val="24"/>
          <w:szCs w:val="24"/>
          <w:lang w:eastAsia="ko-KR"/>
        </w:rPr>
      </w:pPr>
      <w:r>
        <w:rPr>
          <w:rFonts w:ascii="맑은 고딕" w:eastAsia="맑은 고딕" w:hAnsi="맑은 고딕"/>
          <w:sz w:val="24"/>
          <w:szCs w:val="24"/>
          <w:lang w:eastAsia="ko-KR"/>
        </w:rPr>
        <w:lastRenderedPageBreak/>
        <w:br/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0</w:t>
      </w:r>
      <w:r w:rsidR="00A4453A">
        <w:rPr>
          <w:rFonts w:ascii="맑은 고딕" w:eastAsia="맑은 고딕" w:hAnsi="맑은 고딕" w:hint="eastAsia"/>
          <w:b/>
          <w:color w:val="6D28D9"/>
          <w:sz w:val="24"/>
          <w:szCs w:val="24"/>
          <w:lang w:eastAsia="ko-KR"/>
        </w:rPr>
        <w:t>3</w:t>
      </w:r>
      <w:r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.</w:t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 xml:space="preserve">  </w:t>
      </w:r>
      <w:r>
        <w:rPr>
          <w:rFonts w:ascii="맑은 고딕" w:eastAsia="맑은 고딕" w:hAnsi="맑은 고딕" w:hint="eastAsia"/>
          <w:b/>
          <w:color w:val="251347"/>
          <w:sz w:val="24"/>
          <w:szCs w:val="24"/>
          <w:lang w:eastAsia="ko-KR"/>
        </w:rPr>
        <w:t>성격의 장단점</w:t>
      </w:r>
    </w:p>
    <w:p w14:paraId="580BD650" w14:textId="1B1D9A10" w:rsidR="00387782" w:rsidRPr="00A4453A" w:rsidRDefault="00387782" w:rsidP="00A4453A">
      <w:pPr>
        <w:spacing w:after="140" w:line="324" w:lineRule="auto"/>
        <w:rPr>
          <w:rFonts w:ascii="맑은 고딕" w:eastAsia="맑은 고딕" w:hAnsi="맑은 고딕"/>
          <w:szCs w:val="18"/>
          <w:lang w:eastAsia="ko-KR"/>
        </w:rPr>
      </w:pPr>
      <w:r w:rsidRPr="00C5090B">
        <w:rPr>
          <w:rFonts w:ascii="맑은 고딕" w:eastAsia="맑은 고딕" w:hAnsi="맑은 고딕"/>
          <w:szCs w:val="18"/>
          <w:lang w:eastAsia="ko-KR"/>
        </w:rPr>
        <w:t>지원자님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의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성격상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장점과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단점을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구체적인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경험을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바탕으로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작성하고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,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단점을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개선하기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위해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어떤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노력을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기울이고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있는지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설명해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 xml:space="preserve"> </w:t>
      </w:r>
      <w:r w:rsidRPr="00C5090B"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>주세요</w:t>
      </w:r>
      <w:r w:rsidRPr="00C5090B">
        <w:rPr>
          <w:rFonts w:ascii="Segoe UI" w:hAnsi="Segoe UI" w:cs="Segoe UI"/>
          <w:color w:val="0D0D0D"/>
          <w:szCs w:val="18"/>
          <w:shd w:val="clear" w:color="auto" w:fill="FCFCFC"/>
          <w:lang w:eastAsia="ko-KR"/>
        </w:rPr>
        <w:t>.</w:t>
      </w:r>
      <w:r w:rsidR="00A4453A">
        <w:rPr>
          <w:rFonts w:ascii="맑은 고딕" w:eastAsia="맑은 고딕" w:hAnsi="맑은 고딕"/>
          <w:szCs w:val="18"/>
          <w:lang w:eastAsia="ko-KR"/>
        </w:rPr>
        <w:br/>
      </w:r>
      <w:r>
        <w:rPr>
          <w:rFonts w:ascii="맑은 고딕" w:eastAsia="맑은 고딕" w:hAnsi="맑은 고딕"/>
          <w:b/>
          <w:color w:val="6D28D9"/>
          <w:sz w:val="16"/>
          <w:lang w:eastAsia="ko-KR"/>
        </w:rPr>
        <w:t>500</w:t>
      </w:r>
      <w:r w:rsidRPr="00B73911">
        <w:rPr>
          <w:rFonts w:ascii="맑은 고딕" w:eastAsia="맑은 고딕" w:hAnsi="맑은 고딕"/>
          <w:b/>
          <w:color w:val="6D28D9"/>
          <w:sz w:val="16"/>
          <w:lang w:eastAsia="ko-KR"/>
        </w:rPr>
        <w:t>자 이내</w:t>
      </w:r>
    </w:p>
    <w:tbl>
      <w:tblPr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354"/>
      </w:tblGrid>
      <w:tr w:rsidR="00A4453A" w:rsidRPr="00C5090B" w14:paraId="2BAAD800" w14:textId="77777777" w:rsidTr="0005501C">
        <w:trPr>
          <w:trHeight w:val="3402"/>
        </w:trPr>
        <w:tc>
          <w:tcPr>
            <w:tcW w:w="9354" w:type="dxa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50" w:type="dxa"/>
              <w:left w:w="180" w:type="dxa"/>
              <w:bottom w:w="140" w:type="dxa"/>
              <w:right w:w="180" w:type="dxa"/>
            </w:tcMar>
          </w:tcPr>
          <w:p w14:paraId="29617E6F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  <w:t xml:space="preserve"> </w:t>
            </w: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  <w:p w14:paraId="1C3C35BA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</w:p>
          <w:p w14:paraId="4CE5EC66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</w:tc>
      </w:tr>
    </w:tbl>
    <w:p w14:paraId="191A9620" w14:textId="5F501462" w:rsidR="00387782" w:rsidRPr="00B73911" w:rsidRDefault="00387782" w:rsidP="00387782">
      <w:pPr>
        <w:spacing w:before="160" w:after="100"/>
        <w:rPr>
          <w:rFonts w:ascii="맑은 고딕" w:eastAsia="맑은 고딕" w:hAnsi="맑은 고딕"/>
          <w:sz w:val="24"/>
          <w:szCs w:val="24"/>
          <w:lang w:eastAsia="ko-KR"/>
        </w:rPr>
      </w:pPr>
      <w:r>
        <w:rPr>
          <w:rFonts w:ascii="맑은 고딕" w:eastAsia="맑은 고딕" w:hAnsi="맑은 고딕"/>
          <w:sz w:val="24"/>
          <w:szCs w:val="24"/>
          <w:lang w:eastAsia="ko-KR"/>
        </w:rPr>
        <w:br/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0</w:t>
      </w:r>
      <w:r w:rsidR="00A4453A">
        <w:rPr>
          <w:rFonts w:ascii="맑은 고딕" w:eastAsia="맑은 고딕" w:hAnsi="맑은 고딕" w:hint="eastAsia"/>
          <w:b/>
          <w:color w:val="6D28D9"/>
          <w:sz w:val="24"/>
          <w:szCs w:val="24"/>
          <w:lang w:eastAsia="ko-KR"/>
        </w:rPr>
        <w:t>4</w:t>
      </w:r>
      <w:r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>.</w:t>
      </w:r>
      <w:r w:rsidRPr="00B73911">
        <w:rPr>
          <w:rFonts w:ascii="맑은 고딕" w:eastAsia="맑은 고딕" w:hAnsi="맑은 고딕"/>
          <w:b/>
          <w:color w:val="6D28D9"/>
          <w:sz w:val="24"/>
          <w:szCs w:val="24"/>
          <w:lang w:eastAsia="ko-KR"/>
        </w:rPr>
        <w:t xml:space="preserve">  </w:t>
      </w:r>
      <w:r w:rsidR="00A4453A">
        <w:rPr>
          <w:rFonts w:ascii="맑은 고딕" w:eastAsia="맑은 고딕" w:hAnsi="맑은 고딕" w:hint="eastAsia"/>
          <w:b/>
          <w:color w:val="251347"/>
          <w:sz w:val="24"/>
          <w:szCs w:val="24"/>
          <w:lang w:eastAsia="ko-KR"/>
        </w:rPr>
        <w:t>도전 경험</w:t>
      </w:r>
    </w:p>
    <w:p w14:paraId="4A763985" w14:textId="1DC93BC0" w:rsidR="00387782" w:rsidRPr="00B73911" w:rsidRDefault="00A4453A" w:rsidP="00A4453A">
      <w:pPr>
        <w:spacing w:after="140" w:line="324" w:lineRule="auto"/>
        <w:rPr>
          <w:rFonts w:ascii="맑은 고딕" w:eastAsia="맑은 고딕" w:hAnsi="맑은 고딕"/>
          <w:lang w:eastAsia="ko-KR"/>
        </w:rPr>
      </w:pPr>
      <w:r w:rsidRPr="00C5090B">
        <w:rPr>
          <w:rFonts w:ascii="맑은 고딕" w:eastAsia="맑은 고딕" w:hAnsi="맑은 고딕"/>
          <w:szCs w:val="18"/>
          <w:lang w:eastAsia="ko-KR"/>
        </w:rPr>
        <w:t>지원자님</w:t>
      </w:r>
      <w:r>
        <w:rPr>
          <w:rFonts w:ascii="맑은 고딕" w:eastAsia="맑은 고딕" w:hAnsi="맑은 고딕" w:cs="맑은 고딕" w:hint="eastAsia"/>
          <w:color w:val="0D0D0D"/>
          <w:szCs w:val="18"/>
          <w:shd w:val="clear" w:color="auto" w:fill="FCFCFC"/>
          <w:lang w:eastAsia="ko-KR"/>
        </w:rPr>
        <w:t xml:space="preserve">이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목표를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달성하기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위해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도전했던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경험과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해당 과정에서의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노력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및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성과를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구체적으로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작성해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color w:val="0D0D0D"/>
          <w:shd w:val="clear" w:color="auto" w:fill="FCFCFC"/>
          <w:lang w:eastAsia="ko-KR"/>
        </w:rPr>
        <w:t>주세요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t>.</w:t>
      </w:r>
      <w:r>
        <w:rPr>
          <w:rFonts w:ascii="Segoe UI" w:hAnsi="Segoe UI" w:cs="Segoe UI"/>
          <w:color w:val="0D0D0D"/>
          <w:shd w:val="clear" w:color="auto" w:fill="FCFCFC"/>
          <w:lang w:eastAsia="ko-KR"/>
        </w:rPr>
        <w:br/>
      </w:r>
      <w:r w:rsidR="00387782">
        <w:rPr>
          <w:rFonts w:ascii="맑은 고딕" w:eastAsia="맑은 고딕" w:hAnsi="맑은 고딕"/>
          <w:b/>
          <w:color w:val="6D28D9"/>
          <w:sz w:val="16"/>
          <w:lang w:eastAsia="ko-KR"/>
        </w:rPr>
        <w:t>500</w:t>
      </w:r>
      <w:r w:rsidR="00387782" w:rsidRPr="00B73911">
        <w:rPr>
          <w:rFonts w:ascii="맑은 고딕" w:eastAsia="맑은 고딕" w:hAnsi="맑은 고딕"/>
          <w:b/>
          <w:color w:val="6D28D9"/>
          <w:sz w:val="16"/>
          <w:lang w:eastAsia="ko-KR"/>
        </w:rPr>
        <w:t>자 이내</w:t>
      </w:r>
    </w:p>
    <w:tbl>
      <w:tblPr>
        <w:tblpPr w:leftFromText="142" w:rightFromText="142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354"/>
      </w:tblGrid>
      <w:tr w:rsidR="00A4453A" w:rsidRPr="00C5090B" w14:paraId="6BD504B4" w14:textId="77777777" w:rsidTr="0005501C">
        <w:trPr>
          <w:trHeight w:val="3402"/>
        </w:trPr>
        <w:tc>
          <w:tcPr>
            <w:tcW w:w="9354" w:type="dxa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50" w:type="dxa"/>
              <w:left w:w="180" w:type="dxa"/>
              <w:bottom w:w="140" w:type="dxa"/>
              <w:right w:w="180" w:type="dxa"/>
            </w:tcMar>
          </w:tcPr>
          <w:p w14:paraId="542D54C3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  <w:t xml:space="preserve"> </w:t>
            </w: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  <w:p w14:paraId="6A1991BB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</w:p>
          <w:p w14:paraId="71F8AB6A" w14:textId="77777777" w:rsidR="00A4453A" w:rsidRPr="00C5090B" w:rsidRDefault="00A4453A" w:rsidP="0005501C">
            <w:pPr>
              <w:spacing w:line="348" w:lineRule="auto"/>
              <w:jc w:val="center"/>
              <w:rPr>
                <w:rFonts w:ascii="맑은 고딕" w:eastAsia="맑은 고딕" w:hAnsi="맑은 고딕"/>
                <w:b/>
                <w:lang w:eastAsia="ko-KR"/>
              </w:rPr>
            </w:pPr>
            <w:r w:rsidRPr="00C5090B">
              <w:rPr>
                <w:rFonts w:ascii="맑은 고딕" w:eastAsia="맑은 고딕" w:hAnsi="맑은 고딕"/>
                <w:b/>
                <w:lang w:eastAsia="ko-KR"/>
              </w:rPr>
              <w:br/>
            </w:r>
          </w:p>
        </w:tc>
      </w:tr>
    </w:tbl>
    <w:p w14:paraId="53BBED87" w14:textId="348990B6" w:rsidR="001F421C" w:rsidRPr="00B73911" w:rsidRDefault="001F421C" w:rsidP="00387782">
      <w:pPr>
        <w:pStyle w:val="a8"/>
        <w:rPr>
          <w:rFonts w:ascii="맑은 고딕" w:eastAsia="맑은 고딕" w:hAnsi="맑은 고딕" w:hint="eastAsia"/>
          <w:sz w:val="24"/>
          <w:szCs w:val="24"/>
          <w:lang w:eastAsia="ko-KR"/>
        </w:rPr>
      </w:pPr>
    </w:p>
    <w:sectPr w:rsidR="001F421C" w:rsidRPr="00B73911" w:rsidSect="00034616">
      <w:footerReference w:type="default" r:id="rId8"/>
      <w:pgSz w:w="11906" w:h="16838"/>
      <w:pgMar w:top="964" w:right="1191" w:bottom="79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5E009D" w14:textId="77777777" w:rsidR="00874FEA" w:rsidRDefault="00874FEA">
      <w:pPr>
        <w:spacing w:line="240" w:lineRule="auto"/>
      </w:pPr>
      <w:r>
        <w:separator/>
      </w:r>
    </w:p>
  </w:endnote>
  <w:endnote w:type="continuationSeparator" w:id="0">
    <w:p w14:paraId="067FC798" w14:textId="77777777" w:rsidR="00874FEA" w:rsidRDefault="00874F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panose1 w:val="020B0500000000000000"/>
    <w:charset w:val="80"/>
    <w:family w:val="swiss"/>
    <w:notTrueType/>
    <w:pitch w:val="variable"/>
    <w:sig w:usb0="30000083" w:usb1="2BDF3C10" w:usb2="00000016" w:usb3="00000000" w:csb0="002E01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F7A1F8" w14:textId="77777777" w:rsidR="00415E00" w:rsidRDefault="003C0660" w:rsidP="003C0660">
    <w:pPr>
      <w:pStyle w:val="a6"/>
      <w:jc w:val="center"/>
    </w:pPr>
    <w:r>
      <w:rPr>
        <w:noProof/>
      </w:rPr>
      <w:drawing>
        <wp:inline distT="0" distB="0" distL="0" distR="0" wp14:anchorId="06EC8F11" wp14:editId="3C3936FF">
          <wp:extent cx="717453" cy="306221"/>
          <wp:effectExtent l="0" t="0" r="0" b="0"/>
          <wp:docPr id="124931612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316123" name="그림 12493161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539" cy="322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51CE1D" w14:textId="77777777" w:rsidR="00874FEA" w:rsidRDefault="00874FEA">
      <w:pPr>
        <w:spacing w:line="240" w:lineRule="auto"/>
      </w:pPr>
      <w:r>
        <w:separator/>
      </w:r>
    </w:p>
  </w:footnote>
  <w:footnote w:type="continuationSeparator" w:id="0">
    <w:p w14:paraId="1307B823" w14:textId="77777777" w:rsidR="00874FEA" w:rsidRDefault="00874F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6F466C"/>
    <w:multiLevelType w:val="hybridMultilevel"/>
    <w:tmpl w:val="CD8878C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09B62F6B"/>
    <w:multiLevelType w:val="hybridMultilevel"/>
    <w:tmpl w:val="C60C449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31305009">
    <w:abstractNumId w:val="8"/>
  </w:num>
  <w:num w:numId="2" w16cid:durableId="1396052120">
    <w:abstractNumId w:val="6"/>
  </w:num>
  <w:num w:numId="3" w16cid:durableId="1520006949">
    <w:abstractNumId w:val="5"/>
  </w:num>
  <w:num w:numId="4" w16cid:durableId="1827472097">
    <w:abstractNumId w:val="4"/>
  </w:num>
  <w:num w:numId="5" w16cid:durableId="1110585694">
    <w:abstractNumId w:val="7"/>
  </w:num>
  <w:num w:numId="6" w16cid:durableId="1335915538">
    <w:abstractNumId w:val="3"/>
  </w:num>
  <w:num w:numId="7" w16cid:durableId="1414551945">
    <w:abstractNumId w:val="2"/>
  </w:num>
  <w:num w:numId="8" w16cid:durableId="1061245813">
    <w:abstractNumId w:val="1"/>
  </w:num>
  <w:num w:numId="9" w16cid:durableId="291979154">
    <w:abstractNumId w:val="0"/>
  </w:num>
  <w:num w:numId="10" w16cid:durableId="1003432957">
    <w:abstractNumId w:val="10"/>
  </w:num>
  <w:num w:numId="11" w16cid:durableId="60234965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69D"/>
    <w:rsid w:val="0015074B"/>
    <w:rsid w:val="00175188"/>
    <w:rsid w:val="001E25D9"/>
    <w:rsid w:val="001F421C"/>
    <w:rsid w:val="0029639D"/>
    <w:rsid w:val="00326F90"/>
    <w:rsid w:val="00387782"/>
    <w:rsid w:val="003C0660"/>
    <w:rsid w:val="003E01C9"/>
    <w:rsid w:val="00415E00"/>
    <w:rsid w:val="00431140"/>
    <w:rsid w:val="004902C5"/>
    <w:rsid w:val="0063755A"/>
    <w:rsid w:val="00874FEA"/>
    <w:rsid w:val="008F647F"/>
    <w:rsid w:val="009B4BA3"/>
    <w:rsid w:val="00A4453A"/>
    <w:rsid w:val="00AA1A09"/>
    <w:rsid w:val="00AA1D8D"/>
    <w:rsid w:val="00B21F53"/>
    <w:rsid w:val="00B36484"/>
    <w:rsid w:val="00B47730"/>
    <w:rsid w:val="00B73911"/>
    <w:rsid w:val="00B837D5"/>
    <w:rsid w:val="00C5090B"/>
    <w:rsid w:val="00C86F5B"/>
    <w:rsid w:val="00CB0664"/>
    <w:rsid w:val="00CF2EAB"/>
    <w:rsid w:val="00EC64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477F6B"/>
  <w14:defaultImageDpi w14:val="300"/>
  <w15:docId w15:val="{89A4FF85-EDFF-4246-941E-889A5F9A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Noto Sans CJK KR" w:eastAsia="Noto Sans CJK KR" w:hAnsi="Noto Sans CJK KR"/>
      <w:color w:val="252331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  <w:rPr>
      <w:rFonts w:ascii="Noto Sans CJK KR" w:eastAsia="Noto Sans CJK KR" w:hAnsi="Noto Sans CJK KR"/>
    </w:rPr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  <w:rPr>
      <w:rFonts w:ascii="Noto Sans CJK KR" w:eastAsia="Noto Sans CJK KR" w:hAnsi="Noto Sans CJK KR"/>
    </w:rPr>
  </w:style>
  <w:style w:type="paragraph" w:styleId="a7">
    <w:name w:val="No Spacing"/>
    <w:uiPriority w:val="1"/>
    <w:qFormat/>
    <w:rsid w:val="00FC693F"/>
    <w:pPr>
      <w:spacing w:after="0" w:line="240" w:lineRule="auto"/>
    </w:pPr>
    <w:rPr>
      <w:rFonts w:ascii="Noto Sans CJK KR" w:eastAsia="Noto Sans CJK KR" w:hAnsi="Noto Sans CJK KR"/>
    </w:r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  <w:rPr>
      <w:rFonts w:ascii="Noto Sans CJK KR" w:eastAsia="Noto Sans CJK KR" w:hAnsi="Noto Sans CJK KR"/>
    </w:rPr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  <w:rPr>
      <w:rFonts w:ascii="Noto Sans CJK KR" w:eastAsia="Noto Sans CJK KR" w:hAnsi="Noto Sans CJK KR"/>
    </w:rPr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rFonts w:ascii="Noto Sans CJK KR" w:eastAsia="Noto Sans CJK KR" w:hAnsi="Noto Sans CJK KR"/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Noto Sans CJK KR" w:eastAsia="Noto Sans CJK KR" w:hAnsi="Noto Sans CJK K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Noto Sans CJK KR" w:eastAsia="Noto Sans CJK KR" w:hAnsi="Noto Sans CJK K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rFonts w:ascii="Noto Sans CJK KR" w:eastAsia="Noto Sans CJK KR" w:hAnsi="Noto Sans CJK KR"/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rFonts w:ascii="Noto Sans CJK KR" w:eastAsia="Noto Sans CJK KR" w:hAnsi="Noto Sans CJK KR"/>
      <w:b/>
      <w:bCs/>
    </w:rPr>
  </w:style>
  <w:style w:type="character" w:styleId="af2">
    <w:name w:val="Emphasis"/>
    <w:basedOn w:val="a2"/>
    <w:uiPriority w:val="20"/>
    <w:qFormat/>
    <w:rsid w:val="00FC693F"/>
    <w:rPr>
      <w:rFonts w:ascii="Noto Sans CJK KR" w:eastAsia="Noto Sans CJK KR" w:hAnsi="Noto Sans CJK KR"/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rFonts w:ascii="Noto Sans CJK KR" w:eastAsia="Noto Sans CJK KR" w:hAnsi="Noto Sans CJK KR"/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rFonts w:ascii="Noto Sans CJK KR" w:eastAsia="Noto Sans CJK KR" w:hAnsi="Noto Sans CJK KR"/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rFonts w:ascii="Noto Sans CJK KR" w:eastAsia="Noto Sans CJK KR" w:hAnsi="Noto Sans CJK KR"/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rFonts w:ascii="Noto Sans CJK KR" w:eastAsia="Noto Sans CJK KR" w:hAnsi="Noto Sans CJK KR"/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rFonts w:ascii="Noto Sans CJK KR" w:eastAsia="Noto Sans CJK KR" w:hAnsi="Noto Sans CJK KR"/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rFonts w:ascii="Noto Sans CJK KR" w:eastAsia="Noto Sans CJK KR" w:hAnsi="Noto Sans CJK KR"/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Noto Sans CJK KR" w:eastAsia="Noto Sans CJK KR" w:hAnsi="Noto Sans CJK KR"/>
    </w:rPr>
  </w:style>
  <w:style w:type="table" w:styleId="af9">
    <w:name w:val="Table Grid"/>
    <w:basedOn w:val="a3"/>
    <w:uiPriority w:val="59"/>
    <w:rsid w:val="00FC693F"/>
    <w:pPr>
      <w:spacing w:after="0" w:line="240" w:lineRule="auto"/>
    </w:pPr>
    <w:rPr>
      <w:rFonts w:ascii="Noto Sans CJK KR" w:eastAsia="Noto Sans CJK KR" w:hAnsi="Noto Sans CJK 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Noto Sans CJK KR" w:eastAsia="Noto Sans CJK KR" w:hAnsi="Noto Sans CJK KR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Noto Sans CJK KR" w:eastAsia="Noto Sans CJK KR" w:hAnsi="Noto Sans CJK K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Noto Sans CJK KR" w:eastAsia="Noto Sans CJK KR" w:hAnsi="Noto Sans CJK KR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Noto Sans CJK KR" w:eastAsia="Noto Sans CJK KR" w:hAnsi="Noto Sans CJK KR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80D58F-B5ED-49E4-BADA-77A69BF3D3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f31369-7f3b-4004-85d7-b35d0b970933}" enabled="1" method="Privileged" siteId="{4e6b8182-d4be-495e-8d58-5d02a79d67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Brad이범준</cp:lastModifiedBy>
  <cp:revision>3</cp:revision>
  <dcterms:created xsi:type="dcterms:W3CDTF">2026-10-13T05:27:00Z</dcterms:created>
  <dcterms:modified xsi:type="dcterms:W3CDTF">2026-10-13T05:28:00Z</dcterms:modified>
  <cp:category/>
</cp:coreProperties>
</file>