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677ED" w14:textId="77777777" w:rsidR="00971D62" w:rsidRDefault="00000000">
      <w:pPr>
        <w:jc w:val="right"/>
        <w:rPr>
          <w:lang w:eastAsia="ko-KR"/>
        </w:rPr>
      </w:pPr>
      <w:r>
        <w:rPr>
          <w:b/>
          <w:color w:val="184166"/>
          <w:sz w:val="18"/>
          <w:lang w:eastAsia="ko-KR"/>
        </w:rPr>
        <w:t>CAFE 385  |  ART SPACE</w:t>
      </w:r>
    </w:p>
    <w:p w14:paraId="78738E38" w14:textId="77777777" w:rsidR="00971D62" w:rsidRDefault="00000000">
      <w:pPr>
        <w:spacing w:before="160"/>
        <w:rPr>
          <w:lang w:eastAsia="ko-KR"/>
        </w:rPr>
      </w:pPr>
      <w:r>
        <w:rPr>
          <w:b/>
          <w:color w:val="163C60"/>
          <w:sz w:val="36"/>
          <w:lang w:eastAsia="ko-KR"/>
        </w:rPr>
        <w:t xml:space="preserve">2027 </w:t>
      </w:r>
      <w:r>
        <w:rPr>
          <w:b/>
          <w:color w:val="163C60"/>
          <w:sz w:val="36"/>
          <w:lang w:eastAsia="ko-KR"/>
        </w:rPr>
        <w:t>전시작가</w:t>
      </w:r>
      <w:r>
        <w:rPr>
          <w:b/>
          <w:color w:val="163C60"/>
          <w:sz w:val="36"/>
          <w:lang w:eastAsia="ko-KR"/>
        </w:rPr>
        <w:t xml:space="preserve"> </w:t>
      </w:r>
      <w:r>
        <w:rPr>
          <w:b/>
          <w:color w:val="163C60"/>
          <w:sz w:val="36"/>
          <w:lang w:eastAsia="ko-KR"/>
        </w:rPr>
        <w:t>공개모집</w:t>
      </w:r>
    </w:p>
    <w:p w14:paraId="0423F35B" w14:textId="77777777" w:rsidR="00971D62" w:rsidRDefault="00000000">
      <w:pPr>
        <w:rPr>
          <w:lang w:eastAsia="ko-KR"/>
        </w:rPr>
      </w:pPr>
      <w:r>
        <w:rPr>
          <w:b/>
          <w:sz w:val="24"/>
          <w:lang w:eastAsia="ko-KR"/>
        </w:rPr>
        <w:t>작가</w:t>
      </w:r>
      <w:r>
        <w:rPr>
          <w:b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소개서</w:t>
      </w:r>
      <w:r>
        <w:rPr>
          <w:b/>
          <w:sz w:val="24"/>
          <w:lang w:eastAsia="ko-KR"/>
        </w:rPr>
        <w:t xml:space="preserve">  |  </w:t>
      </w:r>
      <w:r>
        <w:rPr>
          <w:b/>
          <w:sz w:val="24"/>
          <w:lang w:eastAsia="ko-KR"/>
        </w:rPr>
        <w:t>지정</w:t>
      </w:r>
      <w:r>
        <w:rPr>
          <w:b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양식</w:t>
      </w:r>
    </w:p>
    <w:p w14:paraId="723BAB05" w14:textId="62C09784" w:rsidR="00971D62" w:rsidRDefault="00000000">
      <w:pPr>
        <w:spacing w:after="300"/>
        <w:rPr>
          <w:lang w:eastAsia="ko-KR"/>
        </w:rPr>
      </w:pPr>
      <w:r>
        <w:rPr>
          <w:lang w:eastAsia="ko-KR"/>
        </w:rPr>
        <w:t>본</w:t>
      </w:r>
      <w:r>
        <w:rPr>
          <w:lang w:eastAsia="ko-KR"/>
        </w:rPr>
        <w:t xml:space="preserve"> </w:t>
      </w:r>
      <w:r>
        <w:rPr>
          <w:lang w:eastAsia="ko-KR"/>
        </w:rPr>
        <w:t>소개서를</w:t>
      </w:r>
      <w:r>
        <w:rPr>
          <w:lang w:eastAsia="ko-KR"/>
        </w:rPr>
        <w:t xml:space="preserve"> </w:t>
      </w:r>
      <w:r>
        <w:rPr>
          <w:lang w:eastAsia="ko-KR"/>
        </w:rPr>
        <w:t>작성하여</w:t>
      </w:r>
      <w:r>
        <w:rPr>
          <w:lang w:eastAsia="ko-KR"/>
        </w:rPr>
        <w:t xml:space="preserve"> </w:t>
      </w:r>
      <w:r>
        <w:rPr>
          <w:lang w:eastAsia="ko-KR"/>
        </w:rPr>
        <w:t>포트폴리오</w:t>
      </w:r>
      <w:r>
        <w:rPr>
          <w:lang w:eastAsia="ko-KR"/>
        </w:rPr>
        <w:t>(</w:t>
      </w:r>
      <w:r>
        <w:rPr>
          <w:lang w:eastAsia="ko-KR"/>
        </w:rPr>
        <w:t>자유</w:t>
      </w:r>
      <w:r>
        <w:rPr>
          <w:lang w:eastAsia="ko-KR"/>
        </w:rPr>
        <w:t xml:space="preserve"> </w:t>
      </w:r>
      <w:r>
        <w:rPr>
          <w:lang w:eastAsia="ko-KR"/>
        </w:rPr>
        <w:t>양식</w:t>
      </w:r>
      <w:r>
        <w:rPr>
          <w:lang w:eastAsia="ko-KR"/>
        </w:rPr>
        <w:t>)</w:t>
      </w:r>
      <w:r>
        <w:rPr>
          <w:lang w:eastAsia="ko-KR"/>
        </w:rPr>
        <w:t>와</w:t>
      </w:r>
      <w:r>
        <w:rPr>
          <w:lang w:eastAsia="ko-KR"/>
        </w:rPr>
        <w:t xml:space="preserve"> </w:t>
      </w:r>
      <w:r>
        <w:rPr>
          <w:lang w:eastAsia="ko-KR"/>
        </w:rPr>
        <w:t>함께</w:t>
      </w:r>
      <w:r>
        <w:rPr>
          <w:lang w:eastAsia="ko-KR"/>
        </w:rPr>
        <w:t xml:space="preserve"> </w:t>
      </w:r>
      <w:r>
        <w:rPr>
          <w:lang w:eastAsia="ko-KR"/>
        </w:rPr>
        <w:t>이메일로</w:t>
      </w:r>
      <w:r>
        <w:rPr>
          <w:lang w:eastAsia="ko-KR"/>
        </w:rPr>
        <w:t xml:space="preserve"> </w:t>
      </w:r>
      <w:r>
        <w:rPr>
          <w:lang w:eastAsia="ko-KR"/>
        </w:rPr>
        <w:t>제출해</w:t>
      </w:r>
      <w:r>
        <w:rPr>
          <w:lang w:eastAsia="ko-KR"/>
        </w:rPr>
        <w:t xml:space="preserve"> </w:t>
      </w:r>
      <w:r>
        <w:rPr>
          <w:lang w:eastAsia="ko-KR"/>
        </w:rPr>
        <w:t>주세요</w:t>
      </w:r>
      <w:r>
        <w:rPr>
          <w:lang w:eastAsia="ko-KR"/>
        </w:rPr>
        <w:t>.</w:t>
      </w:r>
    </w:p>
    <w:p w14:paraId="761CCB29" w14:textId="77777777" w:rsidR="00971D62" w:rsidRDefault="00000000">
      <w:pPr>
        <w:spacing w:before="180"/>
      </w:pPr>
      <w:r>
        <w:rPr>
          <w:b/>
          <w:color w:val="163C60"/>
          <w:sz w:val="22"/>
        </w:rPr>
        <w:t xml:space="preserve">01  </w:t>
      </w:r>
      <w:r>
        <w:rPr>
          <w:b/>
          <w:color w:val="163C60"/>
          <w:sz w:val="22"/>
        </w:rPr>
        <w:t>기본</w:t>
      </w:r>
      <w:r>
        <w:rPr>
          <w:b/>
          <w:color w:val="163C60"/>
          <w:sz w:val="22"/>
        </w:rPr>
        <w:t xml:space="preserve"> </w:t>
      </w:r>
      <w:r>
        <w:rPr>
          <w:b/>
          <w:color w:val="163C60"/>
          <w:sz w:val="22"/>
        </w:rPr>
        <w:t>정보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4997"/>
        <w:gridCol w:w="4997"/>
      </w:tblGrid>
      <w:tr w:rsidR="00971D62" w14:paraId="32A92C9E" w14:textId="77777777">
        <w:trPr>
          <w:trHeight w:val="490"/>
        </w:trPr>
        <w:tc>
          <w:tcPr>
            <w:tcW w:w="4997" w:type="dxa"/>
            <w:shd w:val="clear" w:color="auto" w:fill="EDF2F6"/>
            <w:vAlign w:val="center"/>
          </w:tcPr>
          <w:p w14:paraId="49AAD6E9" w14:textId="77777777" w:rsidR="00971D62" w:rsidRDefault="00000000">
            <w:r>
              <w:rPr>
                <w:b/>
                <w:sz w:val="19"/>
              </w:rPr>
              <w:t>작가명</w:t>
            </w:r>
            <w:r>
              <w:rPr>
                <w:b/>
                <w:sz w:val="19"/>
              </w:rPr>
              <w:t xml:space="preserve"> / </w:t>
            </w:r>
            <w:r>
              <w:rPr>
                <w:b/>
                <w:sz w:val="19"/>
              </w:rPr>
              <w:t>팀명</w:t>
            </w:r>
          </w:p>
        </w:tc>
        <w:tc>
          <w:tcPr>
            <w:tcW w:w="4997" w:type="dxa"/>
            <w:vAlign w:val="center"/>
          </w:tcPr>
          <w:p w14:paraId="3A037B97" w14:textId="77777777" w:rsidR="00971D62" w:rsidRDefault="00971D62"/>
        </w:tc>
      </w:tr>
      <w:tr w:rsidR="00971D62" w14:paraId="326453FC" w14:textId="77777777">
        <w:trPr>
          <w:trHeight w:val="490"/>
        </w:trPr>
        <w:tc>
          <w:tcPr>
            <w:tcW w:w="4997" w:type="dxa"/>
            <w:shd w:val="clear" w:color="auto" w:fill="EDF2F6"/>
            <w:vAlign w:val="center"/>
          </w:tcPr>
          <w:p w14:paraId="1F217E4B" w14:textId="77777777" w:rsidR="00971D62" w:rsidRDefault="00000000">
            <w:r>
              <w:rPr>
                <w:b/>
                <w:sz w:val="19"/>
              </w:rPr>
              <w:t>활동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지역</w:t>
            </w:r>
          </w:p>
        </w:tc>
        <w:tc>
          <w:tcPr>
            <w:tcW w:w="4997" w:type="dxa"/>
            <w:vAlign w:val="center"/>
          </w:tcPr>
          <w:p w14:paraId="62F6D55E" w14:textId="77777777" w:rsidR="00971D62" w:rsidRDefault="00971D62"/>
        </w:tc>
      </w:tr>
      <w:tr w:rsidR="00971D62" w14:paraId="51DC00A7" w14:textId="77777777">
        <w:trPr>
          <w:trHeight w:val="490"/>
        </w:trPr>
        <w:tc>
          <w:tcPr>
            <w:tcW w:w="4997" w:type="dxa"/>
            <w:shd w:val="clear" w:color="auto" w:fill="EDF2F6"/>
            <w:vAlign w:val="center"/>
          </w:tcPr>
          <w:p w14:paraId="4DF6C669" w14:textId="77777777" w:rsidR="00971D62" w:rsidRDefault="00000000">
            <w:r>
              <w:rPr>
                <w:b/>
                <w:sz w:val="19"/>
              </w:rPr>
              <w:t>연락처</w:t>
            </w:r>
          </w:p>
        </w:tc>
        <w:tc>
          <w:tcPr>
            <w:tcW w:w="4997" w:type="dxa"/>
            <w:vAlign w:val="center"/>
          </w:tcPr>
          <w:p w14:paraId="0F267826" w14:textId="77777777" w:rsidR="00971D62" w:rsidRDefault="00971D62"/>
        </w:tc>
      </w:tr>
      <w:tr w:rsidR="00971D62" w14:paraId="041B8723" w14:textId="77777777">
        <w:trPr>
          <w:trHeight w:val="490"/>
        </w:trPr>
        <w:tc>
          <w:tcPr>
            <w:tcW w:w="4997" w:type="dxa"/>
            <w:shd w:val="clear" w:color="auto" w:fill="EDF2F6"/>
            <w:vAlign w:val="center"/>
          </w:tcPr>
          <w:p w14:paraId="0011DF03" w14:textId="77777777" w:rsidR="00971D62" w:rsidRDefault="00000000">
            <w:r>
              <w:rPr>
                <w:b/>
                <w:sz w:val="19"/>
              </w:rPr>
              <w:t>이메일</w:t>
            </w:r>
          </w:p>
        </w:tc>
        <w:tc>
          <w:tcPr>
            <w:tcW w:w="4997" w:type="dxa"/>
            <w:vAlign w:val="center"/>
          </w:tcPr>
          <w:p w14:paraId="48A52F7C" w14:textId="77777777" w:rsidR="00971D62" w:rsidRDefault="00971D62"/>
        </w:tc>
      </w:tr>
    </w:tbl>
    <w:p w14:paraId="2F1BF7B9" w14:textId="77777777" w:rsidR="00971D62" w:rsidRDefault="00000000">
      <w:pPr>
        <w:spacing w:before="180"/>
      </w:pPr>
      <w:r>
        <w:rPr>
          <w:b/>
          <w:color w:val="163C60"/>
          <w:sz w:val="22"/>
        </w:rPr>
        <w:t xml:space="preserve">02  </w:t>
      </w:r>
      <w:r>
        <w:rPr>
          <w:b/>
          <w:color w:val="163C60"/>
          <w:sz w:val="22"/>
        </w:rPr>
        <w:t>작품</w:t>
      </w:r>
      <w:r>
        <w:rPr>
          <w:b/>
          <w:color w:val="163C60"/>
          <w:sz w:val="22"/>
        </w:rPr>
        <w:t xml:space="preserve"> </w:t>
      </w:r>
      <w:r>
        <w:rPr>
          <w:b/>
          <w:color w:val="163C60"/>
          <w:sz w:val="22"/>
        </w:rPr>
        <w:t>활동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4997"/>
        <w:gridCol w:w="4997"/>
      </w:tblGrid>
      <w:tr w:rsidR="00971D62" w14:paraId="2A2796C2" w14:textId="77777777">
        <w:tc>
          <w:tcPr>
            <w:tcW w:w="4997" w:type="dxa"/>
            <w:shd w:val="clear" w:color="auto" w:fill="EDF2F6"/>
            <w:vAlign w:val="center"/>
          </w:tcPr>
          <w:p w14:paraId="5EFB3BE9" w14:textId="77777777" w:rsidR="00971D62" w:rsidRDefault="00000000">
            <w:r>
              <w:rPr>
                <w:b/>
                <w:sz w:val="19"/>
              </w:rPr>
              <w:t>활동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분야</w:t>
            </w:r>
          </w:p>
        </w:tc>
        <w:tc>
          <w:tcPr>
            <w:tcW w:w="4997" w:type="dxa"/>
            <w:vAlign w:val="center"/>
          </w:tcPr>
          <w:p w14:paraId="67365353" w14:textId="77777777" w:rsidR="00971D62" w:rsidRDefault="00000000">
            <w:pPr>
              <w:rPr>
                <w:lang w:eastAsia="ko-KR"/>
              </w:rPr>
            </w:pPr>
            <w:r>
              <w:rPr>
                <w:sz w:val="19"/>
                <w:lang w:eastAsia="ko-KR"/>
              </w:rPr>
              <w:t>예</w:t>
            </w:r>
            <w:r>
              <w:rPr>
                <w:sz w:val="19"/>
                <w:lang w:eastAsia="ko-KR"/>
              </w:rPr>
              <w:t xml:space="preserve">: </w:t>
            </w:r>
            <w:r>
              <w:rPr>
                <w:sz w:val="19"/>
                <w:lang w:eastAsia="ko-KR"/>
              </w:rPr>
              <w:t>회화</w:t>
            </w:r>
            <w:r>
              <w:rPr>
                <w:sz w:val="19"/>
                <w:lang w:eastAsia="ko-KR"/>
              </w:rPr>
              <w:t xml:space="preserve"> / </w:t>
            </w:r>
            <w:r>
              <w:rPr>
                <w:sz w:val="19"/>
                <w:lang w:eastAsia="ko-KR"/>
              </w:rPr>
              <w:t>일러스트</w:t>
            </w:r>
            <w:r>
              <w:rPr>
                <w:sz w:val="19"/>
                <w:lang w:eastAsia="ko-KR"/>
              </w:rPr>
              <w:t xml:space="preserve"> / </w:t>
            </w:r>
            <w:r>
              <w:rPr>
                <w:sz w:val="19"/>
                <w:lang w:eastAsia="ko-KR"/>
              </w:rPr>
              <w:t>사진</w:t>
            </w:r>
            <w:r>
              <w:rPr>
                <w:sz w:val="19"/>
                <w:lang w:eastAsia="ko-KR"/>
              </w:rPr>
              <w:t xml:space="preserve"> / </w:t>
            </w:r>
            <w:r>
              <w:rPr>
                <w:sz w:val="19"/>
                <w:lang w:eastAsia="ko-KR"/>
              </w:rPr>
              <w:t>설치</w:t>
            </w:r>
            <w:r>
              <w:rPr>
                <w:sz w:val="19"/>
                <w:lang w:eastAsia="ko-KR"/>
              </w:rPr>
              <w:t xml:space="preserve"> / </w:t>
            </w:r>
            <w:r>
              <w:rPr>
                <w:sz w:val="19"/>
                <w:lang w:eastAsia="ko-KR"/>
              </w:rPr>
              <w:t>오브제</w:t>
            </w:r>
          </w:p>
        </w:tc>
      </w:tr>
      <w:tr w:rsidR="00971D62" w14:paraId="00D0C6C2" w14:textId="77777777" w:rsidTr="003104E1">
        <w:trPr>
          <w:trHeight w:val="1041"/>
        </w:trPr>
        <w:tc>
          <w:tcPr>
            <w:tcW w:w="4997" w:type="dxa"/>
            <w:shd w:val="clear" w:color="auto" w:fill="EDF2F6"/>
            <w:vAlign w:val="center"/>
          </w:tcPr>
          <w:p w14:paraId="4BCF50C4" w14:textId="77777777" w:rsidR="00971D62" w:rsidRDefault="00000000">
            <w:r>
              <w:rPr>
                <w:b/>
                <w:sz w:val="19"/>
              </w:rPr>
              <w:t>작가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소개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및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작업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방향</w:t>
            </w:r>
          </w:p>
        </w:tc>
        <w:tc>
          <w:tcPr>
            <w:tcW w:w="4997" w:type="dxa"/>
            <w:vAlign w:val="center"/>
          </w:tcPr>
          <w:p w14:paraId="6B5A4332" w14:textId="1C726CCF" w:rsidR="00971D62" w:rsidRPr="003104E1" w:rsidRDefault="00000000">
            <w:pPr>
              <w:rPr>
                <w:lang w:eastAsia="ko-KR"/>
              </w:rPr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</w:tr>
    </w:tbl>
    <w:p w14:paraId="6465C209" w14:textId="77777777" w:rsidR="00971D62" w:rsidRDefault="00000000">
      <w:pPr>
        <w:spacing w:before="180"/>
      </w:pPr>
      <w:r>
        <w:rPr>
          <w:b/>
          <w:color w:val="163C60"/>
          <w:sz w:val="22"/>
        </w:rPr>
        <w:t xml:space="preserve">03  </w:t>
      </w:r>
      <w:r>
        <w:rPr>
          <w:b/>
          <w:color w:val="163C60"/>
          <w:sz w:val="22"/>
        </w:rPr>
        <w:t>주요</w:t>
      </w:r>
      <w:r>
        <w:rPr>
          <w:b/>
          <w:color w:val="163C60"/>
          <w:sz w:val="22"/>
        </w:rPr>
        <w:t xml:space="preserve"> </w:t>
      </w:r>
      <w:r>
        <w:rPr>
          <w:b/>
          <w:color w:val="163C60"/>
          <w:sz w:val="22"/>
        </w:rPr>
        <w:t>활동</w:t>
      </w:r>
      <w:r>
        <w:rPr>
          <w:b/>
          <w:color w:val="163C60"/>
          <w:sz w:val="22"/>
        </w:rPr>
        <w:t xml:space="preserve"> </w:t>
      </w:r>
      <w:r>
        <w:rPr>
          <w:b/>
          <w:color w:val="163C60"/>
          <w:sz w:val="22"/>
        </w:rPr>
        <w:t>약력</w:t>
      </w:r>
    </w:p>
    <w:p w14:paraId="2ED1D100" w14:textId="77777777" w:rsidR="00971D62" w:rsidRDefault="00000000">
      <w:pPr>
        <w:rPr>
          <w:lang w:eastAsia="ko-KR"/>
        </w:rPr>
      </w:pPr>
      <w:r>
        <w:rPr>
          <w:sz w:val="18"/>
          <w:lang w:eastAsia="ko-KR"/>
        </w:rPr>
        <w:t>최근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개인전</w:t>
      </w:r>
      <w:r>
        <w:rPr>
          <w:sz w:val="18"/>
          <w:lang w:eastAsia="ko-KR"/>
        </w:rPr>
        <w:t>·</w:t>
      </w:r>
      <w:r>
        <w:rPr>
          <w:sz w:val="18"/>
          <w:lang w:eastAsia="ko-KR"/>
        </w:rPr>
        <w:t>단체전</w:t>
      </w:r>
      <w:r>
        <w:rPr>
          <w:sz w:val="18"/>
          <w:lang w:eastAsia="ko-KR"/>
        </w:rPr>
        <w:t>·</w:t>
      </w:r>
      <w:r>
        <w:rPr>
          <w:sz w:val="18"/>
          <w:lang w:eastAsia="ko-KR"/>
        </w:rPr>
        <w:t>수상</w:t>
      </w:r>
      <w:r>
        <w:rPr>
          <w:sz w:val="18"/>
          <w:lang w:eastAsia="ko-KR"/>
        </w:rPr>
        <w:t>·</w:t>
      </w:r>
      <w:r>
        <w:rPr>
          <w:sz w:val="18"/>
          <w:lang w:eastAsia="ko-KR"/>
        </w:rPr>
        <w:t>기타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주요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활동을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간략히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작성해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주세요</w:t>
      </w:r>
      <w:r>
        <w:rPr>
          <w:sz w:val="18"/>
          <w:lang w:eastAsia="ko-KR"/>
        </w:rPr>
        <w:t>. (</w:t>
      </w:r>
      <w:r>
        <w:rPr>
          <w:sz w:val="18"/>
          <w:lang w:eastAsia="ko-KR"/>
        </w:rPr>
        <w:t>해당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사항이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없다면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생략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가능</w:t>
      </w:r>
      <w:r>
        <w:rPr>
          <w:sz w:val="18"/>
          <w:lang w:eastAsia="ko-KR"/>
        </w:rPr>
        <w:t>)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994"/>
      </w:tblGrid>
      <w:tr w:rsidR="00971D62" w14:paraId="709F11B2" w14:textId="77777777">
        <w:trPr>
          <w:trHeight w:val="533"/>
        </w:trPr>
        <w:tc>
          <w:tcPr>
            <w:tcW w:w="9994" w:type="dxa"/>
            <w:vAlign w:val="center"/>
          </w:tcPr>
          <w:p w14:paraId="424BCA5C" w14:textId="77777777" w:rsidR="00971D62" w:rsidRDefault="00000000">
            <w:r>
              <w:rPr>
                <w:sz w:val="19"/>
              </w:rPr>
              <w:t xml:space="preserve">20   </w:t>
            </w:r>
            <w:r>
              <w:rPr>
                <w:sz w:val="19"/>
              </w:rPr>
              <w:t>년</w:t>
            </w:r>
            <w:r>
              <w:rPr>
                <w:sz w:val="19"/>
              </w:rPr>
              <w:t xml:space="preserve">  |  </w:t>
            </w:r>
          </w:p>
        </w:tc>
      </w:tr>
      <w:tr w:rsidR="00971D62" w14:paraId="6737CF54" w14:textId="77777777">
        <w:trPr>
          <w:trHeight w:val="533"/>
        </w:trPr>
        <w:tc>
          <w:tcPr>
            <w:tcW w:w="9994" w:type="dxa"/>
            <w:vAlign w:val="center"/>
          </w:tcPr>
          <w:p w14:paraId="2176D78C" w14:textId="77777777" w:rsidR="00971D62" w:rsidRDefault="00000000">
            <w:r>
              <w:rPr>
                <w:sz w:val="19"/>
              </w:rPr>
              <w:t xml:space="preserve">20   </w:t>
            </w:r>
            <w:r>
              <w:rPr>
                <w:sz w:val="19"/>
              </w:rPr>
              <w:t>년</w:t>
            </w:r>
            <w:r>
              <w:rPr>
                <w:sz w:val="19"/>
              </w:rPr>
              <w:t xml:space="preserve">  |  </w:t>
            </w:r>
          </w:p>
        </w:tc>
      </w:tr>
      <w:tr w:rsidR="00971D62" w14:paraId="6B7136A6" w14:textId="77777777">
        <w:trPr>
          <w:trHeight w:val="533"/>
        </w:trPr>
        <w:tc>
          <w:tcPr>
            <w:tcW w:w="9994" w:type="dxa"/>
            <w:vAlign w:val="center"/>
          </w:tcPr>
          <w:p w14:paraId="6319AF91" w14:textId="77777777" w:rsidR="00971D62" w:rsidRDefault="00000000">
            <w:r>
              <w:rPr>
                <w:sz w:val="19"/>
              </w:rPr>
              <w:t xml:space="preserve">20   </w:t>
            </w:r>
            <w:r>
              <w:rPr>
                <w:sz w:val="19"/>
              </w:rPr>
              <w:t>년</w:t>
            </w:r>
            <w:r>
              <w:rPr>
                <w:sz w:val="19"/>
              </w:rPr>
              <w:t xml:space="preserve">  |  </w:t>
            </w:r>
          </w:p>
        </w:tc>
      </w:tr>
    </w:tbl>
    <w:p w14:paraId="714A6A80" w14:textId="77777777" w:rsidR="00971D62" w:rsidRDefault="00000000">
      <w:pPr>
        <w:spacing w:before="180"/>
      </w:pPr>
      <w:r>
        <w:rPr>
          <w:b/>
          <w:color w:val="163C60"/>
          <w:sz w:val="22"/>
        </w:rPr>
        <w:t xml:space="preserve">04  </w:t>
      </w:r>
      <w:r>
        <w:rPr>
          <w:b/>
          <w:color w:val="163C60"/>
          <w:sz w:val="22"/>
        </w:rPr>
        <w:t>전시</w:t>
      </w:r>
      <w:r>
        <w:rPr>
          <w:b/>
          <w:color w:val="163C60"/>
          <w:sz w:val="22"/>
        </w:rPr>
        <w:t xml:space="preserve"> </w:t>
      </w:r>
      <w:r>
        <w:rPr>
          <w:b/>
          <w:color w:val="163C60"/>
          <w:sz w:val="22"/>
        </w:rPr>
        <w:t>희망</w:t>
      </w:r>
      <w:r>
        <w:rPr>
          <w:b/>
          <w:color w:val="163C60"/>
          <w:sz w:val="22"/>
        </w:rPr>
        <w:t xml:space="preserve"> </w:t>
      </w:r>
      <w:r>
        <w:rPr>
          <w:b/>
          <w:color w:val="163C60"/>
          <w:sz w:val="22"/>
        </w:rPr>
        <w:t>일정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994"/>
      </w:tblGrid>
      <w:tr w:rsidR="00971D62" w14:paraId="32456A37" w14:textId="77777777">
        <w:tc>
          <w:tcPr>
            <w:tcW w:w="9994" w:type="dxa"/>
            <w:vAlign w:val="center"/>
          </w:tcPr>
          <w:p w14:paraId="4EE4956E" w14:textId="6339B0DD" w:rsidR="00971D62" w:rsidRPr="001A6253" w:rsidRDefault="00000000">
            <w:pPr>
              <w:rPr>
                <w:rFonts w:eastAsia="맑은 고딕"/>
                <w:lang w:eastAsia="ko-KR"/>
              </w:rPr>
            </w:pPr>
            <w:r>
              <w:rPr>
                <w:sz w:val="19"/>
                <w:lang w:eastAsia="ko-KR"/>
              </w:rPr>
              <w:t>2027</w:t>
            </w:r>
            <w:r>
              <w:rPr>
                <w:sz w:val="19"/>
                <w:lang w:eastAsia="ko-KR"/>
              </w:rPr>
              <w:t>년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희망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전시</w:t>
            </w:r>
            <w:r w:rsidR="00D92D1A">
              <w:rPr>
                <w:rFonts w:eastAsia="맑은 고딕" w:cs="맑은 고딕" w:hint="eastAsia"/>
                <w:sz w:val="19"/>
                <w:lang w:eastAsia="ko-KR"/>
              </w:rPr>
              <w:t xml:space="preserve"> 일정</w:t>
            </w:r>
            <w:r w:rsidR="001A6253">
              <w:rPr>
                <w:rFonts w:eastAsia="맑은 고딕" w:hint="eastAsia"/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 xml:space="preserve"> </w:t>
            </w:r>
            <w:r w:rsidR="001A6253">
              <w:rPr>
                <w:sz w:val="19"/>
                <w:lang w:eastAsia="ko-KR"/>
              </w:rPr>
              <w:t>|</w:t>
            </w:r>
            <w:r w:rsidR="001A6253">
              <w:rPr>
                <w:rFonts w:eastAsia="맑은 고딕" w:hint="eastAsia"/>
                <w:sz w:val="19"/>
                <w:lang w:eastAsia="ko-KR"/>
              </w:rPr>
              <w:t xml:space="preserve">  1지망: </w:t>
            </w:r>
            <w:r>
              <w:rPr>
                <w:sz w:val="19"/>
                <w:lang w:eastAsia="ko-KR"/>
              </w:rPr>
              <w:t>______</w:t>
            </w:r>
            <w:r>
              <w:rPr>
                <w:sz w:val="19"/>
                <w:lang w:eastAsia="ko-KR"/>
              </w:rPr>
              <w:t>월</w:t>
            </w:r>
            <w:r>
              <w:rPr>
                <w:sz w:val="19"/>
                <w:lang w:eastAsia="ko-KR"/>
              </w:rPr>
              <w:t xml:space="preserve">   /  </w:t>
            </w:r>
            <w:r w:rsidR="001A6253">
              <w:rPr>
                <w:rFonts w:eastAsia="맑은 고딕" w:hint="eastAsia"/>
                <w:sz w:val="19"/>
                <w:lang w:eastAsia="ko-KR"/>
              </w:rPr>
              <w:t xml:space="preserve">2지망: </w:t>
            </w:r>
            <w:r>
              <w:rPr>
                <w:sz w:val="19"/>
                <w:lang w:eastAsia="ko-KR"/>
              </w:rPr>
              <w:t>______</w:t>
            </w:r>
            <w:r>
              <w:rPr>
                <w:sz w:val="19"/>
                <w:lang w:eastAsia="ko-KR"/>
              </w:rPr>
              <w:t>월</w:t>
            </w:r>
          </w:p>
        </w:tc>
      </w:tr>
    </w:tbl>
    <w:p w14:paraId="2C087DDF" w14:textId="77777777" w:rsidR="00971D62" w:rsidRDefault="00000000">
      <w:pPr>
        <w:spacing w:before="100"/>
        <w:rPr>
          <w:rFonts w:eastAsia="맑은 고딕"/>
          <w:sz w:val="17"/>
          <w:lang w:eastAsia="ko-KR"/>
        </w:rPr>
      </w:pPr>
      <w:r>
        <w:rPr>
          <w:sz w:val="17"/>
          <w:lang w:eastAsia="ko-KR"/>
        </w:rPr>
        <w:t xml:space="preserve">※ </w:t>
      </w:r>
      <w:r>
        <w:rPr>
          <w:sz w:val="17"/>
          <w:lang w:eastAsia="ko-KR"/>
        </w:rPr>
        <w:t>전시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월은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내부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평가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및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일정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협의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후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최종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배정됩니다</w:t>
      </w:r>
      <w:r>
        <w:rPr>
          <w:sz w:val="17"/>
          <w:lang w:eastAsia="ko-KR"/>
        </w:rPr>
        <w:t>.</w:t>
      </w:r>
    </w:p>
    <w:p w14:paraId="29523801" w14:textId="77777777" w:rsidR="003104E1" w:rsidRDefault="003104E1" w:rsidP="003104E1">
      <w:pPr>
        <w:spacing w:before="100"/>
        <w:rPr>
          <w:rFonts w:eastAsia="맑은 고딕"/>
          <w:b/>
          <w:sz w:val="22"/>
          <w:lang w:eastAsia="ko-KR"/>
        </w:rPr>
      </w:pPr>
    </w:p>
    <w:p w14:paraId="67685256" w14:textId="77777777" w:rsidR="00842D0E" w:rsidRDefault="00842D0E" w:rsidP="00842D0E">
      <w:pPr>
        <w:spacing w:before="200"/>
        <w:rPr>
          <w:lang w:eastAsia="ko-KR"/>
        </w:rPr>
      </w:pPr>
      <w:r>
        <w:rPr>
          <w:b/>
          <w:color w:val="163C60"/>
          <w:lang w:eastAsia="ko-KR"/>
        </w:rPr>
        <w:t>제출</w:t>
      </w:r>
      <w:r>
        <w:rPr>
          <w:b/>
          <w:color w:val="163C60"/>
          <w:lang w:eastAsia="ko-KR"/>
        </w:rPr>
        <w:t xml:space="preserve"> </w:t>
      </w:r>
      <w:r>
        <w:rPr>
          <w:b/>
          <w:color w:val="163C60"/>
          <w:lang w:eastAsia="ko-KR"/>
        </w:rPr>
        <w:t>안내</w:t>
      </w:r>
      <w:r>
        <w:rPr>
          <w:b/>
          <w:color w:val="163C60"/>
          <w:lang w:eastAsia="ko-KR"/>
        </w:rPr>
        <w:t xml:space="preserve">  </w:t>
      </w:r>
      <w:r>
        <w:rPr>
          <w:lang w:eastAsia="ko-KR"/>
        </w:rPr>
        <w:t>작가</w:t>
      </w:r>
      <w:r>
        <w:rPr>
          <w:lang w:eastAsia="ko-KR"/>
        </w:rPr>
        <w:t xml:space="preserve"> </w:t>
      </w:r>
      <w:r>
        <w:rPr>
          <w:lang w:eastAsia="ko-KR"/>
        </w:rPr>
        <w:t>소개서</w:t>
      </w:r>
      <w:r>
        <w:rPr>
          <w:lang w:eastAsia="ko-KR"/>
        </w:rPr>
        <w:t>(</w:t>
      </w:r>
      <w:r>
        <w:rPr>
          <w:lang w:eastAsia="ko-KR"/>
        </w:rPr>
        <w:t>본</w:t>
      </w:r>
      <w:r>
        <w:rPr>
          <w:lang w:eastAsia="ko-KR"/>
        </w:rPr>
        <w:t xml:space="preserve"> </w:t>
      </w:r>
      <w:r>
        <w:rPr>
          <w:lang w:eastAsia="ko-KR"/>
        </w:rPr>
        <w:t>양식</w:t>
      </w:r>
      <w:r>
        <w:rPr>
          <w:lang w:eastAsia="ko-KR"/>
        </w:rPr>
        <w:t xml:space="preserve">) + </w:t>
      </w:r>
      <w:r>
        <w:rPr>
          <w:lang w:eastAsia="ko-KR"/>
        </w:rPr>
        <w:t>작품</w:t>
      </w:r>
      <w:r>
        <w:rPr>
          <w:lang w:eastAsia="ko-KR"/>
        </w:rPr>
        <w:t xml:space="preserve"> </w:t>
      </w:r>
      <w:r>
        <w:rPr>
          <w:lang w:eastAsia="ko-KR"/>
        </w:rPr>
        <w:t>포트폴리오</w:t>
      </w:r>
      <w:r>
        <w:rPr>
          <w:lang w:eastAsia="ko-KR"/>
        </w:rPr>
        <w:t>(</w:t>
      </w:r>
      <w:r>
        <w:rPr>
          <w:lang w:eastAsia="ko-KR"/>
        </w:rPr>
        <w:t>자유</w:t>
      </w:r>
      <w:r>
        <w:rPr>
          <w:lang w:eastAsia="ko-KR"/>
        </w:rPr>
        <w:t xml:space="preserve"> </w:t>
      </w:r>
      <w:r>
        <w:rPr>
          <w:lang w:eastAsia="ko-KR"/>
        </w:rPr>
        <w:t>양식</w:t>
      </w:r>
      <w:r>
        <w:rPr>
          <w:lang w:eastAsia="ko-KR"/>
        </w:rPr>
        <w:t xml:space="preserve">), </w:t>
      </w:r>
      <w:r>
        <w:rPr>
          <w:lang w:eastAsia="ko-KR"/>
        </w:rPr>
        <w:t>총</w:t>
      </w:r>
      <w:r>
        <w:rPr>
          <w:lang w:eastAsia="ko-KR"/>
        </w:rPr>
        <w:t xml:space="preserve"> 2</w:t>
      </w:r>
      <w:r>
        <w:rPr>
          <w:lang w:eastAsia="ko-KR"/>
        </w:rPr>
        <w:t>종</w:t>
      </w:r>
      <w:r>
        <w:rPr>
          <w:lang w:eastAsia="ko-KR"/>
        </w:rPr>
        <w:t xml:space="preserve"> </w:t>
      </w:r>
      <w:r>
        <w:rPr>
          <w:lang w:eastAsia="ko-KR"/>
        </w:rPr>
        <w:t>필수</w:t>
      </w:r>
      <w:r>
        <w:rPr>
          <w:lang w:eastAsia="ko-KR"/>
        </w:rPr>
        <w:t xml:space="preserve"> </w:t>
      </w:r>
      <w:r>
        <w:rPr>
          <w:lang w:eastAsia="ko-KR"/>
        </w:rPr>
        <w:t>제출</w:t>
      </w:r>
    </w:p>
    <w:p w14:paraId="3C55915F" w14:textId="2AE3EB8A" w:rsidR="003104E1" w:rsidRPr="00842D0E" w:rsidRDefault="00842D0E" w:rsidP="00842D0E">
      <w:pPr>
        <w:rPr>
          <w:rFonts w:eastAsia="맑은 고딕" w:hint="eastAsia"/>
          <w:sz w:val="18"/>
          <w:lang w:eastAsia="ko-KR"/>
        </w:rPr>
      </w:pPr>
      <w:r>
        <w:rPr>
          <w:sz w:val="18"/>
          <w:lang w:eastAsia="ko-KR"/>
        </w:rPr>
        <w:t>접수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이메일</w:t>
      </w:r>
      <w:r>
        <w:rPr>
          <w:sz w:val="18"/>
          <w:lang w:eastAsia="ko-KR"/>
        </w:rPr>
        <w:t xml:space="preserve">  </w:t>
      </w:r>
      <w:hyperlink r:id="rId6" w:history="1">
        <w:r w:rsidRPr="002E6567">
          <w:rPr>
            <w:rStyle w:val="aff1"/>
            <w:sz w:val="18"/>
            <w:lang w:eastAsia="ko-KR"/>
          </w:rPr>
          <w:t>rlacofls21@385.co.kr</w:t>
        </w:r>
      </w:hyperlink>
    </w:p>
    <w:p w14:paraId="088A660C" w14:textId="24F09374" w:rsidR="003104E1" w:rsidRPr="003104E1" w:rsidRDefault="003104E1" w:rsidP="003104E1">
      <w:pPr>
        <w:spacing w:before="100"/>
        <w:rPr>
          <w:rFonts w:eastAsia="맑은 고딕"/>
          <w:sz w:val="22"/>
          <w:lang w:eastAsia="ko-KR"/>
        </w:rPr>
      </w:pPr>
      <w:r w:rsidRPr="003104E1">
        <w:rPr>
          <w:rFonts w:eastAsia="맑은 고딕"/>
          <w:b/>
          <w:sz w:val="22"/>
          <w:lang w:eastAsia="ko-KR"/>
        </w:rPr>
        <w:lastRenderedPageBreak/>
        <w:t>05  개인정보 수집·이용 동의</w:t>
      </w:r>
    </w:p>
    <w:p w14:paraId="40798B5D" w14:textId="77777777" w:rsidR="003104E1" w:rsidRPr="003104E1" w:rsidRDefault="003104E1" w:rsidP="003104E1">
      <w:pPr>
        <w:spacing w:before="100"/>
        <w:rPr>
          <w:rFonts w:eastAsia="맑은 고딕"/>
          <w:sz w:val="18"/>
          <w:szCs w:val="18"/>
          <w:lang w:eastAsia="ko-KR"/>
        </w:rPr>
      </w:pPr>
      <w:r w:rsidRPr="003104E1">
        <w:rPr>
          <w:rFonts w:eastAsia="맑은 고딕"/>
          <w:sz w:val="18"/>
          <w:szCs w:val="18"/>
          <w:lang w:eastAsia="ko-KR"/>
        </w:rPr>
        <w:t>수집 항목: 작가명(팀명), 활동 지역, 연락처, 이메일, 작가 소개 및 활동 이력</w:t>
      </w:r>
    </w:p>
    <w:p w14:paraId="11E440AF" w14:textId="77777777" w:rsidR="003104E1" w:rsidRPr="003104E1" w:rsidRDefault="003104E1" w:rsidP="003104E1">
      <w:pPr>
        <w:spacing w:before="100"/>
        <w:rPr>
          <w:rFonts w:eastAsia="맑은 고딕"/>
          <w:sz w:val="18"/>
          <w:szCs w:val="18"/>
          <w:lang w:eastAsia="ko-KR"/>
        </w:rPr>
      </w:pPr>
      <w:r w:rsidRPr="003104E1">
        <w:rPr>
          <w:rFonts w:eastAsia="맑은 고딕"/>
          <w:sz w:val="18"/>
          <w:szCs w:val="18"/>
          <w:lang w:eastAsia="ko-KR"/>
        </w:rPr>
        <w:t>이용 목적: 전시작가 선정·심사, 결과 안내 및 전시 일정 협의</w:t>
      </w:r>
    </w:p>
    <w:p w14:paraId="7C924181" w14:textId="77777777" w:rsidR="003104E1" w:rsidRPr="003104E1" w:rsidRDefault="003104E1" w:rsidP="003104E1">
      <w:pPr>
        <w:spacing w:before="100"/>
        <w:rPr>
          <w:rFonts w:eastAsia="맑은 고딕"/>
          <w:sz w:val="18"/>
          <w:szCs w:val="18"/>
          <w:lang w:eastAsia="ko-KR"/>
        </w:rPr>
      </w:pPr>
      <w:r w:rsidRPr="003104E1">
        <w:rPr>
          <w:rFonts w:eastAsia="맑은 고딕"/>
          <w:sz w:val="18"/>
          <w:szCs w:val="18"/>
          <w:lang w:eastAsia="ko-KR"/>
        </w:rPr>
        <w:t>보유 기간: 모집 종료 후 1년 (단, 관계 법령에 따른 보존은 예외)</w:t>
      </w:r>
    </w:p>
    <w:p w14:paraId="11E7DA17" w14:textId="77777777" w:rsidR="003104E1" w:rsidRPr="003104E1" w:rsidRDefault="003104E1" w:rsidP="003104E1">
      <w:pPr>
        <w:spacing w:before="100"/>
        <w:rPr>
          <w:rFonts w:eastAsia="맑은 고딕"/>
          <w:sz w:val="18"/>
          <w:szCs w:val="18"/>
          <w:lang w:eastAsia="ko-KR"/>
        </w:rPr>
      </w:pPr>
      <w:r w:rsidRPr="003104E1">
        <w:rPr>
          <w:rFonts w:eastAsia="맑은 고딕"/>
          <w:sz w:val="18"/>
          <w:szCs w:val="18"/>
          <w:lang w:eastAsia="ko-KR"/>
        </w:rPr>
        <w:t>동의를 거부할 수 있으나, 미동의 시 전시작가 모집 심사 및 연락이 어렵습니다.</w:t>
      </w:r>
    </w:p>
    <w:p w14:paraId="06A67150" w14:textId="77777777" w:rsidR="003104E1" w:rsidRPr="003104E1" w:rsidRDefault="003104E1" w:rsidP="003104E1">
      <w:pPr>
        <w:spacing w:before="100"/>
        <w:rPr>
          <w:rFonts w:eastAsia="맑은 고딕"/>
          <w:lang w:eastAsia="ko-KR"/>
        </w:rPr>
      </w:pPr>
      <w:r w:rsidRPr="003104E1">
        <w:rPr>
          <w:rFonts w:eastAsia="맑은 고딕"/>
          <w:b/>
          <w:lang w:eastAsia="ko-KR"/>
        </w:rPr>
        <w:t>위 개인정보 수집·이용에 동의합니다.     □ 동의함     □ 동의하지 않음</w:t>
      </w:r>
    </w:p>
    <w:p w14:paraId="37556AB3" w14:textId="77777777" w:rsidR="00842D0E" w:rsidRDefault="00842D0E" w:rsidP="00D26759">
      <w:pPr>
        <w:jc w:val="right"/>
        <w:rPr>
          <w:rFonts w:eastAsia="맑은 고딕"/>
          <w:b/>
          <w:color w:val="163C60"/>
          <w:lang w:eastAsia="ko-KR"/>
        </w:rPr>
      </w:pPr>
    </w:p>
    <w:p w14:paraId="1B202B6D" w14:textId="04CFEA1F" w:rsidR="00D26759" w:rsidRPr="00D26759" w:rsidRDefault="00D26759" w:rsidP="00D26759">
      <w:pPr>
        <w:jc w:val="right"/>
        <w:rPr>
          <w:rFonts w:eastAsia="맑은 고딕"/>
          <w:sz w:val="18"/>
          <w:szCs w:val="18"/>
          <w:lang w:eastAsia="ko-KR"/>
        </w:rPr>
      </w:pPr>
      <w:r w:rsidRPr="00D26759">
        <w:rPr>
          <w:rFonts w:eastAsia="맑은 고딕"/>
          <w:sz w:val="18"/>
          <w:szCs w:val="18"/>
          <w:lang w:eastAsia="ko-KR"/>
        </w:rPr>
        <w:t>작성일: 202 년 월 일 작가명: ______________ (서명 또는 인)</w:t>
      </w:r>
    </w:p>
    <w:sectPr w:rsidR="00D26759" w:rsidRPr="00D26759" w:rsidSect="00034616">
      <w:pgSz w:w="12240" w:h="15840"/>
      <w:pgMar w:top="1037" w:right="1123" w:bottom="936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2686926">
    <w:abstractNumId w:val="8"/>
  </w:num>
  <w:num w:numId="2" w16cid:durableId="1284967324">
    <w:abstractNumId w:val="6"/>
  </w:num>
  <w:num w:numId="3" w16cid:durableId="2110932070">
    <w:abstractNumId w:val="5"/>
  </w:num>
  <w:num w:numId="4" w16cid:durableId="1054161273">
    <w:abstractNumId w:val="4"/>
  </w:num>
  <w:num w:numId="5" w16cid:durableId="1553417470">
    <w:abstractNumId w:val="7"/>
  </w:num>
  <w:num w:numId="6" w16cid:durableId="1809123876">
    <w:abstractNumId w:val="3"/>
  </w:num>
  <w:num w:numId="7" w16cid:durableId="1664163911">
    <w:abstractNumId w:val="2"/>
  </w:num>
  <w:num w:numId="8" w16cid:durableId="1981761916">
    <w:abstractNumId w:val="1"/>
  </w:num>
  <w:num w:numId="9" w16cid:durableId="1258833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6253"/>
    <w:rsid w:val="0029639D"/>
    <w:rsid w:val="003104E1"/>
    <w:rsid w:val="00326F90"/>
    <w:rsid w:val="00497572"/>
    <w:rsid w:val="00842D0E"/>
    <w:rsid w:val="0093770E"/>
    <w:rsid w:val="00971D62"/>
    <w:rsid w:val="00AA1D8D"/>
    <w:rsid w:val="00B47730"/>
    <w:rsid w:val="00BE4D9C"/>
    <w:rsid w:val="00CB0664"/>
    <w:rsid w:val="00D26759"/>
    <w:rsid w:val="00D92D1A"/>
    <w:rsid w:val="00E9797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84B646"/>
  <w14:defaultImageDpi w14:val="300"/>
  <w15:docId w15:val="{C643D77A-EB8E-4D16-81C6-4D3813447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/>
    </w:pPr>
    <w:rPr>
      <w:rFonts w:ascii="맑은 고딕" w:hAnsi="맑은 고딕"/>
      <w:color w:val="222F3C"/>
      <w:sz w:val="2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1">
    <w:name w:val="Hyperlink"/>
    <w:basedOn w:val="a2"/>
    <w:uiPriority w:val="99"/>
    <w:unhideWhenUsed/>
    <w:rsid w:val="00D26759"/>
    <w:rPr>
      <w:color w:val="0000FF" w:themeColor="hyperlink"/>
      <w:u w:val="single"/>
    </w:rPr>
  </w:style>
  <w:style w:type="character" w:styleId="aff2">
    <w:name w:val="Unresolved Mention"/>
    <w:basedOn w:val="a2"/>
    <w:uiPriority w:val="99"/>
    <w:semiHidden/>
    <w:unhideWhenUsed/>
    <w:rsid w:val="00D267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lacofls21@385.co.k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배 석민</cp:lastModifiedBy>
  <cp:revision>6</cp:revision>
  <dcterms:created xsi:type="dcterms:W3CDTF">2013-12-23T23:15:00Z</dcterms:created>
  <dcterms:modified xsi:type="dcterms:W3CDTF">2026-10-19T06:11:00Z</dcterms:modified>
  <cp:category/>
</cp:coreProperties>
</file>