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7C1E3B" w:rsidRPr="004338C9" w14:paraId="14382E1C" w14:textId="77777777">
        <w:trPr>
          <w:cantSplit/>
          <w:jc w:val="center"/>
        </w:trPr>
        <w:tc>
          <w:tcPr>
            <w:tcW w:w="10206" w:type="dxa"/>
            <w:shd w:val="clear" w:color="auto" w:fill="102A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D12B9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36"/>
                <w:szCs w:val="36"/>
              </w:rPr>
            </w:pPr>
            <w:r w:rsidRPr="004338C9">
              <w:rPr>
                <w:rFonts w:cs="맑은 고딕" w:hint="eastAsia"/>
                <w:b/>
                <w:color w:val="FFFFFF"/>
                <w:sz w:val="36"/>
                <w:szCs w:val="36"/>
              </w:rPr>
              <w:t>제</w:t>
            </w:r>
            <w:r w:rsidRPr="004338C9">
              <w:rPr>
                <w:rFonts w:ascii="Meiryo UI" w:eastAsia="Meiryo UI" w:hAnsi="Meiryo UI"/>
                <w:b/>
                <w:color w:val="FFFFFF"/>
                <w:sz w:val="36"/>
                <w:szCs w:val="36"/>
              </w:rPr>
              <w:t>2</w:t>
            </w:r>
            <w:r w:rsidRPr="004338C9">
              <w:rPr>
                <w:rFonts w:cs="맑은 고딕" w:hint="eastAsia"/>
                <w:b/>
                <w:color w:val="FFFFFF"/>
                <w:sz w:val="36"/>
                <w:szCs w:val="36"/>
              </w:rPr>
              <w:t>회</w:t>
            </w:r>
            <w:r w:rsidRPr="004338C9">
              <w:rPr>
                <w:rFonts w:ascii="Meiryo UI" w:eastAsia="Meiryo UI" w:hAnsi="Meiryo UI"/>
                <w:b/>
                <w:color w:val="FFFFFF"/>
                <w:sz w:val="36"/>
                <w:szCs w:val="36"/>
              </w:rPr>
              <w:t xml:space="preserve"> Nitto Open Innovation Challenge</w:t>
            </w:r>
          </w:p>
          <w:p w14:paraId="1093E155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67D4F4"/>
                <w:sz w:val="36"/>
                <w:szCs w:val="36"/>
              </w:rPr>
              <w:t>참가신청서</w:t>
            </w:r>
          </w:p>
        </w:tc>
      </w:tr>
    </w:tbl>
    <w:p w14:paraId="4A4D9A18" w14:textId="77777777" w:rsidR="007C1E3B" w:rsidRPr="004338C9" w:rsidRDefault="00804E2B">
      <w:pPr>
        <w:spacing w:before="100" w:after="140"/>
        <w:jc w:val="center"/>
        <w:rPr>
          <w:rFonts w:ascii="Meiryo UI" w:eastAsia="Meiryo UI" w:hAnsi="Meiryo UI"/>
          <w:b/>
          <w:color w:val="102A66"/>
          <w:sz w:val="20"/>
          <w:szCs w:val="20"/>
          <w:lang w:eastAsia="ko-KR"/>
        </w:rPr>
      </w:pP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>Nitto</w:t>
      </w:r>
      <w:r w:rsidRPr="004338C9">
        <w:rPr>
          <w:rFonts w:cs="맑은 고딕" w:hint="eastAsia"/>
          <w:b/>
          <w:color w:val="102A66"/>
          <w:sz w:val="20"/>
          <w:szCs w:val="20"/>
          <w:lang w:eastAsia="ko-KR"/>
        </w:rPr>
        <w:t>의</w:t>
      </w: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 xml:space="preserve"> </w:t>
      </w:r>
      <w:r w:rsidRPr="004338C9">
        <w:rPr>
          <w:rFonts w:cs="맑은 고딕" w:hint="eastAsia"/>
          <w:b/>
          <w:color w:val="102A66"/>
          <w:sz w:val="20"/>
          <w:szCs w:val="20"/>
          <w:lang w:eastAsia="ko-KR"/>
        </w:rPr>
        <w:t>기술과</w:t>
      </w: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 xml:space="preserve"> </w:t>
      </w:r>
      <w:r w:rsidRPr="004338C9">
        <w:rPr>
          <w:rFonts w:cs="맑은 고딕" w:hint="eastAsia"/>
          <w:b/>
          <w:color w:val="102A66"/>
          <w:sz w:val="20"/>
          <w:szCs w:val="20"/>
          <w:lang w:eastAsia="ko-KR"/>
        </w:rPr>
        <w:t>제품으로</w:t>
      </w: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 xml:space="preserve"> </w:t>
      </w:r>
      <w:r w:rsidRPr="004338C9">
        <w:rPr>
          <w:rFonts w:cs="맑은 고딕" w:hint="eastAsia"/>
          <w:b/>
          <w:color w:val="102A66"/>
          <w:sz w:val="20"/>
          <w:szCs w:val="20"/>
          <w:lang w:eastAsia="ko-KR"/>
        </w:rPr>
        <w:t>환경</w:t>
      </w: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>·</w:t>
      </w:r>
      <w:r w:rsidRPr="004338C9">
        <w:rPr>
          <w:rFonts w:cs="맑은 고딕" w:hint="eastAsia"/>
          <w:b/>
          <w:color w:val="102A66"/>
          <w:sz w:val="20"/>
          <w:szCs w:val="20"/>
          <w:lang w:eastAsia="ko-KR"/>
        </w:rPr>
        <w:t>인류에</w:t>
      </w: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 xml:space="preserve"> </w:t>
      </w:r>
      <w:r w:rsidRPr="004338C9">
        <w:rPr>
          <w:rFonts w:cs="맑은 고딕" w:hint="eastAsia"/>
          <w:b/>
          <w:color w:val="102A66"/>
          <w:sz w:val="20"/>
          <w:szCs w:val="20"/>
          <w:lang w:eastAsia="ko-KR"/>
        </w:rPr>
        <w:t>기여하거나</w:t>
      </w: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 xml:space="preserve"> </w:t>
      </w:r>
      <w:r w:rsidRPr="004338C9">
        <w:rPr>
          <w:rFonts w:cs="맑은 고딕" w:hint="eastAsia"/>
          <w:b/>
          <w:color w:val="102A66"/>
          <w:sz w:val="20"/>
          <w:szCs w:val="20"/>
          <w:lang w:eastAsia="ko-KR"/>
        </w:rPr>
        <w:t>새로운</w:t>
      </w: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 xml:space="preserve"> </w:t>
      </w:r>
      <w:r w:rsidRPr="004338C9">
        <w:rPr>
          <w:rFonts w:cs="맑은 고딕" w:hint="eastAsia"/>
          <w:b/>
          <w:color w:val="102A66"/>
          <w:sz w:val="20"/>
          <w:szCs w:val="20"/>
          <w:lang w:eastAsia="ko-KR"/>
        </w:rPr>
        <w:t>사업화</w:t>
      </w: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 xml:space="preserve"> </w:t>
      </w:r>
      <w:r w:rsidRPr="004338C9">
        <w:rPr>
          <w:rFonts w:cs="맑은 고딕" w:hint="eastAsia"/>
          <w:b/>
          <w:color w:val="102A66"/>
          <w:sz w:val="20"/>
          <w:szCs w:val="20"/>
          <w:lang w:eastAsia="ko-KR"/>
        </w:rPr>
        <w:t>가능성을</w:t>
      </w: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 xml:space="preserve"> </w:t>
      </w:r>
      <w:r w:rsidRPr="004338C9">
        <w:rPr>
          <w:rFonts w:cs="맑은 고딕" w:hint="eastAsia"/>
          <w:b/>
          <w:color w:val="102A66"/>
          <w:sz w:val="20"/>
          <w:szCs w:val="20"/>
          <w:lang w:eastAsia="ko-KR"/>
        </w:rPr>
        <w:t>제안해</w:t>
      </w: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 xml:space="preserve"> </w:t>
      </w:r>
      <w:r w:rsidRPr="004338C9">
        <w:rPr>
          <w:rFonts w:cs="맑은 고딕" w:hint="eastAsia"/>
          <w:b/>
          <w:color w:val="102A66"/>
          <w:sz w:val="20"/>
          <w:szCs w:val="20"/>
          <w:lang w:eastAsia="ko-KR"/>
        </w:rPr>
        <w:t>주세요</w:t>
      </w: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6"/>
      </w:tblGrid>
      <w:tr w:rsidR="007C1E3B" w:rsidRPr="004338C9" w14:paraId="58ACBDAB" w14:textId="77777777">
        <w:trPr>
          <w:cantSplit/>
          <w:jc w:val="center"/>
        </w:trPr>
        <w:tc>
          <w:tcPr>
            <w:tcW w:w="10206" w:type="dxa"/>
            <w:tcBorders>
              <w:bottom w:val="single" w:sz="8" w:space="0" w:color="27A6D8"/>
            </w:tcBorders>
            <w:shd w:val="clear" w:color="auto" w:fill="173B8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1D5BAA" w14:textId="77777777" w:rsidR="007C1E3B" w:rsidRPr="004338C9" w:rsidRDefault="00804E2B">
            <w:pPr>
              <w:spacing w:before="40" w:after="40"/>
              <w:rPr>
                <w:rFonts w:ascii="Meiryo UI" w:eastAsia="Meiryo UI" w:hAnsi="Meiryo UI"/>
                <w:sz w:val="24"/>
                <w:szCs w:val="24"/>
                <w:lang w:eastAsia="ko-KR"/>
              </w:rPr>
            </w:pPr>
            <w:r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 xml:space="preserve">1. </w:t>
            </w:r>
            <w:r w:rsidRPr="004338C9">
              <w:rPr>
                <w:rFonts w:cs="맑은 고딕" w:hint="eastAsia"/>
                <w:b/>
                <w:color w:val="FFFFFF"/>
                <w:sz w:val="24"/>
                <w:szCs w:val="24"/>
                <w:lang w:eastAsia="ko-KR"/>
              </w:rPr>
              <w:t>참가자</w:t>
            </w:r>
            <w:r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b/>
                <w:color w:val="FFFFFF"/>
                <w:sz w:val="24"/>
                <w:szCs w:val="24"/>
                <w:lang w:eastAsia="ko-KR"/>
              </w:rPr>
              <w:t>및</w:t>
            </w:r>
            <w:r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b/>
                <w:color w:val="FFFFFF"/>
                <w:sz w:val="24"/>
                <w:szCs w:val="24"/>
                <w:lang w:eastAsia="ko-KR"/>
              </w:rPr>
              <w:t>팀</w:t>
            </w:r>
            <w:r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b/>
                <w:color w:val="FFFFFF"/>
                <w:sz w:val="24"/>
                <w:szCs w:val="24"/>
                <w:lang w:eastAsia="ko-KR"/>
              </w:rPr>
              <w:t>정보</w:t>
            </w:r>
          </w:p>
          <w:p w14:paraId="67523AF5" w14:textId="0BE547BE" w:rsidR="007C1E3B" w:rsidRPr="004338C9" w:rsidRDefault="00804E2B" w:rsidP="004338C9">
            <w:pPr>
              <w:spacing w:after="20"/>
              <w:ind w:firstLineChars="100" w:firstLine="200"/>
              <w:rPr>
                <w:rFonts w:ascii="Meiryo UI" w:eastAsia="Meiryo UI" w:hAnsi="Meiryo UI"/>
                <w:sz w:val="20"/>
                <w:szCs w:val="20"/>
                <w:lang w:eastAsia="ko-KR"/>
              </w:rPr>
            </w:pP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개인</w:t>
            </w:r>
            <w:r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참가</w:t>
            </w:r>
            <w:r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또는</w:t>
            </w:r>
            <w:r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최대</w:t>
            </w:r>
            <w:r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 xml:space="preserve"> 3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인</w:t>
            </w:r>
            <w:r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 xml:space="preserve"> </w:t>
            </w:r>
            <w:r w:rsidR="004338C9" w:rsidRPr="004338C9">
              <w:rPr>
                <w:rFonts w:ascii="Meiryo UI" w:eastAsia="Meiryo UI" w:hAnsi="Meiryo UI" w:hint="eastAsia"/>
                <w:color w:val="DCEEFF"/>
                <w:sz w:val="20"/>
                <w:szCs w:val="20"/>
                <w:lang w:eastAsia="ko-KR"/>
              </w:rPr>
              <w:t>1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팀</w:t>
            </w:r>
            <w:r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기준으로</w:t>
            </w:r>
            <w:r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작성해</w:t>
            </w:r>
            <w:r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주세요</w:t>
            </w:r>
            <w:r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>.</w:t>
            </w:r>
          </w:p>
        </w:tc>
      </w:tr>
    </w:tbl>
    <w:p w14:paraId="75F51BD7" w14:textId="77777777" w:rsidR="007C1E3B" w:rsidRPr="004338C9" w:rsidRDefault="007C1E3B">
      <w:pPr>
        <w:spacing w:after="0"/>
        <w:rPr>
          <w:rFonts w:ascii="Meiryo UI" w:eastAsia="Meiryo UI" w:hAnsi="Meiryo UI"/>
          <w:sz w:val="20"/>
          <w:szCs w:val="20"/>
          <w:lang w:eastAsia="ko-K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7"/>
        <w:gridCol w:w="3515"/>
        <w:gridCol w:w="1587"/>
        <w:gridCol w:w="3515"/>
      </w:tblGrid>
      <w:tr w:rsidR="007C1E3B" w:rsidRPr="004338C9" w14:paraId="758776D6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39F553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proofErr w:type="spellStart"/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참가</w:t>
            </w:r>
            <w:proofErr w:type="spellEnd"/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proofErr w:type="spellStart"/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구분</w:t>
            </w:r>
            <w:proofErr w:type="spellEnd"/>
          </w:p>
        </w:tc>
        <w:tc>
          <w:tcPr>
            <w:tcW w:w="3515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85527B" w14:textId="77777777" w:rsidR="007C1E3B" w:rsidRPr="004338C9" w:rsidRDefault="00804E2B">
            <w:pPr>
              <w:spacing w:after="0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</w:rPr>
              <w:t xml:space="preserve">☐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</w:rPr>
              <w:t>개인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</w:rPr>
              <w:t xml:space="preserve">   ☐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</w:rPr>
              <w:t>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</w:rPr>
              <w:t xml:space="preserve"> (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</w:rPr>
              <w:t>총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</w:rPr>
              <w:t xml:space="preserve">    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</w:rPr>
              <w:t>명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</w:rPr>
              <w:t>)</w:t>
            </w:r>
          </w:p>
        </w:tc>
        <w:tc>
          <w:tcPr>
            <w:tcW w:w="1587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BA3703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팀명</w:t>
            </w:r>
          </w:p>
        </w:tc>
        <w:tc>
          <w:tcPr>
            <w:tcW w:w="3515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DD515E" w14:textId="77777777" w:rsidR="007C1E3B" w:rsidRPr="004338C9" w:rsidRDefault="007C1E3B">
            <w:pPr>
              <w:spacing w:after="0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7C1E3B" w:rsidRPr="004338C9" w14:paraId="1A0F11E5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E6DAF6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대표자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성명</w:t>
            </w:r>
          </w:p>
        </w:tc>
        <w:tc>
          <w:tcPr>
            <w:tcW w:w="3515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6B0CDE" w14:textId="77777777" w:rsidR="007C1E3B" w:rsidRPr="004338C9" w:rsidRDefault="007C1E3B">
            <w:pPr>
              <w:spacing w:after="0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D9AA5E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소속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>/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학교</w:t>
            </w:r>
          </w:p>
        </w:tc>
        <w:tc>
          <w:tcPr>
            <w:tcW w:w="3515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69AC98" w14:textId="77777777" w:rsidR="007C1E3B" w:rsidRPr="004338C9" w:rsidRDefault="007C1E3B">
            <w:pPr>
              <w:spacing w:after="0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7C1E3B" w:rsidRPr="004338C9" w14:paraId="025DEED6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2E4D64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대표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연락처</w:t>
            </w:r>
          </w:p>
        </w:tc>
        <w:tc>
          <w:tcPr>
            <w:tcW w:w="3515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5BCEF1" w14:textId="77777777" w:rsidR="007C1E3B" w:rsidRPr="004338C9" w:rsidRDefault="007C1E3B">
            <w:pPr>
              <w:spacing w:after="0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1ED6AE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대표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이메일</w:t>
            </w:r>
          </w:p>
        </w:tc>
        <w:tc>
          <w:tcPr>
            <w:tcW w:w="3515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1EB6F7" w14:textId="77777777" w:rsidR="007C1E3B" w:rsidRPr="004338C9" w:rsidRDefault="007C1E3B">
            <w:pPr>
              <w:spacing w:after="0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7C1E3B" w:rsidRPr="004338C9" w14:paraId="4CE1A182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A037B2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팀원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2 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성명</w:t>
            </w:r>
          </w:p>
        </w:tc>
        <w:tc>
          <w:tcPr>
            <w:tcW w:w="3515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858B18" w14:textId="77777777" w:rsidR="007C1E3B" w:rsidRPr="004338C9" w:rsidRDefault="007C1E3B">
            <w:pPr>
              <w:spacing w:after="0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3609FC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소속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>/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학교</w:t>
            </w:r>
          </w:p>
        </w:tc>
        <w:tc>
          <w:tcPr>
            <w:tcW w:w="3515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29E275" w14:textId="77777777" w:rsidR="007C1E3B" w:rsidRPr="004338C9" w:rsidRDefault="007C1E3B">
            <w:pPr>
              <w:spacing w:after="0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7C1E3B" w:rsidRPr="004338C9" w14:paraId="435E5412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FDCD80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팀원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3 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성명</w:t>
            </w:r>
          </w:p>
        </w:tc>
        <w:tc>
          <w:tcPr>
            <w:tcW w:w="3515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C14FBC" w14:textId="77777777" w:rsidR="007C1E3B" w:rsidRPr="004338C9" w:rsidRDefault="007C1E3B">
            <w:pPr>
              <w:spacing w:after="0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1CCDE5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소속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>/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학교</w:t>
            </w:r>
          </w:p>
        </w:tc>
        <w:tc>
          <w:tcPr>
            <w:tcW w:w="3515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138190" w14:textId="77777777" w:rsidR="007C1E3B" w:rsidRPr="004338C9" w:rsidRDefault="007C1E3B">
            <w:pPr>
              <w:spacing w:after="0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</w:tbl>
    <w:p w14:paraId="2BEBE9A4" w14:textId="77777777" w:rsidR="00394009" w:rsidRPr="004741C5" w:rsidRDefault="00394009" w:rsidP="00216EFA">
      <w:pPr>
        <w:spacing w:after="0"/>
        <w:rPr>
          <w:rFonts w:ascii="Meiryo UI" w:hAnsi="Meiryo UI"/>
          <w:sz w:val="20"/>
          <w:szCs w:val="20"/>
          <w:lang w:eastAsia="ko-KR"/>
        </w:rPr>
      </w:pPr>
    </w:p>
    <w:p w14:paraId="0BA1DDB1" w14:textId="77777777" w:rsidR="00BC7B5D" w:rsidRPr="004338C9" w:rsidRDefault="00BC7B5D" w:rsidP="00BC7B5D">
      <w:pPr>
        <w:spacing w:after="0" w:line="240" w:lineRule="auto"/>
        <w:rPr>
          <w:rFonts w:ascii="Meiryo UI" w:hAnsi="Meiryo UI"/>
          <w:sz w:val="20"/>
          <w:szCs w:val="20"/>
          <w:lang w:eastAsia="ko-K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6"/>
      </w:tblGrid>
      <w:tr w:rsidR="00BC7B5D" w:rsidRPr="004338C9" w14:paraId="03AA138E" w14:textId="77777777" w:rsidTr="008A5C7D">
        <w:trPr>
          <w:cantSplit/>
          <w:jc w:val="center"/>
        </w:trPr>
        <w:tc>
          <w:tcPr>
            <w:tcW w:w="10206" w:type="dxa"/>
            <w:tcBorders>
              <w:bottom w:val="single" w:sz="8" w:space="0" w:color="27A6D8"/>
            </w:tcBorders>
            <w:shd w:val="clear" w:color="auto" w:fill="173B8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C27417" w14:textId="02300ECE" w:rsidR="00BC7B5D" w:rsidRPr="004338C9" w:rsidRDefault="004741C5" w:rsidP="008A5C7D">
            <w:pPr>
              <w:spacing w:before="40" w:after="40"/>
              <w:rPr>
                <w:rFonts w:ascii="Meiryo UI" w:eastAsia="Meiryo UI" w:hAnsi="Meiryo UI"/>
                <w:sz w:val="24"/>
                <w:szCs w:val="24"/>
                <w:lang w:eastAsia="ko-KR"/>
              </w:rPr>
            </w:pPr>
            <w:r>
              <w:rPr>
                <w:rFonts w:ascii="Meiryo UI" w:hAnsi="Meiryo UI" w:hint="eastAsia"/>
                <w:b/>
                <w:color w:val="FFFFFF"/>
                <w:sz w:val="24"/>
                <w:szCs w:val="24"/>
                <w:lang w:eastAsia="ko-KR"/>
              </w:rPr>
              <w:t>2</w:t>
            </w:r>
            <w:r w:rsidR="00BC7B5D"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 xml:space="preserve">. </w:t>
            </w:r>
            <w:r>
              <w:rPr>
                <w:rFonts w:ascii="Meiryo UI" w:hAnsi="Meiryo UI" w:hint="eastAsia"/>
                <w:b/>
                <w:color w:val="FFFFFF"/>
                <w:sz w:val="24"/>
                <w:szCs w:val="24"/>
                <w:lang w:eastAsia="ko-KR"/>
              </w:rPr>
              <w:t>(</w:t>
            </w:r>
            <w:r>
              <w:rPr>
                <w:rFonts w:ascii="Meiryo UI" w:hAnsi="Meiryo UI" w:hint="eastAsia"/>
                <w:b/>
                <w:color w:val="FFFFFF"/>
                <w:sz w:val="24"/>
                <w:szCs w:val="24"/>
                <w:lang w:eastAsia="ko-KR"/>
              </w:rPr>
              <w:t>아이디어</w:t>
            </w:r>
            <w:r>
              <w:rPr>
                <w:rFonts w:ascii="Meiryo UI" w:hAnsi="Meiryo UI" w:hint="eastAsia"/>
                <w:b/>
                <w:color w:val="FFFFFF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Meiryo UI" w:hAnsi="Meiryo UI" w:hint="eastAsia"/>
                <w:b/>
                <w:color w:val="FFFFFF"/>
                <w:sz w:val="24"/>
                <w:szCs w:val="24"/>
                <w:lang w:eastAsia="ko-KR"/>
              </w:rPr>
              <w:t>부문</w:t>
            </w:r>
            <w:r>
              <w:rPr>
                <w:rFonts w:ascii="Meiryo UI" w:hAnsi="Meiryo UI" w:hint="eastAsia"/>
                <w:b/>
                <w:color w:val="FFFFFF"/>
                <w:sz w:val="24"/>
                <w:szCs w:val="24"/>
                <w:lang w:eastAsia="ko-KR"/>
              </w:rPr>
              <w:t xml:space="preserve">) </w:t>
            </w:r>
            <w:r>
              <w:rPr>
                <w:rFonts w:ascii="Meiryo UI" w:hAnsi="Meiryo UI" w:hint="eastAsia"/>
                <w:b/>
                <w:color w:val="FFFFFF"/>
                <w:sz w:val="24"/>
                <w:szCs w:val="24"/>
                <w:lang w:eastAsia="ko-KR"/>
              </w:rPr>
              <w:t>작성</w:t>
            </w:r>
            <w:r>
              <w:rPr>
                <w:rFonts w:ascii="Meiryo UI" w:hAnsi="Meiryo UI" w:hint="eastAsia"/>
                <w:b/>
                <w:color w:val="FFFFFF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Meiryo UI" w:hAnsi="Meiryo UI" w:hint="eastAsia"/>
                <w:b/>
                <w:color w:val="FFFFFF"/>
                <w:sz w:val="24"/>
                <w:szCs w:val="24"/>
                <w:lang w:eastAsia="ko-KR"/>
              </w:rPr>
              <w:t>문항</w:t>
            </w:r>
          </w:p>
          <w:p w14:paraId="4DEC7750" w14:textId="04C060C3" w:rsidR="00BC7B5D" w:rsidRPr="004338C9" w:rsidRDefault="00C66C5A" w:rsidP="004338C9">
            <w:pPr>
              <w:spacing w:after="20"/>
              <w:ind w:firstLineChars="100" w:firstLine="200"/>
              <w:rPr>
                <w:rFonts w:ascii="Meiryo UI" w:eastAsia="Meiryo UI" w:hAnsi="Meiryo UI"/>
                <w:sz w:val="20"/>
                <w:szCs w:val="20"/>
                <w:lang w:eastAsia="ko-KR"/>
              </w:rPr>
            </w:pPr>
            <w:r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 xml:space="preserve">각 부문별 </w:t>
            </w:r>
            <w:r w:rsidR="004338C9"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문항을</w:t>
            </w:r>
            <w:r w:rsidR="004338C9" w:rsidRPr="004338C9">
              <w:rPr>
                <w:rFonts w:ascii="Meiryo UI" w:eastAsia="Meiryo UI" w:hAnsi="Meiryo UI" w:cs="맑은 고딕" w:hint="eastAsia"/>
                <w:color w:val="DCEEFF"/>
                <w:sz w:val="20"/>
                <w:szCs w:val="20"/>
                <w:lang w:eastAsia="ko-KR"/>
              </w:rPr>
              <w:t xml:space="preserve"> </w:t>
            </w:r>
            <w:r w:rsidR="004338C9"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중심으로</w:t>
            </w:r>
            <w:r w:rsidR="00BC7B5D"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 xml:space="preserve"> </w:t>
            </w:r>
            <w:r w:rsidR="00BC7B5D"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자유롭게</w:t>
            </w:r>
            <w:r w:rsidR="00BC7B5D"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 xml:space="preserve"> </w:t>
            </w:r>
            <w:r w:rsidR="00BC7B5D"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작성해</w:t>
            </w:r>
            <w:r w:rsidR="00BC7B5D"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 xml:space="preserve"> </w:t>
            </w:r>
            <w:r w:rsidR="00BC7B5D"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주세요</w:t>
            </w:r>
            <w:r w:rsidR="00BC7B5D"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>.</w:t>
            </w:r>
          </w:p>
        </w:tc>
      </w:tr>
    </w:tbl>
    <w:p w14:paraId="09EE25DC" w14:textId="77777777" w:rsidR="00394009" w:rsidRPr="004338C9" w:rsidRDefault="00394009" w:rsidP="00216EFA">
      <w:pPr>
        <w:spacing w:after="0"/>
        <w:rPr>
          <w:rFonts w:ascii="Meiryo UI" w:eastAsia="Meiryo UI" w:hAnsi="Meiryo UI"/>
          <w:sz w:val="20"/>
          <w:szCs w:val="20"/>
          <w:lang w:eastAsia="ko-K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76"/>
      </w:tblGrid>
      <w:tr w:rsidR="004741C5" w:rsidRPr="004338C9" w14:paraId="3573A3FB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25712E" w14:textId="3C30464A" w:rsidR="004741C5" w:rsidRPr="004741C5" w:rsidRDefault="004741C5" w:rsidP="004741C5">
            <w:pPr>
              <w:spacing w:after="0"/>
              <w:rPr>
                <w:rFonts w:ascii="Meiryo UI" w:hAnsi="Meiryo UI"/>
                <w:b/>
                <w:bCs/>
                <w:color w:val="8A96A3"/>
                <w:sz w:val="20"/>
                <w:szCs w:val="20"/>
                <w:lang w:eastAsia="ko-KR"/>
              </w:rPr>
            </w:pPr>
            <w:r w:rsidRPr="004741C5">
              <w:rPr>
                <w:rFonts w:ascii="Meiryo UI" w:hAnsi="Meiryo UI" w:hint="eastAsia"/>
                <w:b/>
                <w:bCs/>
                <w:color w:val="102A66"/>
                <w:sz w:val="20"/>
                <w:szCs w:val="20"/>
                <w:lang w:eastAsia="ko-KR"/>
              </w:rPr>
              <w:t>아이디어</w:t>
            </w:r>
            <w:r w:rsidR="00D35D16">
              <w:rPr>
                <w:rFonts w:ascii="Meiryo UI" w:hAnsi="Meiryo UI" w:hint="eastAsia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 w:rsidR="00D35D16">
              <w:rPr>
                <w:rFonts w:ascii="Meiryo UI" w:hAnsi="Meiryo UI" w:hint="eastAsia"/>
                <w:b/>
                <w:bCs/>
                <w:color w:val="102A66"/>
                <w:sz w:val="20"/>
                <w:szCs w:val="20"/>
                <w:lang w:eastAsia="ko-KR"/>
              </w:rPr>
              <w:t>타이틀</w:t>
            </w:r>
            <w:r>
              <w:rPr>
                <w:rFonts w:ascii="Meiryo UI" w:hAnsi="Meiryo UI" w:hint="eastAsia"/>
                <w:b/>
                <w:bCs/>
                <w:color w:val="102A66"/>
                <w:sz w:val="20"/>
                <w:szCs w:val="20"/>
                <w:lang w:eastAsia="ko-KR"/>
              </w:rPr>
              <w:t>을</w:t>
            </w:r>
            <w:r>
              <w:rPr>
                <w:rFonts w:ascii="Meiryo UI" w:hAnsi="Meiryo UI" w:hint="eastAsia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Meiryo UI" w:hAnsi="Meiryo UI" w:hint="eastAsia"/>
                <w:b/>
                <w:bCs/>
                <w:color w:val="102A66"/>
                <w:sz w:val="20"/>
                <w:szCs w:val="20"/>
                <w:lang w:eastAsia="ko-KR"/>
              </w:rPr>
              <w:t>작성해주세요</w:t>
            </w:r>
            <w:r>
              <w:rPr>
                <w:rFonts w:ascii="Meiryo UI" w:hAnsi="Meiryo UI" w:hint="eastAsia"/>
                <w:b/>
                <w:bCs/>
                <w:color w:val="102A66"/>
                <w:sz w:val="20"/>
                <w:szCs w:val="20"/>
                <w:lang w:eastAsia="ko-KR"/>
              </w:rPr>
              <w:t>.</w:t>
            </w:r>
          </w:p>
        </w:tc>
      </w:tr>
      <w:tr w:rsidR="004741C5" w:rsidRPr="004338C9" w14:paraId="0556DFE5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shd w:val="clear" w:color="auto" w:fill="FAFCF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ADE5D5" w14:textId="77777777" w:rsidR="004741C5" w:rsidRDefault="004741C5" w:rsidP="004741C5">
            <w:pPr>
              <w:spacing w:after="0"/>
              <w:rPr>
                <w:rFonts w:ascii="Meiryo UI" w:hAnsi="Meiryo UI"/>
                <w:b/>
                <w:bCs/>
                <w:color w:val="8A96A3"/>
                <w:sz w:val="20"/>
                <w:szCs w:val="20"/>
                <w:lang w:eastAsia="ko-KR"/>
              </w:rPr>
            </w:pPr>
          </w:p>
        </w:tc>
      </w:tr>
      <w:tr w:rsidR="004741C5" w:rsidRPr="004338C9" w14:paraId="261CB488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EA35C0" w14:textId="12B13599" w:rsidR="004741C5" w:rsidRPr="004741C5" w:rsidRDefault="004741C5" w:rsidP="004741C5">
            <w:pPr>
              <w:spacing w:after="0"/>
              <w:rPr>
                <w:rFonts w:ascii="Meiryo UI" w:hAnsi="Meiryo UI"/>
                <w:b/>
                <w:bCs/>
                <w:color w:val="8A96A3"/>
                <w:sz w:val="20"/>
                <w:szCs w:val="20"/>
                <w:lang w:eastAsia="ko-KR"/>
              </w:rPr>
            </w:pP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이</w:t>
            </w:r>
            <w:r w:rsidRPr="004741C5">
              <w:rPr>
                <w:rFonts w:cs="맑은 고딕"/>
                <w:b/>
                <w:bCs/>
                <w:color w:val="102A66"/>
                <w:sz w:val="20"/>
                <w:szCs w:val="20"/>
                <w:lang w:eastAsia="ko-KR"/>
              </w:rPr>
              <w:t xml:space="preserve"> 아이디어를 생각하게 된 계기는 무엇인가요?</w:t>
            </w:r>
          </w:p>
        </w:tc>
      </w:tr>
      <w:tr w:rsidR="004741C5" w:rsidRPr="004338C9" w14:paraId="1F940A94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644D90" w14:textId="77777777" w:rsidR="004741C5" w:rsidRDefault="004741C5" w:rsidP="004741C5">
            <w:pPr>
              <w:spacing w:after="0"/>
              <w:rPr>
                <w:rFonts w:cs="맑은 고딕"/>
                <w:b/>
                <w:bCs/>
                <w:color w:val="102A66"/>
                <w:sz w:val="20"/>
                <w:szCs w:val="20"/>
                <w:lang w:eastAsia="ko-KR"/>
              </w:rPr>
            </w:pPr>
          </w:p>
          <w:p w14:paraId="0B3A0C91" w14:textId="77777777" w:rsidR="004741C5" w:rsidRDefault="004741C5" w:rsidP="004741C5">
            <w:pPr>
              <w:spacing w:after="0"/>
              <w:rPr>
                <w:rFonts w:cs="맑은 고딕"/>
                <w:b/>
                <w:bCs/>
                <w:color w:val="102A66"/>
                <w:sz w:val="20"/>
                <w:szCs w:val="20"/>
                <w:lang w:eastAsia="ko-KR"/>
              </w:rPr>
            </w:pPr>
          </w:p>
          <w:p w14:paraId="32FEC457" w14:textId="77777777" w:rsidR="004741C5" w:rsidRDefault="004741C5" w:rsidP="004741C5">
            <w:pPr>
              <w:spacing w:after="0"/>
              <w:rPr>
                <w:rFonts w:cs="맑은 고딕"/>
                <w:b/>
                <w:bCs/>
                <w:color w:val="102A66"/>
                <w:sz w:val="20"/>
                <w:szCs w:val="20"/>
                <w:lang w:eastAsia="ko-KR"/>
              </w:rPr>
            </w:pPr>
          </w:p>
          <w:p w14:paraId="268ED220" w14:textId="77777777" w:rsidR="004741C5" w:rsidRDefault="004741C5" w:rsidP="004741C5">
            <w:pPr>
              <w:spacing w:after="0"/>
              <w:rPr>
                <w:rFonts w:cs="맑은 고딕"/>
                <w:b/>
                <w:bCs/>
                <w:color w:val="102A66"/>
                <w:sz w:val="20"/>
                <w:szCs w:val="20"/>
                <w:lang w:eastAsia="ko-KR"/>
              </w:rPr>
            </w:pPr>
          </w:p>
          <w:p w14:paraId="0CE746CE" w14:textId="77777777" w:rsidR="004741C5" w:rsidRPr="004741C5" w:rsidRDefault="004741C5" w:rsidP="004741C5">
            <w:pPr>
              <w:spacing w:after="0"/>
              <w:rPr>
                <w:rFonts w:cs="맑은 고딕"/>
                <w:b/>
                <w:bCs/>
                <w:color w:val="102A66"/>
                <w:sz w:val="20"/>
                <w:szCs w:val="20"/>
                <w:lang w:eastAsia="ko-KR"/>
              </w:rPr>
            </w:pPr>
          </w:p>
        </w:tc>
      </w:tr>
      <w:tr w:rsidR="004741C5" w:rsidRPr="004338C9" w14:paraId="5A16A8F1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A286B5" w14:textId="49ADBCBC" w:rsidR="004741C5" w:rsidRPr="004741C5" w:rsidRDefault="004741C5" w:rsidP="004741C5">
            <w:pPr>
              <w:spacing w:after="0"/>
              <w:rPr>
                <w:rFonts w:cs="맑은 고딕"/>
                <w:b/>
                <w:bCs/>
                <w:color w:val="102A66"/>
                <w:sz w:val="20"/>
                <w:szCs w:val="20"/>
                <w:lang w:eastAsia="ko-KR"/>
              </w:rPr>
            </w:pP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아이디어를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자유롭게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설명해주세요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>.</w:t>
            </w:r>
          </w:p>
        </w:tc>
      </w:tr>
      <w:tr w:rsidR="004741C5" w:rsidRPr="004338C9" w14:paraId="5B2501F9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3EA76C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440899A0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5A5474FF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63079D9A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53206276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6F5CEE0B" w14:textId="77777777" w:rsidR="004741C5" w:rsidRPr="004338C9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</w:tc>
      </w:tr>
      <w:tr w:rsidR="004741C5" w:rsidRPr="004338C9" w14:paraId="29E86385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94720F" w14:textId="2CC86B17" w:rsidR="004741C5" w:rsidRPr="004741C5" w:rsidRDefault="004741C5" w:rsidP="004741C5">
            <w:pPr>
              <w:spacing w:after="0"/>
              <w:rPr>
                <w:rFonts w:cs="맑은 고딕"/>
                <w:b/>
                <w:bCs/>
                <w:color w:val="8A96A3"/>
                <w:sz w:val="20"/>
                <w:szCs w:val="20"/>
                <w:lang w:eastAsia="ko-KR"/>
              </w:rPr>
            </w:pP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점착제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>(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테이프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>)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는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이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아이디어에서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어떻게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활용되나요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>?</w:t>
            </w:r>
          </w:p>
        </w:tc>
      </w:tr>
      <w:tr w:rsidR="004741C5" w:rsidRPr="004338C9" w14:paraId="05E2C614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F67698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0B05576A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34EDFBE9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14709F20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5C382F90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27E7E256" w14:textId="77777777" w:rsidR="004741C5" w:rsidRPr="004338C9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</w:tc>
      </w:tr>
      <w:tr w:rsidR="004741C5" w:rsidRPr="004338C9" w14:paraId="0147B8FD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F5082F" w14:textId="438C61F4" w:rsidR="004741C5" w:rsidRPr="004741C5" w:rsidRDefault="004741C5" w:rsidP="004741C5">
            <w:pPr>
              <w:spacing w:after="0"/>
              <w:rPr>
                <w:rFonts w:cs="맑은 고딕"/>
                <w:b/>
                <w:bCs/>
                <w:color w:val="8A96A3"/>
                <w:sz w:val="20"/>
                <w:szCs w:val="20"/>
                <w:lang w:eastAsia="ko-KR"/>
              </w:rPr>
            </w:pP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왜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 Planet 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또는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 Human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에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기여한다고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생각하나요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>?</w:t>
            </w:r>
          </w:p>
        </w:tc>
      </w:tr>
      <w:tr w:rsidR="004741C5" w:rsidRPr="004338C9" w14:paraId="643DC1B2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50BA9D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3C2AA114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1C4A7EEB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52412A92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245DA361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38E92BB0" w14:textId="77777777" w:rsidR="004741C5" w:rsidRPr="004338C9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</w:tc>
      </w:tr>
      <w:tr w:rsidR="00216EFA" w:rsidRPr="004338C9" w14:paraId="55583772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FC1903" w14:textId="66D06D89" w:rsidR="00BC7B5D" w:rsidRPr="004741C5" w:rsidRDefault="00394009" w:rsidP="00394009">
            <w:pPr>
              <w:spacing w:after="0"/>
              <w:rPr>
                <w:rFonts w:ascii="Meiryo UI" w:hAnsi="Meiryo UI"/>
                <w:b/>
                <w:bCs/>
                <w:color w:val="8A96A3"/>
                <w:sz w:val="20"/>
                <w:szCs w:val="20"/>
                <w:lang w:eastAsia="ko-KR"/>
              </w:rPr>
            </w:pP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위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문항에서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설명하지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못한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내용을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자유롭게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작성해주세요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>. (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아이디어의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장점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, 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기대효과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, 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활용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방안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등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>)</w:t>
            </w:r>
          </w:p>
        </w:tc>
      </w:tr>
      <w:tr w:rsidR="004741C5" w:rsidRPr="004338C9" w14:paraId="25490CE4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shd w:val="clear" w:color="auto" w:fill="FAFCF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807989" w14:textId="77777777" w:rsidR="004741C5" w:rsidRDefault="004741C5" w:rsidP="00394009">
            <w:pPr>
              <w:spacing w:after="0"/>
              <w:rPr>
                <w:rFonts w:ascii="Meiryo UI" w:hAnsi="Meiryo UI"/>
                <w:b/>
                <w:bCs/>
                <w:color w:val="8A96A3"/>
                <w:sz w:val="20"/>
                <w:szCs w:val="20"/>
                <w:lang w:eastAsia="ko-KR"/>
              </w:rPr>
            </w:pPr>
          </w:p>
          <w:p w14:paraId="6559B3C3" w14:textId="77777777" w:rsidR="004741C5" w:rsidRDefault="004741C5" w:rsidP="00394009">
            <w:pPr>
              <w:spacing w:after="0"/>
              <w:rPr>
                <w:rFonts w:ascii="Meiryo UI" w:hAnsi="Meiryo UI"/>
                <w:b/>
                <w:bCs/>
                <w:color w:val="8A96A3"/>
                <w:sz w:val="20"/>
                <w:szCs w:val="20"/>
                <w:lang w:eastAsia="ko-KR"/>
              </w:rPr>
            </w:pPr>
          </w:p>
          <w:p w14:paraId="131D0976" w14:textId="77777777" w:rsidR="004741C5" w:rsidRDefault="004741C5" w:rsidP="00394009">
            <w:pPr>
              <w:spacing w:after="0"/>
              <w:rPr>
                <w:rFonts w:ascii="Meiryo UI" w:hAnsi="Meiryo UI"/>
                <w:b/>
                <w:bCs/>
                <w:color w:val="8A96A3"/>
                <w:sz w:val="20"/>
                <w:szCs w:val="20"/>
                <w:lang w:eastAsia="ko-KR"/>
              </w:rPr>
            </w:pPr>
          </w:p>
          <w:p w14:paraId="221D75C1" w14:textId="77777777" w:rsidR="004741C5" w:rsidRDefault="004741C5" w:rsidP="00394009">
            <w:pPr>
              <w:spacing w:after="0"/>
              <w:rPr>
                <w:rFonts w:ascii="Meiryo UI" w:hAnsi="Meiryo UI"/>
                <w:b/>
                <w:bCs/>
                <w:color w:val="8A96A3"/>
                <w:sz w:val="20"/>
                <w:szCs w:val="20"/>
                <w:lang w:eastAsia="ko-KR"/>
              </w:rPr>
            </w:pPr>
          </w:p>
          <w:p w14:paraId="7A38B435" w14:textId="77777777" w:rsidR="004741C5" w:rsidRDefault="004741C5" w:rsidP="00394009">
            <w:pPr>
              <w:spacing w:after="0"/>
              <w:rPr>
                <w:rFonts w:ascii="Meiryo UI" w:hAnsi="Meiryo UI"/>
                <w:b/>
                <w:bCs/>
                <w:color w:val="8A96A3"/>
                <w:sz w:val="20"/>
                <w:szCs w:val="20"/>
                <w:lang w:eastAsia="ko-KR"/>
              </w:rPr>
            </w:pPr>
          </w:p>
          <w:p w14:paraId="226C06AE" w14:textId="77777777" w:rsidR="004741C5" w:rsidRPr="004741C5" w:rsidRDefault="004741C5" w:rsidP="00394009">
            <w:pPr>
              <w:spacing w:after="0"/>
              <w:rPr>
                <w:rFonts w:ascii="Meiryo UI" w:hAnsi="Meiryo UI"/>
                <w:b/>
                <w:bCs/>
                <w:color w:val="8A96A3"/>
                <w:sz w:val="20"/>
                <w:szCs w:val="20"/>
                <w:lang w:eastAsia="ko-KR"/>
              </w:rPr>
            </w:pPr>
          </w:p>
        </w:tc>
      </w:tr>
    </w:tbl>
    <w:p w14:paraId="63F571BA" w14:textId="7C47E1DB" w:rsidR="00394009" w:rsidRPr="004338C9" w:rsidRDefault="00394009" w:rsidP="00394009">
      <w:pPr>
        <w:spacing w:after="0" w:line="240" w:lineRule="auto"/>
        <w:rPr>
          <w:rFonts w:ascii="Meiryo UI" w:eastAsia="Meiryo UI" w:hAnsi="Meiryo UI"/>
          <w:sz w:val="20"/>
          <w:szCs w:val="20"/>
          <w:lang w:eastAsia="ko-KR"/>
        </w:rPr>
      </w:pPr>
      <w:r w:rsidRPr="004338C9">
        <w:rPr>
          <w:rFonts w:ascii="Meiryo UI" w:eastAsia="Meiryo UI" w:hAnsi="Meiryo UI"/>
          <w:sz w:val="20"/>
          <w:szCs w:val="20"/>
          <w:lang w:eastAsia="ko-KR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6"/>
      </w:tblGrid>
      <w:tr w:rsidR="00992207" w:rsidRPr="004338C9" w14:paraId="3F48BFE3" w14:textId="77777777" w:rsidTr="008A5C7D">
        <w:trPr>
          <w:cantSplit/>
          <w:jc w:val="center"/>
        </w:trPr>
        <w:tc>
          <w:tcPr>
            <w:tcW w:w="10206" w:type="dxa"/>
            <w:tcBorders>
              <w:bottom w:val="single" w:sz="8" w:space="0" w:color="27A6D8"/>
            </w:tcBorders>
            <w:shd w:val="clear" w:color="auto" w:fill="173B8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792141" w14:textId="26EE3E89" w:rsidR="00992207" w:rsidRPr="004338C9" w:rsidRDefault="00992207" w:rsidP="008A5C7D">
            <w:pPr>
              <w:spacing w:before="40" w:after="40"/>
              <w:rPr>
                <w:rFonts w:ascii="Meiryo UI" w:eastAsia="Meiryo UI" w:hAnsi="Meiryo UI" w:cs="맑은 고딕"/>
                <w:b/>
                <w:color w:val="FFFFFF"/>
                <w:sz w:val="24"/>
                <w:szCs w:val="24"/>
                <w:lang w:eastAsia="ko-KR"/>
              </w:rPr>
            </w:pPr>
            <w:r>
              <w:rPr>
                <w:rFonts w:ascii="Meiryo UI" w:hAnsi="Meiryo UI" w:hint="eastAsia"/>
                <w:b/>
                <w:color w:val="FFFFFF"/>
                <w:sz w:val="24"/>
                <w:szCs w:val="24"/>
                <w:lang w:eastAsia="ko-KR"/>
              </w:rPr>
              <w:t>3</w:t>
            </w:r>
            <w:r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 xml:space="preserve">. </w:t>
            </w:r>
            <w:r w:rsidRPr="004338C9">
              <w:rPr>
                <w:rFonts w:cs="맑은 고딕" w:hint="eastAsia"/>
                <w:b/>
                <w:color w:val="FFFFFF"/>
                <w:sz w:val="24"/>
                <w:szCs w:val="24"/>
                <w:lang w:eastAsia="ko-KR"/>
              </w:rPr>
              <w:t>참가</w:t>
            </w:r>
            <w:r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b/>
                <w:color w:val="FFFFFF"/>
                <w:sz w:val="24"/>
                <w:szCs w:val="24"/>
                <w:lang w:eastAsia="ko-KR"/>
              </w:rPr>
              <w:t>확인</w:t>
            </w:r>
            <w:r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b/>
                <w:color w:val="FFFFFF"/>
                <w:sz w:val="24"/>
                <w:szCs w:val="24"/>
                <w:lang w:eastAsia="ko-KR"/>
              </w:rPr>
              <w:t>및</w:t>
            </w:r>
            <w:r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b/>
                <w:color w:val="FFFFFF"/>
                <w:sz w:val="24"/>
                <w:szCs w:val="24"/>
                <w:lang w:eastAsia="ko-KR"/>
              </w:rPr>
              <w:t>개인정보</w:t>
            </w:r>
            <w:r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b/>
                <w:color w:val="FFFFFF"/>
                <w:sz w:val="24"/>
                <w:szCs w:val="24"/>
                <w:lang w:eastAsia="ko-KR"/>
              </w:rPr>
              <w:t>수집</w:t>
            </w:r>
            <w:r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>·</w:t>
            </w:r>
            <w:r w:rsidRPr="004338C9">
              <w:rPr>
                <w:rFonts w:cs="맑은 고딕" w:hint="eastAsia"/>
                <w:b/>
                <w:color w:val="FFFFFF"/>
                <w:sz w:val="24"/>
                <w:szCs w:val="24"/>
                <w:lang w:eastAsia="ko-KR"/>
              </w:rPr>
              <w:t>이용</w:t>
            </w:r>
            <w:r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b/>
                <w:color w:val="FFFFFF"/>
                <w:sz w:val="24"/>
                <w:szCs w:val="24"/>
                <w:lang w:eastAsia="ko-KR"/>
              </w:rPr>
              <w:t>동의</w:t>
            </w:r>
          </w:p>
          <w:p w14:paraId="0AFDA251" w14:textId="77777777" w:rsidR="00992207" w:rsidRPr="004338C9" w:rsidRDefault="00992207" w:rsidP="008A5C7D">
            <w:pPr>
              <w:spacing w:before="40" w:after="40"/>
              <w:ind w:firstLineChars="100" w:firstLine="200"/>
              <w:rPr>
                <w:rFonts w:ascii="Meiryo UI" w:eastAsia="Meiryo UI" w:hAnsi="Meiryo UI"/>
                <w:sz w:val="20"/>
                <w:szCs w:val="20"/>
                <w:lang w:eastAsia="ko-KR"/>
              </w:rPr>
            </w:pP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최종</w:t>
            </w:r>
            <w:r w:rsidRPr="004338C9">
              <w:rPr>
                <w:rFonts w:ascii="Meiryo UI" w:eastAsia="Meiryo UI" w:hAnsi="Meiryo UI" w:cs="맑은 고딕" w:hint="eastAsia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참가</w:t>
            </w:r>
            <w:r w:rsidRPr="004338C9">
              <w:rPr>
                <w:rFonts w:ascii="Meiryo UI" w:eastAsia="Meiryo UI" w:hAnsi="Meiryo UI" w:cs="맑은 고딕" w:hint="eastAsia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신청을</w:t>
            </w:r>
            <w:r w:rsidRPr="004338C9">
              <w:rPr>
                <w:rFonts w:ascii="Meiryo UI" w:eastAsia="Meiryo UI" w:hAnsi="Meiryo UI" w:cs="맑은 고딕" w:hint="eastAsia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위해</w:t>
            </w:r>
            <w:r w:rsidRPr="004338C9">
              <w:rPr>
                <w:rFonts w:ascii="Meiryo UI" w:eastAsia="Meiryo UI" w:hAnsi="Meiryo UI" w:cs="맑은 고딕" w:hint="eastAsia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아래</w:t>
            </w:r>
            <w:r w:rsidRPr="004338C9">
              <w:rPr>
                <w:rFonts w:ascii="Meiryo UI" w:eastAsia="Meiryo UI" w:hAnsi="Meiryo UI" w:cs="맑은 고딕" w:hint="eastAsia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항목에</w:t>
            </w:r>
            <w:r w:rsidRPr="004338C9">
              <w:rPr>
                <w:rFonts w:ascii="Meiryo UI" w:eastAsia="Meiryo UI" w:hAnsi="Meiryo UI" w:cs="맑은 고딕" w:hint="eastAsia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동의해</w:t>
            </w:r>
            <w:r w:rsidRPr="004338C9">
              <w:rPr>
                <w:rFonts w:ascii="Meiryo UI" w:eastAsia="Meiryo UI" w:hAnsi="Meiryo UI" w:cs="맑은 고딕" w:hint="eastAsia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주세요</w:t>
            </w:r>
            <w:r w:rsidRPr="004338C9">
              <w:rPr>
                <w:rFonts w:ascii="Meiryo UI" w:eastAsia="Meiryo UI" w:hAnsi="Meiryo UI" w:cs="맑은 고딕" w:hint="eastAsia"/>
                <w:color w:val="DCEEFF"/>
                <w:sz w:val="20"/>
                <w:szCs w:val="20"/>
                <w:lang w:eastAsia="ko-KR"/>
              </w:rPr>
              <w:t>.</w:t>
            </w:r>
          </w:p>
        </w:tc>
      </w:tr>
    </w:tbl>
    <w:p w14:paraId="64F645B9" w14:textId="77777777" w:rsidR="00992207" w:rsidRPr="004338C9" w:rsidRDefault="00992207" w:rsidP="00992207">
      <w:pPr>
        <w:spacing w:after="0"/>
        <w:rPr>
          <w:rFonts w:ascii="Meiryo UI" w:eastAsia="Meiryo UI" w:hAnsi="Meiryo UI"/>
          <w:sz w:val="20"/>
          <w:szCs w:val="20"/>
          <w:lang w:eastAsia="ko-K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824"/>
      </w:tblGrid>
      <w:tr w:rsidR="00992207" w:rsidRPr="004338C9" w14:paraId="6FE1EE16" w14:textId="77777777" w:rsidTr="008A5C7D">
        <w:trPr>
          <w:cantSplit/>
          <w:jc w:val="center"/>
        </w:trPr>
        <w:tc>
          <w:tcPr>
            <w:tcW w:w="2381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DDB760" w14:textId="77777777" w:rsidR="00992207" w:rsidRPr="004338C9" w:rsidRDefault="00992207" w:rsidP="008A5C7D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proofErr w:type="spellStart"/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lastRenderedPageBreak/>
              <w:t>참가</w:t>
            </w:r>
            <w:proofErr w:type="spellEnd"/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proofErr w:type="spellStart"/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확인</w:t>
            </w:r>
            <w:proofErr w:type="spellEnd"/>
          </w:p>
        </w:tc>
        <w:tc>
          <w:tcPr>
            <w:tcW w:w="7824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D0D0AB" w14:textId="7C57F711" w:rsidR="00992207" w:rsidRPr="004338C9" w:rsidRDefault="00992207" w:rsidP="008A5C7D">
            <w:pPr>
              <w:spacing w:after="0"/>
              <w:rPr>
                <w:rFonts w:ascii="Meiryo UI" w:eastAsia="Meiryo UI" w:hAnsi="Meiryo UI"/>
                <w:sz w:val="20"/>
                <w:szCs w:val="20"/>
                <w:lang w:eastAsia="ko-KR"/>
              </w:rPr>
            </w:pP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본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제안은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참가자가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직접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작성한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내용이며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,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제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>3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자의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권리를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침해하지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않도록</w:t>
            </w:r>
            <w:r w:rsidRPr="004338C9">
              <w:rPr>
                <w:rFonts w:ascii="Meiryo UI" w:eastAsia="Meiryo UI" w:hAnsi="Meiryo UI" w:cs="맑은 고딕" w:hint="eastAsia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작성하였습니다</w:t>
            </w:r>
            <w:r w:rsidRPr="004338C9">
              <w:rPr>
                <w:rFonts w:ascii="Meiryo UI" w:eastAsia="Meiryo UI" w:hAnsi="Meiryo UI" w:cs="맑은 고딕" w:hint="eastAsia"/>
                <w:color w:val="222222"/>
                <w:sz w:val="20"/>
                <w:szCs w:val="20"/>
                <w:lang w:eastAsia="ko-KR"/>
              </w:rPr>
              <w:t>.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>.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br/>
            </w:r>
            <w:r w:rsidR="00F74EF2">
              <w:rPr>
                <w:rFonts w:ascii="Meiryo UI" w:hAnsi="Meiryo UI" w:hint="eastAsia"/>
                <w:b/>
                <w:bCs/>
                <w:color w:val="222222"/>
                <w:sz w:val="20"/>
                <w:szCs w:val="20"/>
                <w:lang w:eastAsia="ko-KR"/>
              </w:rPr>
              <w:t>■</w:t>
            </w:r>
            <w:r w:rsidRPr="004338C9">
              <w:rPr>
                <w:rFonts w:ascii="Meiryo UI" w:eastAsia="Meiryo UI" w:hAnsi="Meiryo UI"/>
                <w:b/>
                <w:bCs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b/>
                <w:bCs/>
                <w:color w:val="222222"/>
                <w:sz w:val="20"/>
                <w:szCs w:val="20"/>
                <w:lang w:eastAsia="ko-KR"/>
              </w:rPr>
              <w:t>확인함</w:t>
            </w:r>
          </w:p>
        </w:tc>
      </w:tr>
      <w:tr w:rsidR="00992207" w:rsidRPr="004338C9" w14:paraId="1042D1B8" w14:textId="77777777" w:rsidTr="008A5C7D">
        <w:trPr>
          <w:cantSplit/>
          <w:jc w:val="center"/>
        </w:trPr>
        <w:tc>
          <w:tcPr>
            <w:tcW w:w="2381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77A426" w14:textId="77777777" w:rsidR="00992207" w:rsidRPr="004338C9" w:rsidRDefault="00992207" w:rsidP="008A5C7D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proofErr w:type="spellStart"/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수집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>·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이용</w:t>
            </w:r>
            <w:proofErr w:type="spellEnd"/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proofErr w:type="spellStart"/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목적</w:t>
            </w:r>
            <w:proofErr w:type="spellEnd"/>
          </w:p>
        </w:tc>
        <w:tc>
          <w:tcPr>
            <w:tcW w:w="7824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E11DD9" w14:textId="77777777" w:rsidR="00992207" w:rsidRPr="004338C9" w:rsidRDefault="00992207" w:rsidP="008A5C7D">
            <w:pPr>
              <w:spacing w:after="0"/>
              <w:rPr>
                <w:rFonts w:ascii="Meiryo UI" w:eastAsia="Meiryo UI" w:hAnsi="Meiryo UI"/>
                <w:sz w:val="20"/>
                <w:szCs w:val="20"/>
                <w:lang w:eastAsia="ko-KR"/>
              </w:rPr>
            </w:pP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공모전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신청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접수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,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참가자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확인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,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심사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및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선정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,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결과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안내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,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시상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및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포상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지급</w:t>
            </w:r>
          </w:p>
        </w:tc>
      </w:tr>
      <w:tr w:rsidR="00992207" w:rsidRPr="004338C9" w14:paraId="28E6568D" w14:textId="77777777" w:rsidTr="008A5C7D">
        <w:trPr>
          <w:cantSplit/>
          <w:jc w:val="center"/>
        </w:trPr>
        <w:tc>
          <w:tcPr>
            <w:tcW w:w="2381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74490C" w14:textId="77777777" w:rsidR="00992207" w:rsidRPr="004338C9" w:rsidRDefault="00992207" w:rsidP="008A5C7D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proofErr w:type="spellStart"/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수집</w:t>
            </w:r>
            <w:proofErr w:type="spellEnd"/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proofErr w:type="spellStart"/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항목</w:t>
            </w:r>
            <w:proofErr w:type="spellEnd"/>
          </w:p>
        </w:tc>
        <w:tc>
          <w:tcPr>
            <w:tcW w:w="7824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233CF4" w14:textId="77777777" w:rsidR="00992207" w:rsidRPr="004338C9" w:rsidRDefault="00992207" w:rsidP="008A5C7D">
            <w:pPr>
              <w:spacing w:after="0"/>
              <w:rPr>
                <w:rFonts w:ascii="Meiryo UI" w:eastAsia="Meiryo UI" w:hAnsi="Meiryo UI"/>
                <w:sz w:val="20"/>
                <w:szCs w:val="20"/>
                <w:lang w:eastAsia="ko-KR"/>
              </w:rPr>
            </w:pP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성명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,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소속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>/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학교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,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연락처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,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이메일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,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정보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및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제출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제안서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내용</w:t>
            </w:r>
          </w:p>
        </w:tc>
      </w:tr>
      <w:tr w:rsidR="00992207" w:rsidRPr="004338C9" w14:paraId="1A79E4AE" w14:textId="77777777" w:rsidTr="008A5C7D">
        <w:trPr>
          <w:cantSplit/>
          <w:jc w:val="center"/>
        </w:trPr>
        <w:tc>
          <w:tcPr>
            <w:tcW w:w="2381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932715" w14:textId="77777777" w:rsidR="00992207" w:rsidRPr="004338C9" w:rsidRDefault="00992207" w:rsidP="008A5C7D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proofErr w:type="spellStart"/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보유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>·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이용</w:t>
            </w:r>
            <w:proofErr w:type="spellEnd"/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proofErr w:type="spellStart"/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기간</w:t>
            </w:r>
            <w:proofErr w:type="spellEnd"/>
          </w:p>
        </w:tc>
        <w:tc>
          <w:tcPr>
            <w:tcW w:w="7824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4F0B86" w14:textId="77777777" w:rsidR="00992207" w:rsidRPr="004338C9" w:rsidRDefault="00992207" w:rsidP="008A5C7D">
            <w:pPr>
              <w:spacing w:after="0"/>
              <w:rPr>
                <w:rFonts w:ascii="Meiryo UI" w:eastAsia="Meiryo UI" w:hAnsi="Meiryo UI"/>
                <w:sz w:val="20"/>
                <w:szCs w:val="20"/>
                <w:lang w:eastAsia="ko-KR"/>
              </w:rPr>
            </w:pP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공모전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운영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목적이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종료되는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때까지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보유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>·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이용하며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,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관련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법령상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보존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의무가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있는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경우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해당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기간까지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보관합니다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>.</w:t>
            </w:r>
          </w:p>
        </w:tc>
      </w:tr>
      <w:tr w:rsidR="00992207" w:rsidRPr="004338C9" w14:paraId="1790CF46" w14:textId="77777777" w:rsidTr="008A5C7D">
        <w:trPr>
          <w:cantSplit/>
          <w:jc w:val="center"/>
        </w:trPr>
        <w:tc>
          <w:tcPr>
            <w:tcW w:w="2381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46A83F" w14:textId="77777777" w:rsidR="00992207" w:rsidRPr="004338C9" w:rsidRDefault="00992207" w:rsidP="008A5C7D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proofErr w:type="spellStart"/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동의</w:t>
            </w:r>
            <w:proofErr w:type="spellEnd"/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proofErr w:type="spellStart"/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거부</w:t>
            </w:r>
            <w:proofErr w:type="spellEnd"/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proofErr w:type="spellStart"/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안내</w:t>
            </w:r>
            <w:proofErr w:type="spellEnd"/>
          </w:p>
        </w:tc>
        <w:tc>
          <w:tcPr>
            <w:tcW w:w="7824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B16C34" w14:textId="77777777" w:rsidR="00992207" w:rsidRPr="004338C9" w:rsidRDefault="00992207" w:rsidP="008A5C7D">
            <w:pPr>
              <w:spacing w:after="0"/>
              <w:rPr>
                <w:rFonts w:ascii="Meiryo UI" w:eastAsia="Meiryo UI" w:hAnsi="Meiryo UI"/>
                <w:sz w:val="20"/>
                <w:szCs w:val="20"/>
                <w:lang w:eastAsia="ko-KR"/>
              </w:rPr>
            </w:pP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개인정보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수집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>·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이용에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동의하지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않을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권리가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있으나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,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필수정보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제공에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동의하지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않을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경우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공모전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참가가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제한될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수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있습니다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>.</w:t>
            </w:r>
          </w:p>
        </w:tc>
      </w:tr>
      <w:tr w:rsidR="00992207" w:rsidRPr="004338C9" w14:paraId="793FB801" w14:textId="77777777" w:rsidTr="008A5C7D">
        <w:trPr>
          <w:cantSplit/>
          <w:jc w:val="center"/>
        </w:trPr>
        <w:tc>
          <w:tcPr>
            <w:tcW w:w="2381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6C75BD" w14:textId="77777777" w:rsidR="00992207" w:rsidRPr="004338C9" w:rsidRDefault="00992207" w:rsidP="008A5C7D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  <w:lang w:eastAsia="ko-KR"/>
              </w:rPr>
              <w:t>최종</w:t>
            </w:r>
            <w:r w:rsidRPr="004338C9">
              <w:rPr>
                <w:rFonts w:ascii="Meiryo UI" w:eastAsia="Meiryo UI" w:hAnsi="Meiryo UI" w:cs="맑은 고딕" w:hint="eastAsia"/>
                <w:b/>
                <w:color w:val="102A66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동의</w:t>
            </w:r>
            <w:proofErr w:type="spellEnd"/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proofErr w:type="spellStart"/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여부</w:t>
            </w:r>
            <w:proofErr w:type="spellEnd"/>
          </w:p>
        </w:tc>
        <w:tc>
          <w:tcPr>
            <w:tcW w:w="7824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EDAE2C" w14:textId="2787B701" w:rsidR="00992207" w:rsidRPr="004338C9" w:rsidRDefault="00F74EF2" w:rsidP="008A5C7D">
            <w:pPr>
              <w:spacing w:after="0"/>
              <w:rPr>
                <w:rFonts w:ascii="Meiryo UI" w:eastAsia="Meiryo UI" w:hAnsi="Meiryo UI"/>
                <w:b/>
                <w:sz w:val="20"/>
                <w:szCs w:val="20"/>
              </w:rPr>
            </w:pPr>
            <w:r>
              <w:rPr>
                <w:rFonts w:ascii="Meiryo UI" w:hAnsi="Meiryo UI" w:hint="eastAsia"/>
                <w:b/>
                <w:bCs/>
                <w:color w:val="222222"/>
                <w:sz w:val="20"/>
                <w:szCs w:val="20"/>
                <w:lang w:eastAsia="ko-KR"/>
              </w:rPr>
              <w:t>■</w:t>
            </w:r>
            <w:r w:rsidR="00992207" w:rsidRPr="004338C9">
              <w:rPr>
                <w:rFonts w:ascii="Meiryo UI" w:eastAsia="Meiryo UI" w:hAnsi="Meiryo UI"/>
                <w:b/>
                <w:color w:val="222222"/>
                <w:sz w:val="20"/>
                <w:szCs w:val="20"/>
              </w:rPr>
              <w:t xml:space="preserve"> </w:t>
            </w:r>
            <w:r w:rsidR="00992207" w:rsidRPr="004338C9">
              <w:rPr>
                <w:rFonts w:cs="맑은 고딕" w:hint="eastAsia"/>
                <w:b/>
                <w:color w:val="222222"/>
                <w:sz w:val="20"/>
                <w:szCs w:val="20"/>
              </w:rPr>
              <w:t>동의함</w:t>
            </w:r>
            <w:r w:rsidR="00992207" w:rsidRPr="004338C9">
              <w:rPr>
                <w:rFonts w:ascii="Meiryo UI" w:eastAsia="Meiryo UI" w:hAnsi="Meiryo UI"/>
                <w:b/>
                <w:color w:val="222222"/>
                <w:sz w:val="20"/>
                <w:szCs w:val="20"/>
              </w:rPr>
              <w:t xml:space="preserve">     ☐ </w:t>
            </w:r>
            <w:r w:rsidR="00992207" w:rsidRPr="004338C9">
              <w:rPr>
                <w:rFonts w:cs="맑은 고딕" w:hint="eastAsia"/>
                <w:b/>
                <w:color w:val="222222"/>
                <w:sz w:val="20"/>
                <w:szCs w:val="20"/>
              </w:rPr>
              <w:t>동의하지</w:t>
            </w:r>
            <w:r w:rsidR="00992207" w:rsidRPr="004338C9">
              <w:rPr>
                <w:rFonts w:ascii="Meiryo UI" w:eastAsia="Meiryo UI" w:hAnsi="Meiryo UI"/>
                <w:b/>
                <w:color w:val="222222"/>
                <w:sz w:val="20"/>
                <w:szCs w:val="20"/>
              </w:rPr>
              <w:t xml:space="preserve"> </w:t>
            </w:r>
            <w:r w:rsidR="00992207" w:rsidRPr="004338C9">
              <w:rPr>
                <w:rFonts w:cs="맑은 고딕" w:hint="eastAsia"/>
                <w:b/>
                <w:color w:val="222222"/>
                <w:sz w:val="20"/>
                <w:szCs w:val="20"/>
              </w:rPr>
              <w:t>않음</w:t>
            </w:r>
          </w:p>
        </w:tc>
      </w:tr>
    </w:tbl>
    <w:p w14:paraId="1C82FF64" w14:textId="77777777" w:rsidR="00992207" w:rsidRPr="00F74EF2" w:rsidRDefault="00992207" w:rsidP="00992207">
      <w:pPr>
        <w:spacing w:before="200" w:after="120"/>
        <w:jc w:val="center"/>
        <w:rPr>
          <w:rFonts w:ascii="Meiryo UI" w:eastAsia="Meiryo UI" w:hAnsi="Meiryo UI" w:cs="맑은 고딕"/>
          <w:b/>
          <w:color w:val="102A66"/>
          <w:sz w:val="20"/>
          <w:szCs w:val="20"/>
          <w:lang w:eastAsia="ko-KR"/>
        </w:rPr>
      </w:pPr>
    </w:p>
    <w:p w14:paraId="688C7113" w14:textId="77777777" w:rsidR="00992207" w:rsidRPr="004338C9" w:rsidRDefault="00992207" w:rsidP="00992207">
      <w:pPr>
        <w:spacing w:before="200" w:after="120"/>
        <w:jc w:val="center"/>
        <w:rPr>
          <w:rFonts w:ascii="Meiryo UI" w:eastAsia="Meiryo UI" w:hAnsi="Meiryo UI"/>
          <w:sz w:val="20"/>
          <w:szCs w:val="20"/>
        </w:rPr>
      </w:pPr>
      <w:r w:rsidRPr="004338C9">
        <w:rPr>
          <w:rFonts w:cs="맑은 고딕" w:hint="eastAsia"/>
          <w:b/>
          <w:color w:val="102A66"/>
          <w:sz w:val="20"/>
          <w:szCs w:val="20"/>
        </w:rPr>
        <w:t>위</w:t>
      </w:r>
      <w:r w:rsidRPr="004338C9">
        <w:rPr>
          <w:rFonts w:ascii="Meiryo UI" w:eastAsia="Meiryo UI" w:hAnsi="Meiryo UI"/>
          <w:b/>
          <w:color w:val="102A66"/>
          <w:sz w:val="20"/>
          <w:szCs w:val="20"/>
        </w:rPr>
        <w:t xml:space="preserve"> </w:t>
      </w:r>
      <w:proofErr w:type="spellStart"/>
      <w:r w:rsidRPr="004338C9">
        <w:rPr>
          <w:rFonts w:cs="맑은 고딕" w:hint="eastAsia"/>
          <w:b/>
          <w:color w:val="102A66"/>
          <w:sz w:val="20"/>
          <w:szCs w:val="20"/>
        </w:rPr>
        <w:t>내용과</w:t>
      </w:r>
      <w:proofErr w:type="spellEnd"/>
      <w:r w:rsidRPr="004338C9">
        <w:rPr>
          <w:rFonts w:ascii="Meiryo UI" w:eastAsia="Meiryo UI" w:hAnsi="Meiryo UI"/>
          <w:b/>
          <w:color w:val="102A66"/>
          <w:sz w:val="20"/>
          <w:szCs w:val="20"/>
        </w:rPr>
        <w:t xml:space="preserve"> </w:t>
      </w:r>
      <w:proofErr w:type="spellStart"/>
      <w:r w:rsidRPr="004338C9">
        <w:rPr>
          <w:rFonts w:cs="맑은 고딕" w:hint="eastAsia"/>
          <w:b/>
          <w:color w:val="102A66"/>
          <w:sz w:val="20"/>
          <w:szCs w:val="20"/>
        </w:rPr>
        <w:t>같이</w:t>
      </w:r>
      <w:proofErr w:type="spellEnd"/>
      <w:r w:rsidRPr="004338C9">
        <w:rPr>
          <w:rFonts w:ascii="Meiryo UI" w:eastAsia="Meiryo UI" w:hAnsi="Meiryo UI"/>
          <w:b/>
          <w:color w:val="102A66"/>
          <w:sz w:val="20"/>
          <w:szCs w:val="20"/>
        </w:rPr>
        <w:t xml:space="preserve"> 「</w:t>
      </w:r>
      <w:r w:rsidRPr="004338C9">
        <w:rPr>
          <w:rFonts w:cs="맑은 고딕" w:hint="eastAsia"/>
          <w:b/>
          <w:color w:val="102A66"/>
          <w:sz w:val="20"/>
          <w:szCs w:val="20"/>
        </w:rPr>
        <w:t>제</w:t>
      </w:r>
      <w:r w:rsidRPr="004338C9">
        <w:rPr>
          <w:rFonts w:ascii="Meiryo UI" w:eastAsia="Meiryo UI" w:hAnsi="Meiryo UI"/>
          <w:b/>
          <w:color w:val="102A66"/>
          <w:sz w:val="20"/>
          <w:szCs w:val="20"/>
        </w:rPr>
        <w:t>2</w:t>
      </w:r>
      <w:r w:rsidRPr="004338C9">
        <w:rPr>
          <w:rFonts w:cs="맑은 고딕" w:hint="eastAsia"/>
          <w:b/>
          <w:color w:val="102A66"/>
          <w:sz w:val="20"/>
          <w:szCs w:val="20"/>
        </w:rPr>
        <w:t>회</w:t>
      </w:r>
      <w:r w:rsidRPr="004338C9">
        <w:rPr>
          <w:rFonts w:ascii="Meiryo UI" w:eastAsia="Meiryo UI" w:hAnsi="Meiryo UI"/>
          <w:b/>
          <w:color w:val="102A66"/>
          <w:sz w:val="20"/>
          <w:szCs w:val="20"/>
        </w:rPr>
        <w:t xml:space="preserve"> Nitto Open Innovation </w:t>
      </w:r>
      <w:proofErr w:type="spellStart"/>
      <w:r w:rsidRPr="004338C9">
        <w:rPr>
          <w:rFonts w:ascii="Meiryo UI" w:eastAsia="Meiryo UI" w:hAnsi="Meiryo UI"/>
          <w:b/>
          <w:color w:val="102A66"/>
          <w:sz w:val="20"/>
          <w:szCs w:val="20"/>
        </w:rPr>
        <w:t>Challenge」</w:t>
      </w:r>
      <w:r w:rsidRPr="004338C9">
        <w:rPr>
          <w:rFonts w:cs="맑은 고딕" w:hint="eastAsia"/>
          <w:b/>
          <w:color w:val="102A66"/>
          <w:sz w:val="20"/>
          <w:szCs w:val="20"/>
        </w:rPr>
        <w:t>에</w:t>
      </w:r>
      <w:proofErr w:type="spellEnd"/>
      <w:r w:rsidRPr="004338C9">
        <w:rPr>
          <w:rFonts w:ascii="Meiryo UI" w:eastAsia="Meiryo UI" w:hAnsi="Meiryo UI"/>
          <w:b/>
          <w:color w:val="102A66"/>
          <w:sz w:val="20"/>
          <w:szCs w:val="20"/>
        </w:rPr>
        <w:t xml:space="preserve"> </w:t>
      </w:r>
      <w:proofErr w:type="spellStart"/>
      <w:r w:rsidRPr="004338C9">
        <w:rPr>
          <w:rFonts w:cs="맑은 고딕" w:hint="eastAsia"/>
          <w:b/>
          <w:color w:val="102A66"/>
          <w:sz w:val="20"/>
          <w:szCs w:val="20"/>
        </w:rPr>
        <w:t>참가를</w:t>
      </w:r>
      <w:proofErr w:type="spellEnd"/>
      <w:r w:rsidRPr="004338C9">
        <w:rPr>
          <w:rFonts w:ascii="Meiryo UI" w:eastAsia="Meiryo UI" w:hAnsi="Meiryo UI"/>
          <w:b/>
          <w:color w:val="102A66"/>
          <w:sz w:val="20"/>
          <w:szCs w:val="20"/>
        </w:rPr>
        <w:t xml:space="preserve"> </w:t>
      </w:r>
      <w:proofErr w:type="spellStart"/>
      <w:r w:rsidRPr="004338C9">
        <w:rPr>
          <w:rFonts w:cs="맑은 고딕" w:hint="eastAsia"/>
          <w:b/>
          <w:color w:val="102A66"/>
          <w:sz w:val="20"/>
          <w:szCs w:val="20"/>
        </w:rPr>
        <w:t>신청합니다</w:t>
      </w:r>
      <w:proofErr w:type="spellEnd"/>
      <w:r w:rsidRPr="004338C9">
        <w:rPr>
          <w:rFonts w:ascii="Meiryo UI" w:eastAsia="Meiryo UI" w:hAnsi="Meiryo UI"/>
          <w:b/>
          <w:color w:val="102A66"/>
          <w:sz w:val="20"/>
          <w:szCs w:val="20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992207" w:rsidRPr="004338C9" w14:paraId="1DD45B9E" w14:textId="77777777" w:rsidTr="008A5C7D">
        <w:trPr>
          <w:cantSplit/>
          <w:jc w:val="center"/>
        </w:trPr>
        <w:tc>
          <w:tcPr>
            <w:tcW w:w="5103" w:type="dxa"/>
            <w:tcBorders>
              <w:bottom w:val="single" w:sz="2" w:space="0" w:color="D7E1E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DAC642" w14:textId="77777777" w:rsidR="00992207" w:rsidRPr="004338C9" w:rsidRDefault="00992207" w:rsidP="008A5C7D">
            <w:pPr>
              <w:spacing w:after="0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proofErr w:type="spellStart"/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신청일</w:t>
            </w:r>
            <w:proofErr w:type="spellEnd"/>
          </w:p>
        </w:tc>
        <w:tc>
          <w:tcPr>
            <w:tcW w:w="5103" w:type="dxa"/>
            <w:tcBorders>
              <w:bottom w:val="single" w:sz="2" w:space="0" w:color="D7E1E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F4C271" w14:textId="77777777" w:rsidR="00992207" w:rsidRPr="004338C9" w:rsidRDefault="00992207" w:rsidP="008A5C7D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ascii="Meiryo UI" w:eastAsia="Meiryo UI" w:hAnsi="Meiryo UI"/>
                <w:color w:val="333333"/>
                <w:sz w:val="20"/>
                <w:szCs w:val="20"/>
              </w:rPr>
              <w:t xml:space="preserve">20      </w:t>
            </w:r>
            <w:r w:rsidRPr="004338C9">
              <w:rPr>
                <w:rFonts w:cs="맑은 고딕" w:hint="eastAsia"/>
                <w:color w:val="333333"/>
                <w:sz w:val="20"/>
                <w:szCs w:val="20"/>
              </w:rPr>
              <w:t>년</w:t>
            </w:r>
            <w:r w:rsidRPr="004338C9">
              <w:rPr>
                <w:rFonts w:ascii="Meiryo UI" w:eastAsia="Meiryo UI" w:hAnsi="Meiryo UI"/>
                <w:color w:val="333333"/>
                <w:sz w:val="20"/>
                <w:szCs w:val="20"/>
              </w:rPr>
              <w:t xml:space="preserve">      </w:t>
            </w:r>
            <w:r w:rsidRPr="004338C9">
              <w:rPr>
                <w:rFonts w:cs="맑은 고딕" w:hint="eastAsia"/>
                <w:color w:val="333333"/>
                <w:sz w:val="20"/>
                <w:szCs w:val="20"/>
              </w:rPr>
              <w:t>월</w:t>
            </w:r>
            <w:r w:rsidRPr="004338C9">
              <w:rPr>
                <w:rFonts w:ascii="Meiryo UI" w:eastAsia="Meiryo UI" w:hAnsi="Meiryo UI"/>
                <w:color w:val="333333"/>
                <w:sz w:val="20"/>
                <w:szCs w:val="20"/>
              </w:rPr>
              <w:t xml:space="preserve">      </w:t>
            </w:r>
            <w:r w:rsidRPr="004338C9">
              <w:rPr>
                <w:rFonts w:cs="맑은 고딕" w:hint="eastAsia"/>
                <w:color w:val="333333"/>
                <w:sz w:val="20"/>
                <w:szCs w:val="20"/>
              </w:rPr>
              <w:t>일</w:t>
            </w:r>
          </w:p>
        </w:tc>
      </w:tr>
      <w:tr w:rsidR="00992207" w:rsidRPr="004338C9" w14:paraId="51E00D0A" w14:textId="77777777" w:rsidTr="008A5C7D">
        <w:trPr>
          <w:cantSplit/>
          <w:jc w:val="center"/>
        </w:trPr>
        <w:tc>
          <w:tcPr>
            <w:tcW w:w="5103" w:type="dxa"/>
            <w:tcBorders>
              <w:bottom w:val="single" w:sz="2" w:space="0" w:color="D7E1E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CB8BD2" w14:textId="77777777" w:rsidR="00992207" w:rsidRPr="004338C9" w:rsidRDefault="00992207" w:rsidP="008A5C7D">
            <w:pPr>
              <w:spacing w:after="0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proofErr w:type="spellStart"/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대표자</w:t>
            </w:r>
            <w:proofErr w:type="spellEnd"/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proofErr w:type="spellStart"/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성명</w:t>
            </w:r>
            <w:proofErr w:type="spellEnd"/>
          </w:p>
        </w:tc>
        <w:tc>
          <w:tcPr>
            <w:tcW w:w="5103" w:type="dxa"/>
            <w:tcBorders>
              <w:bottom w:val="single" w:sz="2" w:space="0" w:color="D7E1E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BFE5CE" w14:textId="77777777" w:rsidR="00992207" w:rsidRPr="004338C9" w:rsidRDefault="00992207" w:rsidP="008A5C7D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992207" w:rsidRPr="004338C9" w14:paraId="16AD3D94" w14:textId="77777777" w:rsidTr="008A5C7D">
        <w:trPr>
          <w:cantSplit/>
          <w:jc w:val="center"/>
        </w:trPr>
        <w:tc>
          <w:tcPr>
            <w:tcW w:w="5103" w:type="dxa"/>
            <w:tcBorders>
              <w:bottom w:val="single" w:sz="2" w:space="0" w:color="D7E1E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61268E" w14:textId="77777777" w:rsidR="00992207" w:rsidRPr="004338C9" w:rsidRDefault="00992207" w:rsidP="008A5C7D">
            <w:pPr>
              <w:spacing w:after="0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proofErr w:type="spellStart"/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서명</w:t>
            </w:r>
            <w:proofErr w:type="spellEnd"/>
          </w:p>
        </w:tc>
        <w:tc>
          <w:tcPr>
            <w:tcW w:w="5103" w:type="dxa"/>
            <w:tcBorders>
              <w:bottom w:val="single" w:sz="2" w:space="0" w:color="D7E1E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10DAF7" w14:textId="77777777" w:rsidR="00992207" w:rsidRPr="004338C9" w:rsidRDefault="00992207" w:rsidP="008A5C7D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ascii="Meiryo UI" w:eastAsia="Meiryo UI" w:hAnsi="Meiryo UI"/>
                <w:color w:val="333333"/>
                <w:sz w:val="20"/>
                <w:szCs w:val="20"/>
              </w:rPr>
              <w:t>(</w:t>
            </w:r>
            <w:proofErr w:type="spellStart"/>
            <w:r w:rsidRPr="004338C9">
              <w:rPr>
                <w:rFonts w:cs="맑은 고딕" w:hint="eastAsia"/>
                <w:color w:val="333333"/>
                <w:sz w:val="20"/>
                <w:szCs w:val="20"/>
              </w:rPr>
              <w:t>서명</w:t>
            </w:r>
            <w:proofErr w:type="spellEnd"/>
            <w:r w:rsidRPr="004338C9">
              <w:rPr>
                <w:rFonts w:ascii="Meiryo UI" w:eastAsia="Meiryo UI" w:hAnsi="Meiryo UI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338C9">
              <w:rPr>
                <w:rFonts w:cs="맑은 고딕" w:hint="eastAsia"/>
                <w:color w:val="333333"/>
                <w:sz w:val="20"/>
                <w:szCs w:val="20"/>
              </w:rPr>
              <w:t>또는</w:t>
            </w:r>
            <w:proofErr w:type="spellEnd"/>
            <w:r w:rsidRPr="004338C9">
              <w:rPr>
                <w:rFonts w:ascii="Meiryo UI" w:eastAsia="Meiryo UI" w:hAnsi="Meiryo UI"/>
                <w:color w:val="333333"/>
                <w:sz w:val="20"/>
                <w:szCs w:val="20"/>
              </w:rPr>
              <w:t xml:space="preserve"> </w:t>
            </w:r>
            <w:r w:rsidRPr="004338C9">
              <w:rPr>
                <w:rFonts w:cs="맑은 고딕" w:hint="eastAsia"/>
                <w:color w:val="333333"/>
                <w:sz w:val="20"/>
                <w:szCs w:val="20"/>
              </w:rPr>
              <w:t>인</w:t>
            </w:r>
            <w:r w:rsidRPr="004338C9">
              <w:rPr>
                <w:rFonts w:ascii="Meiryo UI" w:eastAsia="Meiryo UI" w:hAnsi="Meiryo UI"/>
                <w:color w:val="333333"/>
                <w:sz w:val="20"/>
                <w:szCs w:val="20"/>
              </w:rPr>
              <w:t>)</w:t>
            </w:r>
          </w:p>
        </w:tc>
      </w:tr>
    </w:tbl>
    <w:p w14:paraId="42F7AC9A" w14:textId="77777777" w:rsidR="00992207" w:rsidRDefault="00992207">
      <w:pPr>
        <w:spacing w:after="0" w:line="240" w:lineRule="auto"/>
        <w:rPr>
          <w:rFonts w:ascii="Meiryo UI" w:hAnsi="Meiryo UI"/>
          <w:sz w:val="20"/>
          <w:szCs w:val="20"/>
          <w:lang w:eastAsia="ko-KR"/>
        </w:rPr>
      </w:pPr>
    </w:p>
    <w:sectPr w:rsidR="00992207" w:rsidSect="00034616">
      <w:footerReference w:type="default" r:id="rId8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A6873" w14:textId="77777777" w:rsidR="00C10CCE" w:rsidRDefault="00C10CCE">
      <w:pPr>
        <w:spacing w:after="0" w:line="240" w:lineRule="auto"/>
      </w:pPr>
      <w:r>
        <w:separator/>
      </w:r>
    </w:p>
  </w:endnote>
  <w:endnote w:type="continuationSeparator" w:id="0">
    <w:p w14:paraId="34A9AF12" w14:textId="77777777" w:rsidR="00C10CCE" w:rsidRDefault="00C10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Meiryo UI">
    <w:altName w:val="Yu Gothic"/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66B4C" w14:textId="77777777" w:rsidR="007C1E3B" w:rsidRDefault="00804E2B">
    <w:pPr>
      <w:pStyle w:val="a6"/>
      <w:jc w:val="center"/>
    </w:pPr>
    <w:r>
      <w:rPr>
        <w:color w:val="6E7F91"/>
        <w:sz w:val="16"/>
      </w:rPr>
      <w:t xml:space="preserve">Nitto Open Innovation </w:t>
    </w:r>
    <w:proofErr w:type="gramStart"/>
    <w:r>
      <w:rPr>
        <w:color w:val="6E7F91"/>
        <w:sz w:val="16"/>
      </w:rPr>
      <w:t>Challenge  |</w:t>
    </w:r>
    <w:proofErr w:type="gramEnd"/>
    <w:r>
      <w:rPr>
        <w:color w:val="6E7F91"/>
        <w:sz w:val="16"/>
      </w:rPr>
      <w:t xml:space="preserve">  </w:t>
    </w:r>
    <w:proofErr w:type="spellStart"/>
    <w:r>
      <w:rPr>
        <w:color w:val="6E7F91"/>
        <w:sz w:val="16"/>
      </w:rPr>
      <w:t>문의</w:t>
    </w:r>
    <w:proofErr w:type="spellEnd"/>
    <w:r>
      <w:rPr>
        <w:color w:val="6E7F91"/>
        <w:sz w:val="16"/>
      </w:rPr>
      <w:t>: nitto-korea-noic@nitto.com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85206" w14:textId="77777777" w:rsidR="00C10CCE" w:rsidRDefault="00C10CCE">
      <w:pPr>
        <w:spacing w:after="0" w:line="240" w:lineRule="auto"/>
      </w:pPr>
      <w:r>
        <w:separator/>
      </w:r>
    </w:p>
  </w:footnote>
  <w:footnote w:type="continuationSeparator" w:id="0">
    <w:p w14:paraId="43469482" w14:textId="77777777" w:rsidR="00C10CCE" w:rsidRDefault="00C10C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BF223F7"/>
    <w:multiLevelType w:val="hybridMultilevel"/>
    <w:tmpl w:val="A8AAEDF6"/>
    <w:lvl w:ilvl="0" w:tplc="8C2296B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429392686">
    <w:abstractNumId w:val="8"/>
  </w:num>
  <w:num w:numId="2" w16cid:durableId="471287940">
    <w:abstractNumId w:val="6"/>
  </w:num>
  <w:num w:numId="3" w16cid:durableId="1212228759">
    <w:abstractNumId w:val="5"/>
  </w:num>
  <w:num w:numId="4" w16cid:durableId="1241526790">
    <w:abstractNumId w:val="4"/>
  </w:num>
  <w:num w:numId="5" w16cid:durableId="925335528">
    <w:abstractNumId w:val="7"/>
  </w:num>
  <w:num w:numId="6" w16cid:durableId="617371833">
    <w:abstractNumId w:val="3"/>
  </w:num>
  <w:num w:numId="7" w16cid:durableId="1938631882">
    <w:abstractNumId w:val="2"/>
  </w:num>
  <w:num w:numId="8" w16cid:durableId="1057826649">
    <w:abstractNumId w:val="1"/>
  </w:num>
  <w:num w:numId="9" w16cid:durableId="2034064251">
    <w:abstractNumId w:val="0"/>
  </w:num>
  <w:num w:numId="10" w16cid:durableId="18711378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6ED3"/>
    <w:rsid w:val="0006063C"/>
    <w:rsid w:val="000E1775"/>
    <w:rsid w:val="0015074B"/>
    <w:rsid w:val="00206E38"/>
    <w:rsid w:val="00207694"/>
    <w:rsid w:val="00216EFA"/>
    <w:rsid w:val="00267D3B"/>
    <w:rsid w:val="0029639D"/>
    <w:rsid w:val="002A656F"/>
    <w:rsid w:val="002E7D12"/>
    <w:rsid w:val="00326F90"/>
    <w:rsid w:val="00344D1D"/>
    <w:rsid w:val="003474AF"/>
    <w:rsid w:val="00354BA5"/>
    <w:rsid w:val="00355499"/>
    <w:rsid w:val="00394009"/>
    <w:rsid w:val="003E77BD"/>
    <w:rsid w:val="00425D30"/>
    <w:rsid w:val="004264F2"/>
    <w:rsid w:val="004338C9"/>
    <w:rsid w:val="004741C5"/>
    <w:rsid w:val="0049700D"/>
    <w:rsid w:val="004B2A8A"/>
    <w:rsid w:val="004B3CBE"/>
    <w:rsid w:val="004F34E6"/>
    <w:rsid w:val="005237B3"/>
    <w:rsid w:val="0055147D"/>
    <w:rsid w:val="005707C0"/>
    <w:rsid w:val="00577B52"/>
    <w:rsid w:val="00590635"/>
    <w:rsid w:val="00595789"/>
    <w:rsid w:val="005E7C7B"/>
    <w:rsid w:val="00606DB4"/>
    <w:rsid w:val="00640205"/>
    <w:rsid w:val="006B4F93"/>
    <w:rsid w:val="007C184F"/>
    <w:rsid w:val="007C1E3B"/>
    <w:rsid w:val="00804E2B"/>
    <w:rsid w:val="00817338"/>
    <w:rsid w:val="008A5C7D"/>
    <w:rsid w:val="0090459D"/>
    <w:rsid w:val="00915494"/>
    <w:rsid w:val="00987E45"/>
    <w:rsid w:val="00992207"/>
    <w:rsid w:val="009E7751"/>
    <w:rsid w:val="009F1F1F"/>
    <w:rsid w:val="00A03EAD"/>
    <w:rsid w:val="00A050B2"/>
    <w:rsid w:val="00A86F6E"/>
    <w:rsid w:val="00A93EE2"/>
    <w:rsid w:val="00AA1D8D"/>
    <w:rsid w:val="00AB7CEA"/>
    <w:rsid w:val="00B47730"/>
    <w:rsid w:val="00B55E95"/>
    <w:rsid w:val="00BC7B5D"/>
    <w:rsid w:val="00BD7447"/>
    <w:rsid w:val="00C01B84"/>
    <w:rsid w:val="00C10CCE"/>
    <w:rsid w:val="00C44B45"/>
    <w:rsid w:val="00C66C5A"/>
    <w:rsid w:val="00C73936"/>
    <w:rsid w:val="00C93AF4"/>
    <w:rsid w:val="00CA18EB"/>
    <w:rsid w:val="00CB0664"/>
    <w:rsid w:val="00CD1D1D"/>
    <w:rsid w:val="00D10433"/>
    <w:rsid w:val="00D17855"/>
    <w:rsid w:val="00D207AF"/>
    <w:rsid w:val="00D35D16"/>
    <w:rsid w:val="00D525AC"/>
    <w:rsid w:val="00D654FE"/>
    <w:rsid w:val="00DA63D5"/>
    <w:rsid w:val="00DD0394"/>
    <w:rsid w:val="00DD1AAE"/>
    <w:rsid w:val="00EB6257"/>
    <w:rsid w:val="00EC6E4A"/>
    <w:rsid w:val="00F652EB"/>
    <w:rsid w:val="00F74E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5E3D2494-DCC4-4093-9DA6-510CB7D48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BC7B5D"/>
    <w:pPr>
      <w:spacing w:after="80"/>
    </w:pPr>
    <w:rPr>
      <w:rFonts w:ascii="맑은 고딕" w:eastAsia="맑은 고딕" w:hAnsi="맑은 고딕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312</Words>
  <Characters>709</Characters>
  <Application>Microsoft Office Word</Application>
  <DocSecurity>0</DocSecurity>
  <Lines>95</Lines>
  <Paragraphs>44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제2회 Nitto Open Innovation Challenge 참가신청서</vt:lpstr>
      <vt:lpstr/>
    </vt:vector>
  </TitlesOfParts>
  <Manager/>
  <Company/>
  <LinksUpToDate>false</LinksUpToDate>
  <CharactersWithSpaces>916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제2회 Nitto Open Innovation Challenge 참가신청서</dc:title>
  <dc:subject>공모전 참가 양식</dc:subject>
  <dc:creator>SEO, BYEONG-GAB</dc:creator>
  <cp:keywords/>
  <dc:description>generated by python-docx</dc:description>
  <cp:lastModifiedBy>KIM, HYUN-JEONG</cp:lastModifiedBy>
  <cp:revision>11</cp:revision>
  <dcterms:created xsi:type="dcterms:W3CDTF">2026-10-30T12:04:00Z</dcterms:created>
  <dcterms:modified xsi:type="dcterms:W3CDTF">2026-10-30T11:19:00Z</dcterms:modified>
  <cp:category/>
</cp:coreProperties>
</file>