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6"/>
      </w:tblGrid>
      <w:tr w:rsidR="007C1E3B" w:rsidRPr="004338C9" w14:paraId="14382E1C" w14:textId="77777777">
        <w:trPr>
          <w:cantSplit/>
          <w:jc w:val="center"/>
        </w:trPr>
        <w:tc>
          <w:tcPr>
            <w:tcW w:w="10206" w:type="dxa"/>
            <w:shd w:val="clear" w:color="auto" w:fill="102A6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D12B9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36"/>
                <w:szCs w:val="36"/>
              </w:rPr>
            </w:pPr>
            <w:r w:rsidRPr="004338C9">
              <w:rPr>
                <w:rFonts w:cs="맑은 고딕" w:hint="eastAsia"/>
                <w:b/>
                <w:color w:val="FFFFFF"/>
                <w:sz w:val="36"/>
                <w:szCs w:val="36"/>
              </w:rPr>
              <w:t>제</w:t>
            </w:r>
            <w:r w:rsidRPr="004338C9">
              <w:rPr>
                <w:rFonts w:ascii="Meiryo UI" w:eastAsia="Meiryo UI" w:hAnsi="Meiryo UI"/>
                <w:b/>
                <w:color w:val="FFFFFF"/>
                <w:sz w:val="36"/>
                <w:szCs w:val="36"/>
              </w:rPr>
              <w:t>2</w:t>
            </w:r>
            <w:r w:rsidRPr="004338C9">
              <w:rPr>
                <w:rFonts w:cs="맑은 고딕" w:hint="eastAsia"/>
                <w:b/>
                <w:color w:val="FFFFFF"/>
                <w:sz w:val="36"/>
                <w:szCs w:val="36"/>
              </w:rPr>
              <w:t>회</w:t>
            </w:r>
            <w:r w:rsidRPr="004338C9">
              <w:rPr>
                <w:rFonts w:ascii="Meiryo UI" w:eastAsia="Meiryo UI" w:hAnsi="Meiryo UI"/>
                <w:b/>
                <w:color w:val="FFFFFF"/>
                <w:sz w:val="36"/>
                <w:szCs w:val="36"/>
              </w:rPr>
              <w:t xml:space="preserve"> Nitto Open Innovation Challenge</w:t>
            </w:r>
          </w:p>
          <w:p w14:paraId="1093E155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67D4F4"/>
                <w:sz w:val="36"/>
                <w:szCs w:val="36"/>
              </w:rPr>
              <w:t>참가신청서</w:t>
            </w:r>
          </w:p>
        </w:tc>
      </w:tr>
    </w:tbl>
    <w:p w14:paraId="4A4D9A18" w14:textId="77777777" w:rsidR="007C1E3B" w:rsidRPr="004338C9" w:rsidRDefault="00804E2B">
      <w:pPr>
        <w:spacing w:before="100" w:after="140"/>
        <w:jc w:val="center"/>
        <w:rPr>
          <w:rFonts w:ascii="Meiryo UI" w:eastAsia="Meiryo UI" w:hAnsi="Meiryo UI"/>
          <w:b/>
          <w:color w:val="102A66"/>
          <w:sz w:val="20"/>
          <w:szCs w:val="20"/>
          <w:lang w:eastAsia="ko-KR"/>
        </w:rPr>
      </w:pP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Nitto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의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기술과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제품으로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환경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·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인류에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기여하거나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새로운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사업화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가능성을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제안해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  <w:lang w:eastAsia="ko-KR"/>
        </w:rPr>
        <w:t>주세요</w:t>
      </w:r>
      <w:r w:rsidRPr="004338C9">
        <w:rPr>
          <w:rFonts w:ascii="Meiryo UI" w:eastAsia="Meiryo UI" w:hAnsi="Meiryo UI"/>
          <w:b/>
          <w:color w:val="102A66"/>
          <w:sz w:val="20"/>
          <w:szCs w:val="20"/>
          <w:lang w:eastAsia="ko-KR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7C1E3B" w:rsidRPr="004338C9" w14:paraId="58ACBDAB" w14:textId="77777777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1D5BAA" w14:textId="77777777" w:rsidR="007C1E3B" w:rsidRPr="004338C9" w:rsidRDefault="00804E2B">
            <w:pPr>
              <w:spacing w:before="40" w:after="40"/>
              <w:rPr>
                <w:rFonts w:ascii="Meiryo UI" w:eastAsia="Meiryo UI" w:hAnsi="Meiryo UI"/>
                <w:sz w:val="24"/>
                <w:szCs w:val="24"/>
                <w:lang w:eastAsia="ko-KR"/>
              </w:rPr>
            </w:pP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1.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참가자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정보</w:t>
            </w:r>
          </w:p>
          <w:p w14:paraId="67523AF5" w14:textId="0BE547BE" w:rsidR="007C1E3B" w:rsidRPr="004338C9" w:rsidRDefault="00804E2B" w:rsidP="004338C9">
            <w:pPr>
              <w:spacing w:after="2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개인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참가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또는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최대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3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인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4338C9" w:rsidRPr="004338C9">
              <w:rPr>
                <w:rFonts w:ascii="Meiryo UI" w:eastAsia="Meiryo UI" w:hAnsi="Meiryo UI" w:hint="eastAsia"/>
                <w:color w:val="DCEEFF"/>
                <w:sz w:val="20"/>
                <w:szCs w:val="20"/>
                <w:lang w:eastAsia="ko-KR"/>
              </w:rPr>
              <w:t>1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기준으로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작성해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75F51BD7" w14:textId="77777777" w:rsidR="007C1E3B" w:rsidRPr="004338C9" w:rsidRDefault="007C1E3B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7"/>
        <w:gridCol w:w="3515"/>
        <w:gridCol w:w="1587"/>
        <w:gridCol w:w="3515"/>
      </w:tblGrid>
      <w:tr w:rsidR="007C1E3B" w:rsidRPr="004338C9" w14:paraId="758776D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39F553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참가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구분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5527B" w14:textId="77777777" w:rsidR="007C1E3B" w:rsidRPr="004338C9" w:rsidRDefault="00804E2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☐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개인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  ☐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(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총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 xml:space="preserve">    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</w:rPr>
              <w:t>명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</w:rPr>
              <w:t>)</w:t>
            </w: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A3703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DD515E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1A0F11E5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E6DAF6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6B0CDE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D9AA5E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69AC98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025DEED6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2E4D64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연락처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5BCEF1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ED6AE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이메일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1EB6F7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4CE1A18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037B2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2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858B18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609FC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29E275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7C1E3B" w:rsidRPr="004338C9" w14:paraId="435E5412" w14:textId="77777777">
        <w:trPr>
          <w:cantSplit/>
          <w:jc w:val="center"/>
        </w:trPr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DCD80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팀원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3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C14FBC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1CCDE5" w14:textId="77777777" w:rsidR="007C1E3B" w:rsidRPr="004338C9" w:rsidRDefault="00804E2B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소속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/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학교</w:t>
            </w:r>
          </w:p>
        </w:tc>
        <w:tc>
          <w:tcPr>
            <w:tcW w:w="3515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38190" w14:textId="77777777" w:rsidR="007C1E3B" w:rsidRPr="004338C9" w:rsidRDefault="007C1E3B">
            <w:pPr>
              <w:spacing w:after="0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</w:tbl>
    <w:p w14:paraId="2BEBE9A4" w14:textId="77777777" w:rsidR="00394009" w:rsidRPr="004741C5" w:rsidRDefault="00394009" w:rsidP="00216EFA">
      <w:pPr>
        <w:spacing w:after="0"/>
        <w:rPr>
          <w:rFonts w:ascii="Meiryo UI" w:hAnsi="Meiryo UI"/>
          <w:sz w:val="20"/>
          <w:szCs w:val="20"/>
          <w:lang w:eastAsia="ko-KR"/>
        </w:rPr>
      </w:pPr>
    </w:p>
    <w:p w14:paraId="0BA1DDB1" w14:textId="77777777" w:rsidR="00BC7B5D" w:rsidRPr="004338C9" w:rsidRDefault="00BC7B5D" w:rsidP="00BC7B5D">
      <w:pPr>
        <w:spacing w:after="0" w:line="240" w:lineRule="auto"/>
        <w:rPr>
          <w:rFonts w:ascii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BC7B5D" w:rsidRPr="004338C9" w14:paraId="03AA138E" w14:textId="77777777" w:rsidTr="005A21BF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C27417" w14:textId="61C32E49" w:rsidR="00BC7B5D" w:rsidRPr="004338C9" w:rsidRDefault="004741C5" w:rsidP="005A21BF">
            <w:pPr>
              <w:spacing w:before="40" w:after="40"/>
              <w:rPr>
                <w:rFonts w:ascii="Meiryo UI" w:eastAsia="Meiryo UI" w:hAnsi="Meiryo UI"/>
                <w:sz w:val="24"/>
                <w:szCs w:val="24"/>
                <w:lang w:eastAsia="ko-KR"/>
              </w:rPr>
            </w:pP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2</w:t>
            </w:r>
            <w:r w:rsidR="00BC7B5D"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.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(</w:t>
            </w:r>
            <w:r w:rsidR="00FB7021"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사업화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부문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)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작성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문항</w:t>
            </w:r>
          </w:p>
          <w:p w14:paraId="4DEC7750" w14:textId="04C060C3" w:rsidR="00BC7B5D" w:rsidRPr="004338C9" w:rsidRDefault="00C66C5A" w:rsidP="004338C9">
            <w:pPr>
              <w:spacing w:after="2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 xml:space="preserve">각 부문별 </w:t>
            </w:r>
            <w:r w:rsidR="004338C9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문항을</w:t>
            </w:r>
            <w:r w:rsidR="004338C9"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4338C9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중심으로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자유롭게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작성해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 xml:space="preserve"> </w:t>
            </w:r>
            <w:r w:rsidR="00BC7B5D"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="00BC7B5D" w:rsidRPr="004338C9">
              <w:rPr>
                <w:rFonts w:ascii="Meiryo UI" w:eastAsia="Meiryo UI" w:hAnsi="Meiryo UI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09EE25DC" w14:textId="77777777" w:rsidR="00394009" w:rsidRPr="004338C9" w:rsidRDefault="00394009" w:rsidP="00216EFA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76"/>
      </w:tblGrid>
      <w:tr w:rsidR="004741C5" w:rsidRPr="004338C9" w14:paraId="3573A3FB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25712E" w14:textId="2005CE2E" w:rsidR="004741C5" w:rsidRPr="004741C5" w:rsidRDefault="00F3169F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F3169F">
              <w:rPr>
                <w:rFonts w:ascii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사업화</w:t>
            </w:r>
            <w:r w:rsidRPr="00F3169F">
              <w:rPr>
                <w:rFonts w:ascii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F3169F">
              <w:rPr>
                <w:rFonts w:ascii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타이틀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을</w:t>
            </w:r>
            <w:r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="004741C5"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작성해주세요</w:t>
            </w:r>
            <w:r w:rsidR="004741C5">
              <w:rPr>
                <w:rFonts w:ascii="Meiryo UI" w:hAnsi="Meiryo UI" w:hint="eastAsia"/>
                <w:b/>
                <w:bCs/>
                <w:color w:val="102A66"/>
                <w:sz w:val="20"/>
                <w:szCs w:val="20"/>
                <w:lang w:eastAsia="ko-KR"/>
              </w:rPr>
              <w:t>.</w:t>
            </w:r>
          </w:p>
        </w:tc>
      </w:tr>
      <w:tr w:rsidR="004741C5" w:rsidRPr="004338C9" w14:paraId="0556DFE5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FAFCF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ADE5D5" w14:textId="77777777" w:rsidR="004741C5" w:rsidRDefault="004741C5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261CB488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EA35C0" w14:textId="12B13599" w:rsidR="004741C5" w:rsidRPr="004741C5" w:rsidRDefault="004741C5" w:rsidP="004741C5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이</w:t>
            </w:r>
            <w:r w:rsidRPr="004741C5"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  <w:t xml:space="preserve"> 아이디어를 생각하게 된 계기는 무엇인가요?</w:t>
            </w:r>
          </w:p>
        </w:tc>
      </w:tr>
      <w:tr w:rsidR="004741C5" w:rsidRPr="004338C9" w14:paraId="1F940A9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644D90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0B3A0C91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32FEC457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268ED220" w14:textId="77777777" w:rsid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  <w:p w14:paraId="0CE746CE" w14:textId="77777777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</w:p>
        </w:tc>
      </w:tr>
      <w:tr w:rsidR="004741C5" w:rsidRPr="004338C9" w14:paraId="5A16A8F1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A286B5" w14:textId="49ADBCBC" w:rsidR="004741C5" w:rsidRPr="004741C5" w:rsidRDefault="004741C5" w:rsidP="004741C5">
            <w:pPr>
              <w:spacing w:after="0"/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</w:pP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아이디어를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자유롭게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741C5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설명해주세요</w:t>
            </w:r>
            <w:r w:rsidRPr="004741C5">
              <w:rPr>
                <w:rFonts w:ascii="Meiryo UI" w:eastAsia="Meiryo UI" w:hAnsi="Meiryo UI"/>
                <w:b/>
                <w:bCs/>
                <w:color w:val="102A66"/>
                <w:sz w:val="20"/>
                <w:szCs w:val="20"/>
                <w:lang w:eastAsia="ko-KR"/>
              </w:rPr>
              <w:t>.</w:t>
            </w:r>
          </w:p>
        </w:tc>
      </w:tr>
      <w:tr w:rsidR="004741C5" w:rsidRPr="004338C9" w14:paraId="5B2501F9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3EA76C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440899A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A5474FF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63079D9A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3206276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6F5CEE0B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29E86385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94720F" w14:textId="7412EC9B" w:rsidR="004741C5" w:rsidRPr="004741C5" w:rsidRDefault="00FB7021" w:rsidP="004741C5">
            <w:pPr>
              <w:spacing w:after="0"/>
              <w:rPr>
                <w:rFonts w:cs="맑은 고딕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FB7021"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  <w:t>Nitto의 기술(제품)은 어떻게 활용되나요?</w:t>
            </w:r>
          </w:p>
        </w:tc>
      </w:tr>
      <w:tr w:rsidR="004741C5" w:rsidRPr="004338C9" w14:paraId="05E2C61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F67698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0B05576A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4EDFBE9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14709F2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C382F90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27E7E256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4741C5" w:rsidRPr="004338C9" w14:paraId="0147B8FD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F5082F" w14:textId="33A4903B" w:rsidR="004741C5" w:rsidRPr="004741C5" w:rsidRDefault="009A6002" w:rsidP="004741C5">
            <w:pPr>
              <w:spacing w:after="0"/>
              <w:rPr>
                <w:rFonts w:cs="맑은 고딕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9A6002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이</w:t>
            </w:r>
            <w:r w:rsidRPr="009A6002"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  <w:t xml:space="preserve"> 아이디어가 실제로 활용된다면 어떤 장점이 있을까요?</w:t>
            </w:r>
          </w:p>
        </w:tc>
      </w:tr>
      <w:tr w:rsidR="004741C5" w:rsidRPr="004338C9" w14:paraId="643DC1B2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50BA9D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C2AA114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1C4A7EEB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52412A92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245DA361" w14:textId="77777777" w:rsidR="004741C5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  <w:p w14:paraId="38E92BB0" w14:textId="77777777" w:rsidR="004741C5" w:rsidRPr="004338C9" w:rsidRDefault="004741C5" w:rsidP="004741C5">
            <w:pPr>
              <w:spacing w:after="0"/>
              <w:rPr>
                <w:rFonts w:cs="맑은 고딕"/>
                <w:color w:val="8A96A3"/>
                <w:sz w:val="20"/>
                <w:szCs w:val="20"/>
                <w:lang w:eastAsia="ko-KR"/>
              </w:rPr>
            </w:pPr>
          </w:p>
        </w:tc>
      </w:tr>
      <w:tr w:rsidR="00216EFA" w:rsidRPr="004338C9" w14:paraId="55583772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FC1903" w14:textId="3B49C950" w:rsidR="00BC7B5D" w:rsidRPr="004741C5" w:rsidRDefault="009A6002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  <w:r w:rsidRPr="009A6002">
              <w:rPr>
                <w:rFonts w:cs="맑은 고딕" w:hint="eastAsia"/>
                <w:b/>
                <w:bCs/>
                <w:color w:val="102A66"/>
                <w:sz w:val="20"/>
                <w:szCs w:val="20"/>
                <w:lang w:eastAsia="ko-KR"/>
              </w:rPr>
              <w:t>위</w:t>
            </w:r>
            <w:r w:rsidRPr="009A6002">
              <w:rPr>
                <w:rFonts w:cs="맑은 고딕"/>
                <w:b/>
                <w:bCs/>
                <w:color w:val="102A66"/>
                <w:sz w:val="20"/>
                <w:szCs w:val="20"/>
                <w:lang w:eastAsia="ko-KR"/>
              </w:rPr>
              <w:t xml:space="preserve"> 문항에서 설명하지 못한 내용을 자유롭게 작성해주세요. (선택)</w:t>
            </w:r>
          </w:p>
        </w:tc>
      </w:tr>
      <w:tr w:rsidR="004741C5" w:rsidRPr="004338C9" w14:paraId="25490CE4" w14:textId="77777777" w:rsidTr="004741C5">
        <w:trPr>
          <w:cantSplit/>
          <w:jc w:val="center"/>
        </w:trPr>
        <w:tc>
          <w:tcPr>
            <w:tcW w:w="10176" w:type="dxa"/>
            <w:tcBorders>
              <w:top w:val="single" w:sz="12" w:space="0" w:color="102A66"/>
              <w:left w:val="single" w:sz="12" w:space="0" w:color="102A66"/>
              <w:bottom w:val="single" w:sz="12" w:space="0" w:color="102A66"/>
              <w:right w:val="single" w:sz="12" w:space="0" w:color="102A66"/>
            </w:tcBorders>
            <w:shd w:val="clear" w:color="auto" w:fill="FAFCF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807989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6559B3C3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131D0976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221D75C1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7A38B435" w14:textId="77777777" w:rsid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  <w:p w14:paraId="226C06AE" w14:textId="77777777" w:rsidR="004741C5" w:rsidRPr="004741C5" w:rsidRDefault="004741C5" w:rsidP="00394009">
            <w:pPr>
              <w:spacing w:after="0"/>
              <w:rPr>
                <w:rFonts w:ascii="Meiryo UI" w:hAnsi="Meiryo UI"/>
                <w:b/>
                <w:bCs/>
                <w:color w:val="8A96A3"/>
                <w:sz w:val="20"/>
                <w:szCs w:val="20"/>
                <w:lang w:eastAsia="ko-KR"/>
              </w:rPr>
            </w:pPr>
          </w:p>
        </w:tc>
      </w:tr>
    </w:tbl>
    <w:p w14:paraId="63F571BA" w14:textId="7C47E1DB" w:rsidR="00394009" w:rsidRPr="004338C9" w:rsidRDefault="00394009" w:rsidP="00394009">
      <w:pPr>
        <w:spacing w:after="0" w:line="240" w:lineRule="auto"/>
        <w:rPr>
          <w:rFonts w:ascii="Meiryo UI" w:eastAsia="Meiryo UI" w:hAnsi="Meiryo UI"/>
          <w:sz w:val="20"/>
          <w:szCs w:val="20"/>
          <w:lang w:eastAsia="ko-KR"/>
        </w:rPr>
      </w:pPr>
      <w:r w:rsidRPr="004338C9">
        <w:rPr>
          <w:rFonts w:ascii="Meiryo UI" w:eastAsia="Meiryo UI" w:hAnsi="Meiryo UI"/>
          <w:sz w:val="20"/>
          <w:szCs w:val="20"/>
          <w:lang w:eastAsia="ko-KR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992207" w:rsidRPr="004338C9" w14:paraId="3F48BFE3" w14:textId="77777777" w:rsidTr="00464E3D">
        <w:trPr>
          <w:cantSplit/>
          <w:jc w:val="center"/>
        </w:trPr>
        <w:tc>
          <w:tcPr>
            <w:tcW w:w="10206" w:type="dxa"/>
            <w:tcBorders>
              <w:bottom w:val="single" w:sz="8" w:space="0" w:color="27A6D8"/>
            </w:tcBorders>
            <w:shd w:val="clear" w:color="auto" w:fill="173B8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792141" w14:textId="26EE3E89" w:rsidR="00992207" w:rsidRPr="004338C9" w:rsidRDefault="00992207" w:rsidP="00464E3D">
            <w:pPr>
              <w:spacing w:before="40" w:after="40"/>
              <w:rPr>
                <w:rFonts w:ascii="Meiryo UI" w:eastAsia="Meiryo UI" w:hAnsi="Meiryo UI" w:cs="맑은 고딕"/>
                <w:b/>
                <w:color w:val="FFFFFF"/>
                <w:sz w:val="24"/>
                <w:szCs w:val="24"/>
                <w:lang w:eastAsia="ko-KR"/>
              </w:rPr>
            </w:pPr>
            <w:r>
              <w:rPr>
                <w:rFonts w:ascii="Meiryo UI" w:hAnsi="Meiryo UI" w:hint="eastAsia"/>
                <w:b/>
                <w:color w:val="FFFFFF"/>
                <w:sz w:val="24"/>
                <w:szCs w:val="24"/>
                <w:lang w:eastAsia="ko-KR"/>
              </w:rPr>
              <w:t>3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.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참가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확인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개인정보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수집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>·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이용</w:t>
            </w:r>
            <w:r w:rsidRPr="004338C9">
              <w:rPr>
                <w:rFonts w:ascii="Meiryo UI" w:eastAsia="Meiryo UI" w:hAnsi="Meiryo UI"/>
                <w:b/>
                <w:color w:val="FFFFFF"/>
                <w:sz w:val="24"/>
                <w:szCs w:val="24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FFFFFF"/>
                <w:sz w:val="24"/>
                <w:szCs w:val="24"/>
                <w:lang w:eastAsia="ko-KR"/>
              </w:rPr>
              <w:t>동의</w:t>
            </w:r>
          </w:p>
          <w:p w14:paraId="0AFDA251" w14:textId="77777777" w:rsidR="00992207" w:rsidRPr="004338C9" w:rsidRDefault="00992207" w:rsidP="00464E3D">
            <w:pPr>
              <w:spacing w:before="40" w:after="40"/>
              <w:ind w:firstLineChars="100" w:firstLine="20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최종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참가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신청을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위해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아래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항목에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동의해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DCEEFF"/>
                <w:sz w:val="20"/>
                <w:szCs w:val="20"/>
                <w:lang w:eastAsia="ko-KR"/>
              </w:rPr>
              <w:t>주세요</w:t>
            </w:r>
            <w:r w:rsidRPr="004338C9">
              <w:rPr>
                <w:rFonts w:ascii="Meiryo UI" w:eastAsia="Meiryo UI" w:hAnsi="Meiryo UI" w:cs="맑은 고딕" w:hint="eastAsia"/>
                <w:color w:val="DCEEFF"/>
                <w:sz w:val="20"/>
                <w:szCs w:val="20"/>
                <w:lang w:eastAsia="ko-KR"/>
              </w:rPr>
              <w:t>.</w:t>
            </w:r>
          </w:p>
        </w:tc>
      </w:tr>
    </w:tbl>
    <w:p w14:paraId="64F645B9" w14:textId="77777777" w:rsidR="00992207" w:rsidRPr="004338C9" w:rsidRDefault="00992207" w:rsidP="00992207">
      <w:pPr>
        <w:spacing w:after="0"/>
        <w:rPr>
          <w:rFonts w:ascii="Meiryo UI" w:eastAsia="Meiryo UI" w:hAnsi="Meiryo UI"/>
          <w:sz w:val="20"/>
          <w:szCs w:val="20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824"/>
      </w:tblGrid>
      <w:tr w:rsidR="00992207" w:rsidRPr="004338C9" w14:paraId="6FE1EE16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DDB760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lastRenderedPageBreak/>
              <w:t>참가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확인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0D0AB" w14:textId="5D316570" w:rsidR="00992207" w:rsidRPr="004338C9" w:rsidRDefault="00992207" w:rsidP="00464E3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제안은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참가자가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직접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작성한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내용이며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3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자의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권리를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침해하지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않도록</w:t>
            </w:r>
            <w:r w:rsidRPr="004338C9">
              <w:rPr>
                <w:rFonts w:ascii="Meiryo UI" w:eastAsia="Meiryo UI" w:hAnsi="Meiryo UI" w:cs="맑은 고딕" w:hint="eastAsia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작성하였습니다</w:t>
            </w:r>
            <w:r w:rsidRPr="004338C9">
              <w:rPr>
                <w:rFonts w:ascii="Meiryo UI" w:eastAsia="Meiryo UI" w:hAnsi="Meiryo UI" w:cs="맑은 고딕" w:hint="eastAsia"/>
                <w:color w:val="222222"/>
                <w:sz w:val="20"/>
                <w:szCs w:val="20"/>
                <w:lang w:eastAsia="ko-KR"/>
              </w:rPr>
              <w:t>.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br/>
            </w:r>
            <w:r w:rsidR="00722A15">
              <w:rPr>
                <w:rFonts w:ascii="Meiryo UI" w:hAnsi="Meiryo UI" w:hint="eastAsia"/>
                <w:b/>
                <w:bCs/>
                <w:color w:val="222222"/>
                <w:sz w:val="20"/>
                <w:szCs w:val="20"/>
                <w:lang w:eastAsia="ko-KR"/>
              </w:rPr>
              <w:t>■</w:t>
            </w:r>
            <w:r w:rsidRPr="004338C9">
              <w:rPr>
                <w:rFonts w:ascii="Meiryo UI" w:eastAsia="Meiryo UI" w:hAnsi="Meiryo UI"/>
                <w:b/>
                <w:bCs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bCs/>
                <w:color w:val="222222"/>
                <w:sz w:val="20"/>
                <w:szCs w:val="20"/>
                <w:lang w:eastAsia="ko-KR"/>
              </w:rPr>
              <w:t>확인함</w:t>
            </w:r>
          </w:p>
        </w:tc>
      </w:tr>
      <w:tr w:rsidR="00992207" w:rsidRPr="004338C9" w14:paraId="1042D1B8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77A426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수집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·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이용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목적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E11DD9" w14:textId="77777777" w:rsidR="00992207" w:rsidRPr="004338C9" w:rsidRDefault="00992207" w:rsidP="00464E3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신청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접수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확인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심사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선정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결과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안내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시상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포상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지급</w:t>
            </w:r>
          </w:p>
        </w:tc>
      </w:tr>
      <w:tr w:rsidR="00992207" w:rsidRPr="004338C9" w14:paraId="28E6568D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74490C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수집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항목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233CF4" w14:textId="77777777" w:rsidR="00992207" w:rsidRPr="004338C9" w:rsidRDefault="00992207" w:rsidP="00464E3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성명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소속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/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학교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연락처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이메일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및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제안서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내용</w:t>
            </w:r>
          </w:p>
        </w:tc>
      </w:tr>
      <w:tr w:rsidR="00992207" w:rsidRPr="004338C9" w14:paraId="1A79E4AE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932715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보유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>·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이용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기간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4F0B86" w14:textId="77777777" w:rsidR="00992207" w:rsidRPr="004338C9" w:rsidRDefault="00992207" w:rsidP="00464E3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운영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목적이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종료되는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때까지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보유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·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이용하며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관련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법령상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의무가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있는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경우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해당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기간까지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보관합니다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</w:p>
        </w:tc>
      </w:tr>
      <w:tr w:rsidR="00992207" w:rsidRPr="004338C9" w14:paraId="1790CF46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46A83F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동의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거부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안내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B16C34" w14:textId="77777777" w:rsidR="00992207" w:rsidRPr="004338C9" w:rsidRDefault="00992207" w:rsidP="00464E3D">
            <w:pPr>
              <w:spacing w:after="0"/>
              <w:rPr>
                <w:rFonts w:ascii="Meiryo UI" w:eastAsia="Meiryo UI" w:hAnsi="Meiryo UI"/>
                <w:sz w:val="20"/>
                <w:szCs w:val="20"/>
                <w:lang w:eastAsia="ko-KR"/>
              </w:rPr>
            </w:pP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개인정보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수집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·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이용에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동의하지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권리가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있으나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,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필수정보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제공에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동의하지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않을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경우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공모전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참가가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제한될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수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color w:val="222222"/>
                <w:sz w:val="20"/>
                <w:szCs w:val="20"/>
                <w:lang w:eastAsia="ko-KR"/>
              </w:rPr>
              <w:t>있습니다</w:t>
            </w:r>
            <w:r w:rsidRPr="004338C9">
              <w:rPr>
                <w:rFonts w:ascii="Meiryo UI" w:eastAsia="Meiryo UI" w:hAnsi="Meiryo UI"/>
                <w:color w:val="222222"/>
                <w:sz w:val="20"/>
                <w:szCs w:val="20"/>
                <w:lang w:eastAsia="ko-KR"/>
              </w:rPr>
              <w:t>.</w:t>
            </w:r>
          </w:p>
        </w:tc>
      </w:tr>
      <w:tr w:rsidR="00992207" w:rsidRPr="004338C9" w14:paraId="793FB801" w14:textId="77777777" w:rsidTr="00464E3D">
        <w:trPr>
          <w:cantSplit/>
          <w:jc w:val="center"/>
        </w:trPr>
        <w:tc>
          <w:tcPr>
            <w:tcW w:w="2381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shd w:val="clear" w:color="auto" w:fill="EAF5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6C75BD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  <w:lang w:eastAsia="ko-KR"/>
              </w:rPr>
              <w:t>최종</w:t>
            </w:r>
            <w:r w:rsidRPr="004338C9">
              <w:rPr>
                <w:rFonts w:ascii="Meiryo UI" w:eastAsia="Meiryo UI" w:hAnsi="Meiryo UI" w:cs="맑은 고딕" w:hint="eastAsia"/>
                <w:b/>
                <w:color w:val="102A66"/>
                <w:sz w:val="20"/>
                <w:szCs w:val="20"/>
                <w:lang w:eastAsia="ko-KR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동의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여부</w:t>
            </w:r>
          </w:p>
        </w:tc>
        <w:tc>
          <w:tcPr>
            <w:tcW w:w="7824" w:type="dxa"/>
            <w:tcBorders>
              <w:top w:val="single" w:sz="4" w:space="0" w:color="A9BDD0"/>
              <w:left w:val="single" w:sz="4" w:space="0" w:color="A9BDD0"/>
              <w:bottom w:val="single" w:sz="4" w:space="0" w:color="A9BDD0"/>
              <w:right w:val="single" w:sz="4" w:space="0" w:color="A9BD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EDAE2C" w14:textId="3DF33F33" w:rsidR="00992207" w:rsidRPr="004338C9" w:rsidRDefault="00722A15" w:rsidP="00464E3D">
            <w:pPr>
              <w:spacing w:after="0"/>
              <w:rPr>
                <w:rFonts w:ascii="Meiryo UI" w:eastAsia="Meiryo UI" w:hAnsi="Meiryo UI"/>
                <w:b/>
                <w:bCs/>
                <w:sz w:val="20"/>
                <w:szCs w:val="20"/>
              </w:rPr>
            </w:pPr>
            <w:r>
              <w:rPr>
                <w:rFonts w:ascii="Meiryo UI" w:hAnsi="Meiryo UI" w:hint="eastAsia"/>
                <w:b/>
                <w:bCs/>
                <w:color w:val="222222"/>
                <w:sz w:val="20"/>
                <w:szCs w:val="20"/>
                <w:lang w:eastAsia="ko-KR"/>
              </w:rPr>
              <w:t>■</w:t>
            </w:r>
            <w:r w:rsidR="00992207" w:rsidRPr="004338C9">
              <w:rPr>
                <w:rFonts w:ascii="Meiryo UI" w:eastAsia="Meiryo UI" w:hAnsi="Meiryo UI"/>
                <w:b/>
                <w:bCs/>
                <w:color w:val="222222"/>
                <w:sz w:val="20"/>
                <w:szCs w:val="20"/>
              </w:rPr>
              <w:t xml:space="preserve"> </w:t>
            </w:r>
            <w:r w:rsidR="00992207" w:rsidRPr="004338C9">
              <w:rPr>
                <w:rFonts w:cs="맑은 고딕" w:hint="eastAsia"/>
                <w:b/>
                <w:bCs/>
                <w:color w:val="222222"/>
                <w:sz w:val="20"/>
                <w:szCs w:val="20"/>
              </w:rPr>
              <w:t>동의함</w:t>
            </w:r>
            <w:r w:rsidR="00992207" w:rsidRPr="004338C9">
              <w:rPr>
                <w:rFonts w:ascii="Meiryo UI" w:eastAsia="Meiryo UI" w:hAnsi="Meiryo UI"/>
                <w:b/>
                <w:bCs/>
                <w:color w:val="222222"/>
                <w:sz w:val="20"/>
                <w:szCs w:val="20"/>
              </w:rPr>
              <w:t xml:space="preserve">     ☐ </w:t>
            </w:r>
            <w:r w:rsidR="00992207" w:rsidRPr="004338C9">
              <w:rPr>
                <w:rFonts w:cs="맑은 고딕" w:hint="eastAsia"/>
                <w:b/>
                <w:bCs/>
                <w:color w:val="222222"/>
                <w:sz w:val="20"/>
                <w:szCs w:val="20"/>
              </w:rPr>
              <w:t>동의하지</w:t>
            </w:r>
            <w:r w:rsidR="00992207" w:rsidRPr="004338C9">
              <w:rPr>
                <w:rFonts w:ascii="Meiryo UI" w:eastAsia="Meiryo UI" w:hAnsi="Meiryo UI"/>
                <w:b/>
                <w:bCs/>
                <w:color w:val="222222"/>
                <w:sz w:val="20"/>
                <w:szCs w:val="20"/>
              </w:rPr>
              <w:t xml:space="preserve"> </w:t>
            </w:r>
            <w:r w:rsidR="00992207" w:rsidRPr="004338C9">
              <w:rPr>
                <w:rFonts w:cs="맑은 고딕" w:hint="eastAsia"/>
                <w:b/>
                <w:bCs/>
                <w:color w:val="222222"/>
                <w:sz w:val="20"/>
                <w:szCs w:val="20"/>
              </w:rPr>
              <w:t>않음</w:t>
            </w:r>
          </w:p>
        </w:tc>
      </w:tr>
    </w:tbl>
    <w:p w14:paraId="1C82FF64" w14:textId="77777777" w:rsidR="00992207" w:rsidRPr="004338C9" w:rsidRDefault="00992207" w:rsidP="00992207">
      <w:pPr>
        <w:spacing w:before="200" w:after="120"/>
        <w:jc w:val="center"/>
        <w:rPr>
          <w:rFonts w:ascii="Meiryo UI" w:eastAsia="Meiryo UI" w:hAnsi="Meiryo UI" w:cs="맑은 고딕"/>
          <w:b/>
          <w:color w:val="102A66"/>
          <w:sz w:val="20"/>
          <w:szCs w:val="20"/>
          <w:lang w:eastAsia="ko-KR"/>
        </w:rPr>
      </w:pPr>
    </w:p>
    <w:p w14:paraId="688C7113" w14:textId="77777777" w:rsidR="00992207" w:rsidRPr="004338C9" w:rsidRDefault="00992207" w:rsidP="00992207">
      <w:pPr>
        <w:spacing w:before="200" w:after="120"/>
        <w:jc w:val="center"/>
        <w:rPr>
          <w:rFonts w:ascii="Meiryo UI" w:eastAsia="Meiryo UI" w:hAnsi="Meiryo UI"/>
          <w:sz w:val="20"/>
          <w:szCs w:val="20"/>
        </w:rPr>
      </w:pPr>
      <w:r w:rsidRPr="004338C9">
        <w:rPr>
          <w:rFonts w:cs="맑은 고딕" w:hint="eastAsia"/>
          <w:b/>
          <w:color w:val="102A66"/>
          <w:sz w:val="20"/>
          <w:szCs w:val="20"/>
        </w:rPr>
        <w:t>위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</w:rPr>
        <w:t>내용과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</w:rPr>
        <w:t>같이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「</w:t>
      </w:r>
      <w:r w:rsidRPr="004338C9">
        <w:rPr>
          <w:rFonts w:cs="맑은 고딕" w:hint="eastAsia"/>
          <w:b/>
          <w:color w:val="102A66"/>
          <w:sz w:val="20"/>
          <w:szCs w:val="20"/>
        </w:rPr>
        <w:t>제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>2</w:t>
      </w:r>
      <w:r w:rsidRPr="004338C9">
        <w:rPr>
          <w:rFonts w:cs="맑은 고딕" w:hint="eastAsia"/>
          <w:b/>
          <w:color w:val="102A66"/>
          <w:sz w:val="20"/>
          <w:szCs w:val="20"/>
        </w:rPr>
        <w:t>회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Nitto Open Innovation Challenge」</w:t>
      </w:r>
      <w:r w:rsidRPr="004338C9">
        <w:rPr>
          <w:rFonts w:cs="맑은 고딕" w:hint="eastAsia"/>
          <w:b/>
          <w:color w:val="102A66"/>
          <w:sz w:val="20"/>
          <w:szCs w:val="20"/>
        </w:rPr>
        <w:t>에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</w:rPr>
        <w:t>참가를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 xml:space="preserve"> </w:t>
      </w:r>
      <w:r w:rsidRPr="004338C9">
        <w:rPr>
          <w:rFonts w:cs="맑은 고딕" w:hint="eastAsia"/>
          <w:b/>
          <w:color w:val="102A66"/>
          <w:sz w:val="20"/>
          <w:szCs w:val="20"/>
        </w:rPr>
        <w:t>신청합니다</w:t>
      </w:r>
      <w:r w:rsidRPr="004338C9">
        <w:rPr>
          <w:rFonts w:ascii="Meiryo UI" w:eastAsia="Meiryo UI" w:hAnsi="Meiryo UI"/>
          <w:b/>
          <w:color w:val="102A66"/>
          <w:sz w:val="20"/>
          <w:szCs w:val="20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992207" w:rsidRPr="004338C9" w14:paraId="1DD45B9E" w14:textId="77777777" w:rsidTr="00464E3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DAC642" w14:textId="77777777" w:rsidR="00992207" w:rsidRPr="004338C9" w:rsidRDefault="00992207" w:rsidP="00464E3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신청일</w:t>
            </w:r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F4C271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20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년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월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    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일</w:t>
            </w:r>
          </w:p>
        </w:tc>
      </w:tr>
      <w:tr w:rsidR="00992207" w:rsidRPr="004338C9" w14:paraId="51E00D0A" w14:textId="77777777" w:rsidTr="00464E3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CB8BD2" w14:textId="77777777" w:rsidR="00992207" w:rsidRPr="004338C9" w:rsidRDefault="00992207" w:rsidP="00464E3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대표자</w:t>
            </w:r>
            <w:r w:rsidRPr="004338C9">
              <w:rPr>
                <w:rFonts w:ascii="Meiryo UI" w:eastAsia="Meiryo UI" w:hAnsi="Meiryo UI"/>
                <w:b/>
                <w:color w:val="102A66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성명</w:t>
            </w:r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BFE5CE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</w:tr>
      <w:tr w:rsidR="00992207" w:rsidRPr="004338C9" w14:paraId="16AD3D94" w14:textId="77777777" w:rsidTr="00464E3D">
        <w:trPr>
          <w:cantSplit/>
          <w:jc w:val="center"/>
        </w:trPr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61268E" w14:textId="77777777" w:rsidR="00992207" w:rsidRPr="004338C9" w:rsidRDefault="00992207" w:rsidP="00464E3D">
            <w:pPr>
              <w:spacing w:after="0"/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cs="맑은 고딕" w:hint="eastAsia"/>
                <w:b/>
                <w:color w:val="102A66"/>
                <w:sz w:val="20"/>
                <w:szCs w:val="20"/>
              </w:rPr>
              <w:t>서명</w:t>
            </w:r>
          </w:p>
        </w:tc>
        <w:tc>
          <w:tcPr>
            <w:tcW w:w="5103" w:type="dxa"/>
            <w:tcBorders>
              <w:bottom w:val="single" w:sz="2" w:space="0" w:color="D7E1E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10DAF7" w14:textId="77777777" w:rsidR="00992207" w:rsidRPr="004338C9" w:rsidRDefault="00992207" w:rsidP="00464E3D">
            <w:pPr>
              <w:spacing w:after="0"/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>(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서명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또는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 xml:space="preserve"> </w:t>
            </w:r>
            <w:r w:rsidRPr="004338C9">
              <w:rPr>
                <w:rFonts w:cs="맑은 고딕" w:hint="eastAsia"/>
                <w:color w:val="333333"/>
                <w:sz w:val="20"/>
                <w:szCs w:val="20"/>
              </w:rPr>
              <w:t>인</w:t>
            </w:r>
            <w:r w:rsidRPr="004338C9">
              <w:rPr>
                <w:rFonts w:ascii="Meiryo UI" w:eastAsia="Meiryo UI" w:hAnsi="Meiryo UI"/>
                <w:color w:val="333333"/>
                <w:sz w:val="20"/>
                <w:szCs w:val="20"/>
              </w:rPr>
              <w:t>)</w:t>
            </w:r>
          </w:p>
        </w:tc>
      </w:tr>
    </w:tbl>
    <w:p w14:paraId="42F7AC9A" w14:textId="77777777" w:rsidR="00992207" w:rsidRDefault="00992207">
      <w:pPr>
        <w:spacing w:after="0" w:line="240" w:lineRule="auto"/>
        <w:rPr>
          <w:rFonts w:ascii="Meiryo UI" w:hAnsi="Meiryo UI"/>
          <w:sz w:val="20"/>
          <w:szCs w:val="20"/>
          <w:lang w:eastAsia="ko-KR"/>
        </w:rPr>
      </w:pPr>
    </w:p>
    <w:sectPr w:rsidR="00992207" w:rsidSect="00034616">
      <w:footerReference w:type="default" r:id="rId8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228D9" w14:textId="77777777" w:rsidR="00B061CC" w:rsidRDefault="00B061CC">
      <w:pPr>
        <w:spacing w:after="0" w:line="240" w:lineRule="auto"/>
      </w:pPr>
      <w:r>
        <w:separator/>
      </w:r>
    </w:p>
  </w:endnote>
  <w:endnote w:type="continuationSeparator" w:id="0">
    <w:p w14:paraId="0580C28E" w14:textId="77777777" w:rsidR="00B061CC" w:rsidRDefault="00B0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eiryo UI">
    <w:altName w:val="Yu Gothic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6B4C" w14:textId="77777777" w:rsidR="007C1E3B" w:rsidRDefault="00804E2B">
    <w:pPr>
      <w:pStyle w:val="a6"/>
      <w:jc w:val="center"/>
    </w:pPr>
    <w:r>
      <w:rPr>
        <w:color w:val="6E7F91"/>
        <w:sz w:val="16"/>
      </w:rPr>
      <w:t>Nitto Open Innovation Challenge  |  문의: nitto-korea-noic@nitto.com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FF38E" w14:textId="77777777" w:rsidR="00B061CC" w:rsidRDefault="00B061CC">
      <w:pPr>
        <w:spacing w:after="0" w:line="240" w:lineRule="auto"/>
      </w:pPr>
      <w:r>
        <w:separator/>
      </w:r>
    </w:p>
  </w:footnote>
  <w:footnote w:type="continuationSeparator" w:id="0">
    <w:p w14:paraId="083DDC98" w14:textId="77777777" w:rsidR="00B061CC" w:rsidRDefault="00B06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F223F7"/>
    <w:multiLevelType w:val="hybridMultilevel"/>
    <w:tmpl w:val="A8AAEDF6"/>
    <w:lvl w:ilvl="0" w:tplc="8C2296B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429392686">
    <w:abstractNumId w:val="8"/>
  </w:num>
  <w:num w:numId="2" w16cid:durableId="471287940">
    <w:abstractNumId w:val="6"/>
  </w:num>
  <w:num w:numId="3" w16cid:durableId="1212228759">
    <w:abstractNumId w:val="5"/>
  </w:num>
  <w:num w:numId="4" w16cid:durableId="1241526790">
    <w:abstractNumId w:val="4"/>
  </w:num>
  <w:num w:numId="5" w16cid:durableId="925335528">
    <w:abstractNumId w:val="7"/>
  </w:num>
  <w:num w:numId="6" w16cid:durableId="617371833">
    <w:abstractNumId w:val="3"/>
  </w:num>
  <w:num w:numId="7" w16cid:durableId="1938631882">
    <w:abstractNumId w:val="2"/>
  </w:num>
  <w:num w:numId="8" w16cid:durableId="1057826649">
    <w:abstractNumId w:val="1"/>
  </w:num>
  <w:num w:numId="9" w16cid:durableId="2034064251">
    <w:abstractNumId w:val="0"/>
  </w:num>
  <w:num w:numId="10" w16cid:durableId="1871137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ED3"/>
    <w:rsid w:val="0006063C"/>
    <w:rsid w:val="000E1775"/>
    <w:rsid w:val="00131DAE"/>
    <w:rsid w:val="0015074B"/>
    <w:rsid w:val="00206E38"/>
    <w:rsid w:val="00207694"/>
    <w:rsid w:val="00216EFA"/>
    <w:rsid w:val="00267D3B"/>
    <w:rsid w:val="0029639D"/>
    <w:rsid w:val="002A656F"/>
    <w:rsid w:val="002E7D12"/>
    <w:rsid w:val="00326F90"/>
    <w:rsid w:val="00344D1D"/>
    <w:rsid w:val="003474AF"/>
    <w:rsid w:val="00354BA5"/>
    <w:rsid w:val="00394009"/>
    <w:rsid w:val="003B42BF"/>
    <w:rsid w:val="003E77BD"/>
    <w:rsid w:val="00425D30"/>
    <w:rsid w:val="004338C9"/>
    <w:rsid w:val="00453663"/>
    <w:rsid w:val="004741C5"/>
    <w:rsid w:val="00482974"/>
    <w:rsid w:val="0049700D"/>
    <w:rsid w:val="004B2A8A"/>
    <w:rsid w:val="004B3CBE"/>
    <w:rsid w:val="004F34E6"/>
    <w:rsid w:val="0055147D"/>
    <w:rsid w:val="00590635"/>
    <w:rsid w:val="005E7C7B"/>
    <w:rsid w:val="006B4F93"/>
    <w:rsid w:val="006B5DE9"/>
    <w:rsid w:val="00722A15"/>
    <w:rsid w:val="007C1E3B"/>
    <w:rsid w:val="00804E2B"/>
    <w:rsid w:val="00817338"/>
    <w:rsid w:val="00877E92"/>
    <w:rsid w:val="00987E45"/>
    <w:rsid w:val="00992207"/>
    <w:rsid w:val="009A6002"/>
    <w:rsid w:val="009F1F1F"/>
    <w:rsid w:val="00A12B99"/>
    <w:rsid w:val="00A86F6E"/>
    <w:rsid w:val="00AA1D8D"/>
    <w:rsid w:val="00AA2168"/>
    <w:rsid w:val="00AB7CEA"/>
    <w:rsid w:val="00B061CC"/>
    <w:rsid w:val="00B47730"/>
    <w:rsid w:val="00B55E95"/>
    <w:rsid w:val="00BC7B5D"/>
    <w:rsid w:val="00C01B84"/>
    <w:rsid w:val="00C44B45"/>
    <w:rsid w:val="00C66C5A"/>
    <w:rsid w:val="00C73936"/>
    <w:rsid w:val="00C74949"/>
    <w:rsid w:val="00C93AF4"/>
    <w:rsid w:val="00CA18EB"/>
    <w:rsid w:val="00CB0664"/>
    <w:rsid w:val="00CD1D1D"/>
    <w:rsid w:val="00D10433"/>
    <w:rsid w:val="00D207AF"/>
    <w:rsid w:val="00D525AC"/>
    <w:rsid w:val="00D654FE"/>
    <w:rsid w:val="00DA63D5"/>
    <w:rsid w:val="00DD0394"/>
    <w:rsid w:val="00DD1AAE"/>
    <w:rsid w:val="00F3169F"/>
    <w:rsid w:val="00F652EB"/>
    <w:rsid w:val="00FB7021"/>
    <w:rsid w:val="00FC693F"/>
    <w:rsid w:val="00FF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97F21C92-CE0C-4CBA-A7C6-BC72CF5E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C7B5D"/>
    <w:pPr>
      <w:spacing w:after="80"/>
    </w:pPr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307</Words>
  <Characters>686</Characters>
  <Application>Microsoft Office Word</Application>
  <DocSecurity>0</DocSecurity>
  <Lines>95</Lines>
  <Paragraphs>44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제2회 Nitto Open Innovation Challenge 참가신청서</vt:lpstr>
      <vt:lpstr/>
    </vt:vector>
  </TitlesOfParts>
  <Manager/>
  <Company/>
  <LinksUpToDate>false</LinksUpToDate>
  <CharactersWithSpaces>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제2회 Nitto Open Innovation Challenge 참가신청서</dc:title>
  <dc:subject>공모전 참가 양식</dc:subject>
  <dc:creator>SEO, BYEONG-GAB</dc:creator>
  <cp:keywords/>
  <dc:description>generated by python-docx</dc:description>
  <cp:lastModifiedBy>KIM, HYUN-JEONG</cp:lastModifiedBy>
  <cp:revision>9</cp:revision>
  <dcterms:created xsi:type="dcterms:W3CDTF">2026-10-29T04:05:00Z</dcterms:created>
  <dcterms:modified xsi:type="dcterms:W3CDTF">2026-10-29T08:16:00Z</dcterms:modified>
  <cp:category/>
</cp:coreProperties>
</file>